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Cabinetmakers &amp; Custom Furniture Shops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actual desktop views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Grain Cabinet &amp; Furniture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2461260" cy="8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binetmakers-custom-furniture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8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Start a project conversation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65842" cy="20059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5842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Make room for a piece designed around your brief.</w:t>
      </w:r>
    </w:p>
    <w:p>
      <w:r>
        <w:t>Explore fitted cabinetry and freestanding furniture as different project paths.</w:t>
      </w:r>
    </w:p>
    <w:p>
      <w:r>
        <w:t>Bring your room goals and practical questions so the workshop can discuss design scope, materials and the steps toward an agreed proposal.</w:t>
      </w:r>
    </w:p>
    <w:p>
      <w:r>
        <w:t>Suggested button: Start a project conversation</w:t>
      </w:r>
    </w:p>
    <w:p>
      <w:pPr>
        <w:pStyle w:val="Heading2"/>
      </w:pPr>
      <w:r>
        <w:t>Website advice</w:t>
      </w:r>
    </w:p>
    <w:p>
      <w:r>
        <w:t>Separate fitted cabinetry from freestanding furniture, explain design review, materials, approval and installation or collection boundaries using permission-cleared examples.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Fitted Cabinetry Projects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3091" cy="200596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309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Fitted Cabinetry Projects</w:t>
      </w:r>
    </w:p>
    <w:p>
      <w:r>
        <w:t>Tell us which room the cabinetry is intended for and what the storage needs to accommodate.</w:t>
      </w:r>
    </w:p>
    <w:p>
      <w:r>
        <w:t>The workshop discusses the project boundaries and how site information is confirmed before a design proposal is prepared.</w:t>
      </w:r>
    </w:p>
    <w:p>
      <w:r>
        <w:t>Suggested button: Start a project conversation</w:t>
      </w:r>
    </w:p>
    <w:p>
      <w:pPr>
        <w:pStyle w:val="Heading2"/>
      </w:pPr>
      <w:r>
        <w:t>Website advice</w:t>
      </w:r>
    </w:p>
    <w:p>
      <w:r>
        <w:t>Describe built-in storage and room projects without implying standard packages or structural capability.</w:t>
      </w:r>
    </w:p>
    <w:p>
      <w:r>
        <w:br w:type="page"/>
      </w:r>
    </w:p>
    <w:p>
      <w:pPr>
        <w:pStyle w:val="Title"/>
      </w:pPr>
      <w:r>
        <w:t>Your draft: Fitted Cabinetry Projects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Freestanding Furniture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075813" cy="20059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75813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Freestanding Furniture</w:t>
      </w:r>
    </w:p>
    <w:p>
      <w:r>
        <w:t>Describe the piece you have in mind, the space it will occupy and the way you expect to use it.</w:t>
      </w:r>
    </w:p>
    <w:p>
      <w:r>
        <w:t>Proportions, materials and delivery considerations are discussed before the workshop confirms whether it can take on the commission.</w:t>
      </w:r>
    </w:p>
    <w:p>
      <w:r>
        <w:t>Suggested button: Start a project conversation</w:t>
      </w:r>
    </w:p>
    <w:p>
      <w:pPr>
        <w:pStyle w:val="Heading2"/>
      </w:pPr>
      <w:r>
        <w:t>Website advice</w:t>
      </w:r>
    </w:p>
    <w:p>
      <w:r>
        <w:t>Give tables, desks and other movable pieces a separate commissioning journey from fitted work.</w:t>
      </w:r>
    </w:p>
    <w:p>
      <w:r>
        <w:br w:type="page"/>
      </w:r>
    </w:p>
    <w:p>
      <w:pPr>
        <w:pStyle w:val="Title"/>
      </w:pPr>
      <w:r>
        <w:t>Your draft: Freestanding Furniture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Materials &amp; Finish Samples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075813" cy="2005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75813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Materials &amp; Finish Samples</w:t>
      </w:r>
    </w:p>
    <w:p>
      <w:r>
        <w:t>Compare samples in conversation with the maker and ask which choices are available for your project.</w:t>
      </w:r>
    </w:p>
    <w:p>
      <w:r>
        <w:t>Timber grain and finish appearance can vary; the selected specification and accepted sample are recorded during approval.</w:t>
      </w:r>
    </w:p>
    <w:p>
      <w:r>
        <w:t>Suggested button: Start a project conversation</w:t>
      </w:r>
    </w:p>
    <w:p>
      <w:pPr>
        <w:pStyle w:val="Heading2"/>
      </w:pPr>
      <w:r>
        <w:t>Website advice</w:t>
      </w:r>
    </w:p>
    <w:p>
      <w:r>
        <w:t>Present reviewed samples and natural variation without promising identical outcomes or durability claims.</w:t>
      </w:r>
    </w:p>
    <w:p>
      <w:r>
        <w:br w:type="page"/>
      </w:r>
    </w:p>
    <w:p>
      <w:pPr>
        <w:pStyle w:val="Title"/>
      </w:pPr>
      <w:r>
        <w:t>Your draft: Materials &amp; Finish Samples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Design, Review &amp; Approval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081219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81219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Design, Review &amp; Approval</w:t>
      </w:r>
    </w:p>
    <w:p>
      <w:r>
        <w:t>The workshop turns the agreed brief into a proposal for review.</w:t>
      </w:r>
    </w:p>
    <w:p>
      <w:r>
        <w:t>Check dimensions, configuration and finish descriptions with the maker, and ask how revisions affect the proposal before approving production.</w:t>
      </w:r>
    </w:p>
    <w:p>
      <w:r>
        <w:t>Suggested button: Start a project conversation</w:t>
      </w:r>
    </w:p>
    <w:p>
      <w:pPr>
        <w:pStyle w:val="Heading2"/>
      </w:pPr>
      <w:r>
        <w:t>Website advice</w:t>
      </w:r>
    </w:p>
    <w:p>
      <w:r>
        <w:t>Explain brief, drawing review, revisions and explicit approval without treating a web enquiry as a production order.</w:t>
      </w:r>
    </w:p>
    <w:p>
      <w:r>
        <w:br w:type="page"/>
      </w:r>
    </w:p>
    <w:p>
      <w:pPr>
        <w:pStyle w:val="Title"/>
      </w:pPr>
      <w:r>
        <w:t>Your draft: Design, Review &amp; Approval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Delivery &amp; Project Handover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3091" cy="200596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309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Delivery &amp; Project Handover</w:t>
      </w:r>
    </w:p>
    <w:p>
      <w:r>
        <w:t>Ask which delivery, access and installation arrangements are included in the proposed work.</w:t>
      </w:r>
    </w:p>
    <w:p>
      <w:r>
        <w:t>At handover, confirm the records and maker-approved care information you will receive and how any project questions should be raised.</w:t>
      </w:r>
    </w:p>
    <w:p>
      <w:r>
        <w:t>Suggested button: Start a project conversation</w:t>
      </w:r>
    </w:p>
    <w:p>
      <w:pPr>
        <w:pStyle w:val="Heading2"/>
      </w:pPr>
      <w:r>
        <w:t>Website advice</w:t>
      </w:r>
    </w:p>
    <w:p>
      <w:r>
        <w:t>Separate installation, delivery and collection responsibilities and include a clear snag or question route.</w:t>
      </w:r>
    </w:p>
    <w:p>
      <w:r>
        <w:br w:type="page"/>
      </w:r>
    </w:p>
    <w:p>
      <w:pPr>
        <w:pStyle w:val="Title"/>
      </w:pPr>
      <w:r>
        <w:t>Your draft: Delivery &amp; Project Handover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 genuine example captures to plan your own pages, then verify your finished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workshop demonstration. Portfolio images are illustrative, not completed customer projects. Verify material descriptions, design ownership, installation scope, lead times and terms; no engineering, structural or installation instructions are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Cabinetmakers &amp; Custom Furniture Shops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abinetmakers-custom-furni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Cabinetmakers &amp; Custom Furniture Shops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