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14650" cy="1028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binetmakers-custom-furniture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02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Custom cabinetry and furniture project brief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Fitted cabinetry or freestanding piece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Room and intended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size for discussion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Storage or functional priorities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Material and finish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Reference-image permission and design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Budget and timing to discuss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Approval, delivery and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Cabinetmakers &amp; Custom Furniture Shops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Grain Cabinet &amp; Furniture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abinetmakers-custom-furni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cabinetry and furniture project brief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