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Butchers, Delis &amp; Specialty Food Shops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five-page example, then draft your own verified content. Open the industry gallery for desktop and mobile previews.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Board &amp; Butcher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26006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tchers-delis-specialty-food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260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counter selections or an order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53082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5308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Plan your food order with clear details.</w:t>
      </w:r>
    </w:p>
    <w:p>
      <w:r>
        <w:t>Explore counter selections and advance orders. Confirm products, ingredients and collection with the team.</w:t>
      </w:r>
    </w:p>
    <w:p>
      <w:r>
        <w:t>Choose the relevant page and use its enquiry link to discuss your next step.</w:t>
      </w:r>
    </w:p>
    <w:p>
      <w:r>
        <w:t>Suggested button: Ask about an order</w:t>
      </w:r>
    </w:p>
    <w:p>
      <w:pPr>
        <w:pStyle w:val="Heading2"/>
      </w:pPr>
      <w:r>
        <w:t>Website advice</w:t>
      </w:r>
    </w:p>
    <w:p>
      <w:r>
        <w:t>Show product categories and explain order enquiries, lead-time review and collection confirmation without food-safety or allergen assumptions.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Butcher Counter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26240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2624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Butcher Counter</w:t>
      </w:r>
    </w:p>
    <w:p>
      <w:r>
        <w:t>Ask about the cuts and quantities you want to discuss. Staff confirms current availability, preparation options and the details of any proposed order.</w:t>
      </w:r>
    </w:p>
    <w:p>
      <w:r>
        <w:t>Tell us what you are planning and your preferred collection date. Wait for direct confirmation of products and price before considering an order placed.</w:t>
      </w:r>
    </w:p>
    <w:p>
      <w:r>
        <w:t>Suggested button: Ask about counter selections</w:t>
      </w:r>
    </w:p>
    <w:p>
      <w:pPr>
        <w:pStyle w:val="Heading2"/>
      </w:pPr>
      <w:r>
        <w:t>Website advice</w:t>
      </w:r>
    </w:p>
    <w:p>
      <w:r>
        <w:t>Show accurate product categories and operator-approved descriptions, not invented live inventory or sourcing claims.</w:t>
      </w:r>
    </w:p>
    <w:p>
      <w:r>
        <w:br w:type="page"/>
      </w:r>
    </w:p>
    <w:p>
      <w:pPr>
        <w:pStyle w:val="Title"/>
      </w:pPr>
      <w:r>
        <w:t>Your draft: Butcher Counter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Deli &amp; Prepared Selections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072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072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Deli &amp; Prepared Selections</w:t>
      </w:r>
    </w:p>
    <w:p>
      <w:r>
        <w:t>Explore deli and prepared-food categories, then ask about the exact product and portion options. Confirm ingredient information directly before ordering.</w:t>
      </w:r>
    </w:p>
    <w:p>
      <w:r>
        <w:t>Discuss any dietary or allergy questions with the team before choosing a product. Availability, quantities and collection arrangements are confirmed directly.</w:t>
      </w:r>
    </w:p>
    <w:p>
      <w:r>
        <w:t>Suggested button: Ask about a selection</w:t>
      </w:r>
    </w:p>
    <w:p>
      <w:pPr>
        <w:pStyle w:val="Heading2"/>
      </w:pPr>
      <w:r>
        <w:t>Website advice</w:t>
      </w:r>
    </w:p>
    <w:p>
      <w:r>
        <w:t>Use distinct food imagery and make ingredient information product-specific and current.</w:t>
      </w:r>
    </w:p>
    <w:p>
      <w:r>
        <w:br w:type="page"/>
      </w:r>
    </w:p>
    <w:p>
      <w:pPr>
        <w:pStyle w:val="Title"/>
      </w:pPr>
      <w:r>
        <w:t>Your draft: Deli &amp; Prepared Selections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Gatherings &amp; Advance Orders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433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433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Gatherings &amp; Advance Orders</w:t>
      </w:r>
    </w:p>
    <w:p>
      <w:r>
        <w:t>Tell the team about your gathering, approximate numbers and requested collection date. Options, quantities and terms are reviewed together before the order is accepted.</w:t>
      </w:r>
    </w:p>
    <w:p>
      <w:r>
        <w:t>Ask what is needed for a proposal. Confirm products, price and collection timing directly before treating your request as an order.</w:t>
      </w:r>
    </w:p>
    <w:p>
      <w:r>
        <w:t>Suggested button: Ask about an advance order</w:t>
      </w:r>
    </w:p>
    <w:p>
      <w:pPr>
        <w:pStyle w:val="Heading2"/>
      </w:pPr>
      <w:r>
        <w:t>Website advice</w:t>
      </w:r>
    </w:p>
    <w:p>
      <w:r>
        <w:t>Explain quantity discussion, requested date, quote and final confirmation without invented lead times.</w:t>
      </w:r>
    </w:p>
    <w:p>
      <w:r>
        <w:br w:type="page"/>
      </w:r>
    </w:p>
    <w:p>
      <w:pPr>
        <w:pStyle w:val="Title"/>
      </w:pPr>
      <w:r>
        <w:t>Your draft: Gatherings &amp; Advance Orders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Visit &amp; Order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69364" cy="278892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69364" cy="2788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Visit &amp; Order Questions</w:t>
      </w:r>
    </w:p>
    <w:p>
      <w:r>
        <w:t>Contact the shop with your general request and preferred reply method. Confirm products, price and collection details directly before considering an order placed.</w:t>
      </w:r>
    </w:p>
    <w:p>
      <w:r>
        <w:t>This fictional demo form illustrates an enquiry. It is not connected to a live shop or order-processing service.</w:t>
      </w:r>
    </w:p>
    <w:p>
      <w:r>
        <w:t>Suggested button: Demo enquiry form</w:t>
      </w:r>
    </w:p>
    <w:p>
      <w:pPr>
        <w:pStyle w:val="Heading2"/>
      </w:pPr>
      <w:r>
        <w:t>Website advice</w:t>
      </w:r>
    </w:p>
    <w:p>
      <w:r>
        <w:t>Separate an enquiry from an accepted order and explain how to obtain verified product guidance.</w:t>
      </w:r>
    </w:p>
    <w:p>
      <w:r>
        <w:br w:type="page"/>
      </w:r>
    </w:p>
    <w:p>
      <w:pPr>
        <w:pStyle w:val="Title"/>
      </w:pPr>
      <w:r>
        <w:t>Your draft: Visit &amp; Order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desktop and phone journey. The demo enquiry form has no live shop recipient and was not submitted. Verify and test approved delivery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current products, ingredient information, handling guidance and fulfilment terms with the operator. No food-safety instructions or allergen-free guarantees are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each offered service, contact route, location and opening arrangement.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fictional identity, claims, availability and prices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every enquiry route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information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all public wording and image use.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Butchers, Delis &amp; Specialty Food Shops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butchers-delis-specialty-fo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Butchers, Delis &amp; Specialty Food Shops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