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34502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tchers-delis-specialty-food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4502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Advance food order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Product interests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Approximate quantity or party size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Requested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Exact ingredient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Price and order terms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Collection arrangements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Confirmation and next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Butchers, Delis &amp; Specialty Food Shops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Board &amp; Butcher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butchers-delis-specialty-fo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 food order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