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451058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eweries-wineries-distilleri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1058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Producer visit discussion 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Producer area of interest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date and alternatives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Group size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Access and arrival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Activities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Age and attendance conditions to verify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Cancellation or visit terms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Confirmed contact and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Breweries, Wineries &amp; Distilleries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Field &amp; Cask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breweries-wineries-distille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Producer visit discussion 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