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747334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cycle-motorcycle-powerspor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7334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Cycle and powersports department enquiry 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Bicycle, motorcycle or powersports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Sales, accessory or workshop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Make and model from existing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product or service question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Accepted-work scope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appointment or viewing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Estimate, approval and order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Department contact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Bicycle, Motorcycle &amp; Powersports Shops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Crossroads Cycle &amp; Recreation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icycle-motorcycle-powersp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and powersports department enquiry 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