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188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ekeepers-honey-producer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188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Honey purchase or wholesale enquiry sheet</w:t>
      </w:r>
    </w:p>
    <w:p>
      <w:r>
        <w:t>Type into the writing spaces or print for handwriting. Use one worksheet per consumer or wholesale enquiry. Record product format, approximate quantity and fulfilment questions; keep payment information and private business records in the approved private process.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Personal or business purchase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Jar or pack format of interest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Approximate quantity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Product label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Requested timing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Collection or delivery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Trade terms or sales-location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Confirmed next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Beekeepers &amp; Honey Producers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Cloverline Honey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beekeepers-honey-produc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Honey purchase or wholesale enquiry 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