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13075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rs-pubs-logo-v2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3075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Group gathering planning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Enquiry reference and proposed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Occasion and approximate group size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Space and seating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Menu and service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Access and arrival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Estimate and terms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contact and follow-up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Operator approval notes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Bars &amp; Pubs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Lantern Public House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bars-pub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Group gathering planning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