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336300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thors-independent-publisher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6300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Book event and publicity enquiry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Reader, event, press, trade or rights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Book or author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Purpose and intended audience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date and venue or online format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Format, duration and access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Materials and recording permissions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Fees, ordering or trade questions where relevant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Responsible contact and confirmed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Book Authors &amp; Independent Publishers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Margin Books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uthors-independent-publish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event and publicity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