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4200525" cy="96012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ppliance-small-engine-repair-logo-dark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200525" cy="96012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Title"/>
      </w:pPr>
      <w:r>
        <w:t>Repair enquiry and assessment questions</w:t>
      </w:r>
    </w:p>
    <w:p>
      <w:r>
        <w:t>Type into the writing spaces or print for handwriting. Use one worksheet per enquiry or job, with references instead of unnecessary personal information.</w:t>
      </w:r>
    </w:p>
    <w:p>
      <w:r>
        <w:t>Working example — adapt to your own approved process. This worksheet is not a contract, certificate or automatic booking. Keep completed records in an access-controlled business system.</w:t>
      </w:r>
    </w:p>
    <w:p>
      <w:pPr>
        <w:pStyle w:val="Heading2"/>
      </w:pPr>
      <w:r>
        <w:t>Appliance or small-engine category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Make and model from existing records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General symptom in your own words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Location or workshop route to confirm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r>
        <w:br w:type="page"/>
      </w:r>
    </w:p>
    <w:p>
      <w:pPr>
        <w:pStyle w:val="Title"/>
      </w:pPr>
      <w:r>
        <w:t>Confirm the next step</w:t>
      </w:r>
    </w:p>
    <w:p>
      <w:r>
        <w:t>Discuss unanswered questions with the responsible staff member. Record what was agreed, who will act and when a follow-up is due.</w:t>
      </w:r>
    </w:p>
    <w:p>
      <w:pPr>
        <w:pStyle w:val="Heading2"/>
      </w:pPr>
      <w:r>
        <w:t>Assessment charge and scope questions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Repair authorization contact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Update and parts timing questions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Drop-off or collection details to confirm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r>
        <w:rPr>
          <w:rFonts w:ascii="Aptos" w:hAnsi="Aptos"/>
          <w:b/>
          <w:color w:val="087B7A"/>
        </w:rPr>
        <w:t xml:space="preserve">□  </w:t>
      </w:r>
      <w:r>
        <w:t>Relevant facts checked with the responsible person.</w:t>
      </w:r>
    </w:p>
    <w:p>
      <w:r>
        <w:rPr>
          <w:rFonts w:ascii="Aptos" w:hAnsi="Aptos"/>
          <w:b/>
          <w:color w:val="087B7A"/>
        </w:rPr>
        <w:t xml:space="preserve">□  </w:t>
      </w:r>
      <w:r>
        <w:t>Estimate, timing and any limitations explained separately.</w:t>
      </w:r>
    </w:p>
    <w:p>
      <w:r>
        <w:rPr>
          <w:rFonts w:ascii="Aptos" w:hAnsi="Aptos"/>
          <w:b/>
          <w:color w:val="087B7A"/>
        </w:rPr>
        <w:t xml:space="preserve">□  </w:t>
      </w:r>
      <w:r>
        <w:t>Private documents and payments handled through the approved process.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864" w:right="1008" w:bottom="864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hyperlink r:id="rId1">
      <w:r>
        <w:rPr>
          <w:color w:val="087B7A"/>
          <w:u w:val="single"/>
        </w:rPr>
        <w:t>Appliance Repair &amp; Small-Engine Shops industry guide</w:t>
      </w:r>
    </w:hyperlink>
    <w:r>
      <w:t xml:space="preserve">  | 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sz w:val="18"/>
      </w:rPr>
      <w:t>Prairie Bench Repair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/>
    </w:pPr>
    <w:rPr>
      <w:rFonts w:ascii="Arial" w:hAnsi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12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2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2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www.saastech.net/industry/appliance-small-engine-repai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Repair enquiry and assessment questions</dc:title>
  <dc:subject/>
  <dc:creator>SaaSTech Servers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