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966143" cy="685799"/>
            <wp:docPr id="1" name="Picture 1" descr="Prairie Ledger Accounting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counting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6143" cy="6857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Document request list</w:t>
      </w:r>
    </w:p>
    <w:p>
      <w:r>
        <w:rPr>
          <w:b/>
          <w:color w:val="003060"/>
        </w:rPr>
        <w:t>Prairie Ledger Accounting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Client reference and reporting period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Requested document and date range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Reason or engagement workstream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Required file format and naming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Approved secure upload location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Due date and unresolved questions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3060"/>
        <w:sz w:val="16"/>
      </w:rPr>
      <w:t>Prairie Ledger Accounting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request list</dc:title>
  <dc:subject>Prairie Ledger Accounting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