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Web Designers</w:t>
        <w:br/>
        <w:t>Website workbook</w:t>
      </w:r>
    </w:p>
    <w:p>
      <w:pPr>
        <w:spacing w:after="360"/>
      </w:pPr>
      <w:r>
        <w:t>Plan a clear website for web designers.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Home and featured work, Services and fit, Process, About and capabilities, Project enquiry"/>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Northline Web Studio</w:t>
      </w:r>
    </w:p>
    <w:p>
      <w:r>
        <w:br w:type="page"/>
      </w:r>
    </w:p>
    <w:p>
      <w:pPr>
        <w:spacing w:after="0" w:line="20" w:lineRule="exact"/>
      </w:pPr>
    </w:p>
    <w:p>
      <w:pPr>
        <w:spacing w:after="100"/>
      </w:pPr>
      <w:r>
        <w:rPr>
          <w:b/>
          <w:color w:val="08736F"/>
          <w:sz w:val="18"/>
        </w:rPr>
        <w:t>WEB DESIGNERS</w:t>
      </w:r>
    </w:p>
    <w:p>
      <w:pPr>
        <w:pStyle w:val="Title"/>
      </w:pPr>
      <w:r>
        <w:t>Your website brief</w:t>
      </w:r>
    </w:p>
    <w:p>
      <w:r>
        <w:t>A SaaSTech Servers workshop for web designers. Plan your website, learn from the Northline Web Studio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Home and featured work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 and featured work</w:t>
      </w:r>
    </w:p>
    <w:p>
      <w:pPr>
        <w:pStyle w:val="Heading1"/>
      </w:pPr>
      <w:r>
        <w:t>The job of this page</w:t>
      </w:r>
    </w:p>
    <w:p>
      <w:r>
        <w:rPr>
          <w:b w:val="0"/>
        </w:rPr>
        <w:t>Introduce the studio, explain the strongest client fit, feature selected work with permission, and lead into a clear project conversation.</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1-home.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Northline Web Studio example  |  </w:t>
      </w:r>
      <w:hyperlink r:id="rId17">
        <w:r>
          <w:rPr>
            <w:color w:val="08736F"/>
            <w:u w:val="single"/>
            <w:sz w:val="18"/>
          </w:rPr>
          <w:t>Explore SaaSTech Website Builder</w:t>
        </w:r>
      </w:hyperlink>
    </w:p>
    <w:p>
      <w:pPr>
        <w:pStyle w:val="Heading1"/>
      </w:pPr>
      <w:r>
        <w:t>Sample wording to adapt</w:t>
      </w:r>
    </w:p>
    <w:p>
      <w:r>
        <w:rPr>
          <w:b/>
          <w:sz w:val="24"/>
        </w:rPr>
        <w:t>A website planned around what visitors need</w:t>
      </w:r>
    </w:p>
    <w:p>
      <w:r>
        <w:rPr>
          <w:b w:val="0"/>
        </w:rPr>
        <w:t>Explore the work and the kinds of projects we support. Start with your goals, audience and existing site. We will discuss scope before suggesting a project approach.</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Home and featured work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 and featured work</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Services and fit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 and fit</w:t>
      </w:r>
    </w:p>
    <w:p>
      <w:pPr>
        <w:pStyle w:val="Heading1"/>
      </w:pPr>
      <w:r>
        <w:t>The job of this page</w:t>
      </w:r>
    </w:p>
    <w:p>
      <w:r>
        <w:rPr>
          <w:b w:val="0"/>
        </w:rPr>
        <w:t>Define strategy, design, development, content, ecommerce, maintenance, accessibility, and the projects accepted.</w:t>
      </w:r>
    </w:p>
    <w:p>
      <w:pPr>
        <w:spacing w:after="100"/>
      </w:pPr>
      <w:r>
        <w:drawing>
          <wp:inline xmlns:a="http://schemas.openxmlformats.org/drawingml/2006/main" xmlns:pic="http://schemas.openxmlformats.org/drawingml/2006/picture">
            <wp:extent cx="6400800" cy="2750344"/>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2-services.png" descr="Privacy-cropped excerpt from the retained fictional demonstration; not a new Builder capture."/>
                    <pic:cNvPicPr/>
                  </pic:nvPicPr>
                  <pic:blipFill>
                    <a:blip r:embed="rId12"/>
                    <a:stretch>
                      <a:fillRect/>
                    </a:stretch>
                  </pic:blipFill>
                  <pic:spPr>
                    <a:xfrm>
                      <a:off x="0" y="0"/>
                      <a:ext cx="6400800" cy="2750344"/>
                    </a:xfrm>
                    <a:prstGeom prst="rect"/>
                  </pic:spPr>
                </pic:pic>
              </a:graphicData>
            </a:graphic>
          </wp:inline>
        </w:drawing>
      </w:r>
    </w:p>
    <w:p>
      <w:r>
        <w:rPr>
          <w:sz w:val="18"/>
        </w:rPr>
        <w:t xml:space="preserve">Northline Web Studio example  |  </w:t>
      </w:r>
      <w:hyperlink r:id="rId17">
        <w:r>
          <w:rPr>
            <w:color w:val="08736F"/>
            <w:u w:val="single"/>
            <w:sz w:val="18"/>
          </w:rPr>
          <w:t>Explore SaaSTech Website Builder</w:t>
        </w:r>
      </w:hyperlink>
    </w:p>
    <w:p>
      <w:pPr>
        <w:pStyle w:val="Heading1"/>
      </w:pPr>
      <w:r>
        <w:t>Sample wording to adapt</w:t>
      </w:r>
    </w:p>
    <w:p>
      <w:r>
        <w:rPr>
          <w:b/>
          <w:sz w:val="24"/>
        </w:rPr>
        <w:t>Choose the support your website needs</w:t>
      </w:r>
    </w:p>
    <w:p>
      <w:r>
        <w:rPr>
          <w:b w:val="0"/>
        </w:rPr>
        <w:t>Discuss a new site, a focused refresh or ongoing improvements. Agree the pages, content responsibilities and functionality before quoting. External services and ongoing fees should be identified separately.</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3" name="Picture 13" descr="Page plan with Services and fit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 and fit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Process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Process</w:t>
      </w:r>
    </w:p>
    <w:p>
      <w:pPr>
        <w:pStyle w:val="Heading1"/>
      </w:pPr>
      <w:r>
        <w:t>The job of this page</w:t>
      </w:r>
    </w:p>
    <w:p>
      <w:r>
        <w:rPr>
          <w:b w:val="0"/>
        </w:rPr>
        <w:t>Explain discovery, content, approvals, design, build, testing, launch, training, ownership, and support.</w:t>
      </w:r>
    </w:p>
    <w:p>
      <w:pPr>
        <w:spacing w:after="100"/>
      </w:pPr>
      <w:r>
        <w:drawing>
          <wp:inline xmlns:a="http://schemas.openxmlformats.org/drawingml/2006/main" xmlns:pic="http://schemas.openxmlformats.org/drawingml/2006/picture">
            <wp:extent cx="6400800" cy="2750344"/>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3-process.png" descr="Privacy-cropped excerpt from the retained fictional demonstration; not a new Builder capture."/>
                    <pic:cNvPicPr/>
                  </pic:nvPicPr>
                  <pic:blipFill>
                    <a:blip r:embed="rId13"/>
                    <a:stretch>
                      <a:fillRect/>
                    </a:stretch>
                  </pic:blipFill>
                  <pic:spPr>
                    <a:xfrm>
                      <a:off x="0" y="0"/>
                      <a:ext cx="6400800" cy="2750344"/>
                    </a:xfrm>
                    <a:prstGeom prst="rect"/>
                  </pic:spPr>
                </pic:pic>
              </a:graphicData>
            </a:graphic>
          </wp:inline>
        </w:drawing>
      </w:r>
    </w:p>
    <w:p>
      <w:r>
        <w:rPr>
          <w:sz w:val="18"/>
        </w:rPr>
        <w:t xml:space="preserve">Northline Web Studio example  |  </w:t>
      </w:r>
      <w:hyperlink r:id="rId17">
        <w:r>
          <w:rPr>
            <w:color w:val="08736F"/>
            <w:u w:val="single"/>
            <w:sz w:val="18"/>
          </w:rPr>
          <w:t>Explore SaaSTech Website Builder</w:t>
        </w:r>
      </w:hyperlink>
    </w:p>
    <w:p>
      <w:pPr>
        <w:pStyle w:val="Heading1"/>
      </w:pPr>
      <w:r>
        <w:t>Sample wording to adapt</w:t>
      </w:r>
    </w:p>
    <w:p>
      <w:r>
        <w:rPr>
          <w:b/>
          <w:sz w:val="24"/>
        </w:rPr>
        <w:t>From brief to launch</w:t>
      </w:r>
    </w:p>
    <w:p>
      <w:r>
        <w:rPr>
          <w:b w:val="0"/>
        </w:rPr>
        <w:t>Clarify the goals, agree the structure and prepare the content. Review the build together, test the important tasks and confirm the handover. Changes outside the agreed scope are discussed before work proceeds.</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5" name="Picture 15" descr="Page plan with Process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Process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About and capabilities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About and capabilities</w:t>
      </w:r>
    </w:p>
    <w:p>
      <w:pPr>
        <w:pStyle w:val="Heading1"/>
      </w:pPr>
      <w:r>
        <w:t>The job of this page</w:t>
      </w:r>
    </w:p>
    <w:p>
      <w:r>
        <w:rPr>
          <w:b w:val="0"/>
        </w:rPr>
        <w:t>Connect relevant experience, collaborators, platforms, working style, and accessibility standards to client needs.</w:t>
      </w:r>
    </w:p>
    <w:p>
      <w:pPr>
        <w:spacing w:after="100"/>
      </w:pPr>
      <w:r>
        <w:drawing>
          <wp:inline xmlns:a="http://schemas.openxmlformats.org/drawingml/2006/main" xmlns:pic="http://schemas.openxmlformats.org/drawingml/2006/picture">
            <wp:extent cx="6400800" cy="2750344"/>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4-about.png" descr="Privacy-cropped excerpt from the retained fictional demonstration; not a new Builder capture."/>
                    <pic:cNvPicPr/>
                  </pic:nvPicPr>
                  <pic:blipFill>
                    <a:blip r:embed="rId14"/>
                    <a:stretch>
                      <a:fillRect/>
                    </a:stretch>
                  </pic:blipFill>
                  <pic:spPr>
                    <a:xfrm>
                      <a:off x="0" y="0"/>
                      <a:ext cx="6400800" cy="2750344"/>
                    </a:xfrm>
                    <a:prstGeom prst="rect"/>
                  </pic:spPr>
                </pic:pic>
              </a:graphicData>
            </a:graphic>
          </wp:inline>
        </w:drawing>
      </w:r>
    </w:p>
    <w:p>
      <w:r>
        <w:rPr>
          <w:sz w:val="18"/>
        </w:rPr>
        <w:t xml:space="preserve">Northline Web Studio example  |  </w:t>
      </w:r>
      <w:hyperlink r:id="rId17">
        <w:r>
          <w:rPr>
            <w:color w:val="08736F"/>
            <w:u w:val="single"/>
            <w:sz w:val="18"/>
          </w:rPr>
          <w:t>Explore SaaSTech Website Builder</w:t>
        </w:r>
      </w:hyperlink>
    </w:p>
    <w:p>
      <w:pPr>
        <w:pStyle w:val="Heading1"/>
      </w:pPr>
      <w:r>
        <w:t>Sample wording to adapt</w:t>
      </w:r>
    </w:p>
    <w:p>
      <w:r>
        <w:rPr>
          <w:b/>
          <w:sz w:val="24"/>
        </w:rPr>
        <w:t>Know who is building your site</w:t>
      </w:r>
    </w:p>
    <w:p>
      <w:r>
        <w:rPr>
          <w:b w:val="0"/>
        </w:rPr>
        <w:t>Ask about the team's relevant work, technical approach and communication process. Confirm ownership, access and support arrangements. Case studies should identify the actual contribution made.</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17" name="Picture 17" descr="Page plan with About and capabilities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About and capabilities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Project enquiry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Project enquiry</w:t>
      </w:r>
    </w:p>
    <w:p>
      <w:pPr>
        <w:pStyle w:val="Heading1"/>
      </w:pPr>
      <w:r>
        <w:t>The job of this page</w:t>
      </w:r>
    </w:p>
    <w:p>
      <w:r>
        <w:rPr>
          <w:b w:val="0"/>
        </w:rPr>
        <w:t>Ask for goals, audience, existing site, features, content readiness, timing, budget guidance, and decision process.</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5-project-enquiry.pn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Northline Web Studio example  |  </w:t>
      </w:r>
      <w:hyperlink r:id="rId17">
        <w:r>
          <w:rPr>
            <w:color w:val="08736F"/>
            <w:u w:val="single"/>
            <w:sz w:val="18"/>
          </w:rPr>
          <w:t>Explore SaaSTech Website Builder</w:t>
        </w:r>
      </w:hyperlink>
    </w:p>
    <w:p>
      <w:pPr>
        <w:pStyle w:val="Heading1"/>
      </w:pPr>
      <w:r>
        <w:t>Sample wording to adapt</w:t>
      </w:r>
    </w:p>
    <w:p>
      <w:r>
        <w:rPr>
          <w:b/>
          <w:sz w:val="24"/>
        </w:rPr>
        <w:t>Tell us what the site needs to do</w:t>
      </w:r>
    </w:p>
    <w:p>
      <w:r>
        <w:rPr>
          <w:b w:val="0"/>
        </w:rPr>
        <w:t>Share your audience, goals, existing website and approximate timing. Mention required pages or functions. Do not send passwords through the form; access can be arranged securely later.</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19" name="Picture 19" descr="Page plan with Project enquiry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Project enquiry</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web designers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Web Designers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Web Designers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WEB DESIGNERS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web-designer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web-desig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Designers Website Workbook</dc:title>
  <dc:subject>SaaSTech Servers website planning workshop for Web Designers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