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8" name="Picture 8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Sports Clubs &amp; Teams</w:t>
        <w:br/>
        <w:t>Website workbook</w:t>
      </w:r>
    </w:p>
    <w:p>
      <w:pPr>
        <w:spacing w:after="360"/>
      </w:pPr>
      <w:r>
        <w:t>Plan a clear website for sports clubs &amp; teams.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9" name="Picture 9" descr="Recommended website pages: Home and current season, Teams and programs, Schedule and locations, Registration and fees, Club, volunteers, and sponsor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Summit Athletics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SPORTS CLUBS &amp; TEAMS</w:t>
      </w:r>
    </w:p>
    <w:p>
      <w:pPr>
        <w:pStyle w:val="Title"/>
      </w:pPr>
      <w:r>
        <w:t>Your website brief</w:t>
      </w:r>
    </w:p>
    <w:p>
      <w:r>
        <w:t>A SaaSTech Servers workshop for sports clubs &amp; teams. Plan your website, learn from the Prairie Summit Athletics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0" name="Picture 10" descr="Page plan with Home and current season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 and current season</w:t>
      </w:r>
    </w:p>
    <w:p>
      <w:pPr>
        <w:pStyle w:val="Heading1"/>
      </w:pPr>
      <w:r>
        <w:t>The job of this page</w:t>
      </w:r>
    </w:p>
    <w:p>
      <w:r>
        <w:rPr>
          <w:b w:val="0"/>
        </w:rPr>
        <w:t>Lead with registration status, the next important date, schedule access, locations, and current announcements.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Summit Athletics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Find your place this season</w:t>
      </w:r>
    </w:p>
    <w:p>
      <w:r>
        <w:rPr>
          <w:b w:val="0"/>
        </w:rPr>
        <w:t>Explore the teams, programs and current season information. Check eligibility, schedules and registration steps before joining. Contact the club with practical participation questions.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dates and locations need to stay current? Decide who will update changes and where visitors should check before travelling. Separate archived information and illustrative schedules from current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and current season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 and current season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Dates locations update process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Teams and program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Teams and programs</w:t>
      </w:r>
    </w:p>
    <w:p>
      <w:pPr>
        <w:pStyle w:val="Heading1"/>
      </w:pPr>
      <w:r>
        <w:t>The job of this page</w:t>
      </w:r>
    </w:p>
    <w:p>
      <w:r>
        <w:rPr>
          <w:b w:val="0"/>
        </w:rPr>
        <w:t>Describe age groups, levels, seasons, eligibility, coaches, capacity, and the commitment expected.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teams-programs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Summit Athletics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Choose a team or program</w:t>
      </w:r>
    </w:p>
    <w:p>
      <w:r>
        <w:rPr>
          <w:b w:val="0"/>
        </w:rPr>
        <w:t>Read the age group, experience level and commitment for each option. Ask about current capacity and the registration process. A program listing does not guarantee a place.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names, roles and qualifications can you verify? What would help a visitor feel comfortable contacting you? Obtain permission for portraits and describe actual experience without unsupported claims.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Teams and program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Teams and programs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People roles approach and verified credentials to introduce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Schedule and locatio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Schedule and locations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Publish current games, practices, tournaments, venue maps, weather policies, and update times.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schedule-locations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Summit Athletics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Check the latest schedule</w:t>
      </w:r>
    </w:p>
    <w:p>
      <w:r>
        <w:rPr>
          <w:b w:val="0"/>
        </w:rPr>
        <w:t>Confirm the date, time and location before travelling. Follow the club's current update channel for changes. Keep archived fixtures separate from the active season.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dates and locations need to stay current? Decide who will update changes and where visitors should check before travelling. Separate archived information and illustrative schedules from current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Schedule and locatio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Schedule and locations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Dates locations update process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Registration and fe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Registration and fees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costs, deadlines, equipment, waivers, refunds, financial assistance, and what happens after registration.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registration-fees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Summit Athletics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Know what registration includes</w:t>
      </w:r>
    </w:p>
    <w:p>
      <w:r>
        <w:rPr>
          <w:b w:val="0"/>
        </w:rPr>
        <w:t>Review fees, equipment needs, deadlines and applicable policies before registering. Ask how a place is confirmed. Use the club's approved private process for sensitive participant information.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Registration and fe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Registration and fees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Club, volunteers, and sponsor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Club volunteers and sponsors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governance, conduct, safeguarding, volunteer roles, sponsorship options, and contact paths.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club-community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Summit Athletics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Support the club community</w:t>
      </w:r>
    </w:p>
    <w:p>
      <w:r>
        <w:rPr>
          <w:b w:val="0"/>
        </w:rPr>
        <w:t>Explore volunteer roles and sponsorship opportunities. Ask about responsibilities, time commitments and any screening requirements before taking part. Publish volunteer or player photographs only with permission.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Club, volunteers, and sponsor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Club volunteers and sponsors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sports clubs &amp; teams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7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0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1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7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7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2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8"/>
      <w:footerReference w:type="first" r:id="rId19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Sports Clubs &amp; Teams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Sports Clubs &amp; Teams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SPORTS CLUBS &amp; TEAMS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.png"/><Relationship Id="rId17" Type="http://schemas.openxmlformats.org/officeDocument/2006/relationships/hyperlink" Target="https://www.saastech.net/products/website-builder" TargetMode="External"/><Relationship Id="rId18" Type="http://schemas.openxmlformats.org/officeDocument/2006/relationships/header" Target="header1.xml"/><Relationship Id="rId19" Type="http://schemas.openxmlformats.org/officeDocument/2006/relationships/footer" Target="footer2.xml"/><Relationship Id="rId20" Type="http://schemas.openxmlformats.org/officeDocument/2006/relationships/hyperlink" Target="https://sso.secureserver.net/account/create?app=account&amp;path=%2F&amp;plid=115853&amp;prog_id=initech&amp;realm=idp" TargetMode="External"/><Relationship Id="rId21" Type="http://schemas.openxmlformats.org/officeDocument/2006/relationships/hyperlink" Target="https://shop.saastech.net/products/website-builder" TargetMode="External"/><Relationship Id="rId22" Type="http://schemas.openxmlformats.org/officeDocument/2006/relationships/hyperlink" Target="https://www.saastech.net/create-account" TargetMode="External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sports-clubs-team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sports-clubs-te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Clubs &amp; Teams Website Workbook</dc:title>
  <dc:subject>SaaSTech Servers website planning workshop for Sports Clubs &amp; Teams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