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9" name="Picture 9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Résumés &amp; Personal Portfolios</w:t>
        <w:br/>
        <w:t>Website workbook</w:t>
      </w:r>
    </w:p>
    <w:p>
      <w:pPr>
        <w:spacing w:after="360"/>
      </w:pPr>
      <w:r>
        <w:t>Plan a clear website for résumés &amp; personal portfolios.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10" name="Picture 10" descr="Recommended website pages: Home, Résumé, Selected Work, Skills &amp; Experience, About, Contac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Jordan Ellis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RÉSUMÉS &amp; PERSONAL PORTFOLIOS</w:t>
      </w:r>
    </w:p>
    <w:p>
      <w:pPr>
        <w:pStyle w:val="Title"/>
      </w:pPr>
      <w:r>
        <w:t>Your website brief</w:t>
      </w:r>
    </w:p>
    <w:p>
      <w:r>
        <w:t>A SaaSTech Servers workshop for résumés &amp; personal portfolios. Plan your website, learn from the Jordan Ellis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your name, professional focus and the opportunities you want. Link to selected work and your current résumé; a portrait is optional.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jp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Jordan Ellis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Clear thinking. Thoughtful work.</w:t>
      </w:r>
    </w:p>
    <w:p>
      <w:r>
        <w:rPr>
          <w:b w:val="0"/>
        </w:rPr>
        <w:t>I'm Jordan Ellis. Explore self-directed projects in research, communication and project coordination.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Résumé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Résumé</w:t>
      </w:r>
    </w:p>
    <w:p>
      <w:pPr>
        <w:pStyle w:val="Heading1"/>
      </w:pPr>
      <w:r>
        <w:t>The job of this page</w:t>
      </w:r>
    </w:p>
    <w:p>
      <w:r>
        <w:rPr>
          <w:b w:val="0"/>
        </w:rPr>
        <w:t>Present readable experience, education and skills in page text, with an accessible PDF download. Keep dates and claims consistent with applications and professional profiles.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resume.jp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Jordan Ellis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 xml:space="preserve">Jordan Ellis </w:t>
      </w:r>
    </w:p>
    <w:p>
      <w:r>
        <w:rPr>
          <w:b w:val="0"/>
        </w:rPr>
        <w:t xml:space="preserve"> Research, communication &amp; coordination — An early-career portfolio focused on making information clear and projects easier to follow.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Résumé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Résumé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Selected Work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Selected Work</w:t>
      </w:r>
    </w:p>
    <w:p>
      <w:pPr>
        <w:pStyle w:val="Heading1"/>
      </w:pPr>
      <w:r>
        <w:t>The job of this page</w:t>
      </w:r>
    </w:p>
    <w:p>
      <w:r>
        <w:rPr>
          <w:b w:val="0"/>
        </w:rPr>
        <w:t>Choose a few relevant projects. Explain the brief, your contribution, approach and outcome. Label coursework and self-directed projects honestly and distinguish your work from the team's.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selected-work.jp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Jordan Ellis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Small projects. A clear process.</w:t>
      </w:r>
    </w:p>
    <w:p>
      <w:r>
        <w:rPr>
          <w:b w:val="0"/>
          <w:color w:val="08736F"/>
        </w:rPr>
        <w:t>COMMUNITY RESOURCE GUIDE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examples best support this page? Explain the context, your contribution and the permissions or credits needed. Label illustrative work and distinguish it from genuine completed projects or customer results.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Selected Work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Selected Work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Examples captions context and evidence to include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Skills &amp; Experienc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Skills Experience</w:t>
      </w:r>
    </w:p>
    <w:p>
      <w:pPr>
        <w:pStyle w:val="Heading1"/>
      </w:pPr>
      <w:r>
        <w:t>The job of this page</w:t>
      </w:r>
    </w:p>
    <w:p>
      <w:r>
        <w:rPr>
          <w:b w:val="0"/>
        </w:rPr>
        <w:t>Connect skills to concrete examples rather than rating yourself with arbitrary percentage bars. Include verified credentials and relevant volunteer experience.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skills.jp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Jordan Ellis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What I bring to a project</w:t>
      </w:r>
    </w:p>
    <w:p>
      <w:r>
        <w:rPr>
          <w:b w:val="0"/>
        </w:rPr>
        <w:t>Start with a useful question, compare sources and separate evidence from assumptions.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Skills &amp; Experienc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Skills Experience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Abou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About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your interests, working approach and career direction in your own voice. Include only background you are comfortable making public.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about.jp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Jordan Ellis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Curiosity, clarity and useful next steps</w:t>
      </w:r>
    </w:p>
    <w:p>
      <w:r>
        <w:rPr>
          <w:b w:val="0"/>
        </w:rPr>
        <w:t>I enjoy turning a broad question into something people can use: a clear summary, a practical checklist or a well-organised guide.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names, roles and qualifications can you verify? What would help a visitor feel comfortable contacting you? Obtain permission for portraits and describe actual experience without unsupported claims.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0" name="Picture 20" descr="Page plan with Abou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About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People roles approach and verified credentials to introduce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1" name="Picture 21" descr="Page plan with Contac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Contact</w:t>
      </w:r>
    </w:p>
    <w:p>
      <w:pPr>
        <w:pStyle w:val="Heading1"/>
      </w:pPr>
      <w:r>
        <w:t>The job of this page</w:t>
      </w:r>
    </w:p>
    <w:p>
      <w:r>
        <w:rPr>
          <w:b w:val="0"/>
        </w:rPr>
        <w:t>Offer a professional email address or a short form for name, email and message. Share a general location if useful, not a home address or sensitive personal details.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contact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Jordan Ellis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Questions or Comments</w:t>
      </w:r>
    </w:p>
    <w:p>
      <w:r>
        <w:rPr>
          <w:b w:val="0"/>
        </w:rPr>
        <w:t>Have a question about a project or a potential opportunity? A real portfolio can use this form to collect your name, reply email and a short message.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2" name="Picture 22" descr="Page plan with Contac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Contact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HEADLINE_1"/>
          <w:alias w:val="P6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1"/>
          <w:alias w:val="P6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2"/>
          <w:alias w:val="P6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3"/>
          <w:alias w:val="P6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1"/>
          <w:alias w:val="P6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2"/>
          <w:alias w:val="P6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3"/>
          <w:alias w:val="P6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4"/>
          <w:alias w:val="P6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5"/>
          <w:alias w:val="P6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1"/>
          <w:alias w:val="P6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2"/>
          <w:alias w:val="P6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1"/>
          <w:alias w:val="P6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2"/>
          <w:alias w:val="P6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1"/>
          <w:alias w:val="P6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2"/>
          <w:alias w:val="P6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résumés &amp; personal portfolios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8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1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2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8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8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3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9"/>
      <w:footerReference w:type="first" r:id="rId20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Résumés &amp; Personal Portfolios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Résumés &amp; Personal Portfolios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RÉSUMÉS &amp; PERSONAL PORTFOLIOS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.png"/><Relationship Id="rId18" Type="http://schemas.openxmlformats.org/officeDocument/2006/relationships/hyperlink" Target="https://www.saastech.net/products/website-builder" TargetMode="External"/><Relationship Id="rId19" Type="http://schemas.openxmlformats.org/officeDocument/2006/relationships/header" Target="header1.xml"/><Relationship Id="rId20" Type="http://schemas.openxmlformats.org/officeDocument/2006/relationships/footer" Target="footer2.xml"/><Relationship Id="rId21" Type="http://schemas.openxmlformats.org/officeDocument/2006/relationships/hyperlink" Target="https://sso.secureserver.net/account/create?app=account&amp;path=%2F&amp;plid=115853&amp;prog_id=initech&amp;realm=idp" TargetMode="External"/><Relationship Id="rId22" Type="http://schemas.openxmlformats.org/officeDocument/2006/relationships/hyperlink" Target="https://shop.saastech.net/products/website-builder" TargetMode="External"/><Relationship Id="rId23" Type="http://schemas.openxmlformats.org/officeDocument/2006/relationships/hyperlink" Target="https://www.saastech.net/create-account" TargetMode="Externa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resumes-personal-portfolio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resumes-personal-portfoli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Résumés &amp; Personal Portfolios Website Workbook</dc:title>
  <dc:subject>SaaSTech Servers website planning workshop for Résumés &amp; Personal Portfolios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