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media/image2.png" ContentType="image/jpeg"/>
  <Override PartName="/word/media/image3.png" ContentType="image/jpeg"/>
  <Override PartName="/word/media/image4.png" ContentType="image/jpeg"/>
  <Override PartName="/word/media/image5.png" ContentType="image/jpeg"/>
  <Override PartName="/word/media/image6.png" ContentType="image/jpeg"/>
  <Override PartName="/word/media/image7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</w:pPr>
      <w:r>
        <w:drawing>
          <wp:inline xmlns:a="http://schemas.openxmlformats.org/drawingml/2006/main" xmlns:pic="http://schemas.openxmlformats.org/drawingml/2006/picture">
            <wp:extent cx="2286000" cy="747059"/>
            <wp:docPr id="9" name="Picture 9" descr="SaaSTech Server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47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8736F"/>
          <w:sz w:val="20"/>
        </w:rPr>
        <w:t>WEBSITE PLANNING WORKSHOP</w:t>
      </w:r>
    </w:p>
    <w:p>
      <w:pPr>
        <w:pStyle w:val="Title"/>
        <w:spacing w:after="360"/>
      </w:pPr>
      <w:r>
        <w:rPr>
          <w:sz w:val="60"/>
        </w:rPr>
        <w:t>Equipment &amp; Party Rentals</w:t>
        <w:br/>
        <w:t>Website workbook</w:t>
      </w:r>
    </w:p>
    <w:p>
      <w:pPr>
        <w:spacing w:after="360"/>
      </w:pPr>
      <w:r>
        <w:t>Plan a clear website for equipment &amp; party rentals. Explore a worked example, shape your own message and prepare to build with SaaSTech Servers.</w:t>
      </w:r>
    </w:p>
    <w:p>
      <w:pPr>
        <w:spacing w:after="320"/>
      </w:pPr>
      <w:r>
        <w:drawing>
          <wp:inline xmlns:a="http://schemas.openxmlformats.org/drawingml/2006/main" xmlns:pic="http://schemas.openxmlformats.org/drawingml/2006/picture">
            <wp:extent cx="6400800" cy="2667000"/>
            <wp:docPr id="10" name="Picture 10" descr="Recommended website pages: Home, Rental catalogue, Packages and pricing, Delivery, pickup, and returns, Safety and responsibilities, Availability reques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map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6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Inside this workbook</w:t>
      </w:r>
    </w:p>
    <w:p>
      <w:r>
        <w:t>Six page examples • Practical writing exercises • A launch review</w:t>
      </w:r>
    </w:p>
    <w:p>
      <w:r>
        <w:t>Use it in a workshop or at your own pace. Write by hand or complete the response fields in Word. The final page links to Website Builder, plans and account signup.</w:t>
      </w:r>
    </w:p>
    <w:p>
      <w:pPr>
        <w:spacing w:before="320"/>
      </w:pPr>
      <w:r>
        <w:rPr>
          <w:color w:val="08736F"/>
          <w:sz w:val="20"/>
        </w:rPr>
        <w:t>Example business Prairie Gather Rentals</w:t>
      </w:r>
    </w:p>
    <w:p>
      <w:r>
        <w:br w:type="page"/>
      </w:r>
    </w:p>
    <w:p>
      <w:pPr>
        <w:spacing w:after="0" w:line="20" w:lineRule="exact"/>
      </w:pPr>
    </w:p>
    <w:p>
      <w:pPr>
        <w:spacing w:after="100"/>
      </w:pPr>
      <w:r>
        <w:rPr>
          <w:b/>
          <w:color w:val="08736F"/>
          <w:sz w:val="18"/>
        </w:rPr>
        <w:t>EQUIPMENT &amp; PARTY RENTALS</w:t>
      </w:r>
    </w:p>
    <w:p>
      <w:pPr>
        <w:pStyle w:val="Title"/>
      </w:pPr>
      <w:r>
        <w:t>Your website brief</w:t>
      </w:r>
    </w:p>
    <w:p>
      <w:r>
        <w:t>A SaaSTech Servers workshop for equipment &amp; party rentals. Plan your website, learn from the Prairie Gather Rentals example and draft content for your own business.</w:t>
      </w:r>
    </w:p>
    <w:p>
      <w:r>
        <w:rPr>
          <w:b w:val="0"/>
          <w:sz w:val="20"/>
        </w:rPr>
        <w:t>Each page has a reference sheet followed by a writing sheet. Demo excerpts are labelled separately from new sample wording, which may differ from the screenshot. Click a blank response line to type; longer answers may add pages. Replace fictional details and verify every claim before publishing.</w:t>
      </w:r>
    </w:p>
    <w:p>
      <w:pPr>
        <w:keepNext/>
        <w:spacing w:before="140" w:after="20"/>
      </w:pPr>
      <w:r>
        <w:rPr>
          <w:b/>
          <w:sz w:val="22"/>
        </w:rPr>
        <w:t>Your business or organization and workshop date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NAME_1"/>
          <w:alias w:val="START_NAM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Who should visit your site and what do they need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1"/>
          <w:alias w:val="START_VISITO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2"/>
          <w:alias w:val="START_VISITO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The main action you want a visitor to take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1"/>
          <w:alias w:val="START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2"/>
          <w:alias w:val="START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What you offer and where or how you provide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1"/>
          <w:alias w:val="START_OFFE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2"/>
          <w:alias w:val="START_OFFE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photos and permissions to gather before publishing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1"/>
          <w:alias w:val="START_PROOF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2"/>
          <w:alias w:val="START_PROOF_2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sz w:val="20"/>
        </w:rPr>
        <w:t>Workshop rhythm: review the example, write your draft and exchange feedback. Use the final review to choose your next changes. Website Builder and account links are on the last page.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1" name="Picture 11" descr="Page plan with Hom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Home</w:t>
      </w:r>
    </w:p>
    <w:p>
      <w:pPr>
        <w:pStyle w:val="Heading1"/>
      </w:pPr>
      <w:r>
        <w:t>The job of this page</w:t>
      </w:r>
    </w:p>
    <w:p>
      <w:r>
        <w:rPr>
          <w:b w:val="0"/>
        </w:rPr>
        <w:t>Introduce the rental business, service area and event types. Lead visitors to the catalogue and explain that availability must be confirmed.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436569" cy="3198996"/>
            <wp:docPr id="2" name="Picture 2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home.png" descr="Privacy-cropped excerpt from the retained fictional demonstration; not a new Builder captur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36569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Gather Rentals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Plan the pieces for your gathering</w:t>
      </w:r>
    </w:p>
    <w:p>
      <w:r>
        <w:rPr>
          <w:b w:val="0"/>
        </w:rPr>
        <w:t>Explore the rental range and ask about your event date. Quantities, delivery and pricing are confirmed in a written proposal. A catalogue image does not guarantee availability.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Could a first-time visitor explain what you do and who it is for after one glance? Choose one main action and the strongest truthful detail that gives them confidence to continue.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2" name="Picture 12" descr="Page plan with Hom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Home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HEADLINE_1"/>
          <w:alias w:val="P1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1"/>
          <w:alias w:val="P1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2"/>
          <w:alias w:val="P1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3"/>
          <w:alias w:val="P1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offer audience location and most useful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1"/>
          <w:alias w:val="P1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2"/>
          <w:alias w:val="P1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3"/>
          <w:alias w:val="P1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4"/>
          <w:alias w:val="P1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5"/>
          <w:alias w:val="P1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1"/>
          <w:alias w:val="P1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2"/>
          <w:alias w:val="P1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1"/>
          <w:alias w:val="P1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2"/>
          <w:alias w:val="P1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1"/>
          <w:alias w:val="P1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2"/>
          <w:alias w:val="P1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3" name="Picture 13" descr="Page plan with Rental catalogu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Rental catalogue</w:t>
      </w:r>
    </w:p>
    <w:p>
      <w:pPr>
        <w:pStyle w:val="Heading1"/>
      </w:pPr>
      <w:r>
        <w:t>The job of this page</w:t>
      </w:r>
    </w:p>
    <w:p>
      <w:r>
        <w:rPr>
          <w:b w:val="0"/>
        </w:rPr>
        <w:t>Organize current inventory by customer task with specifications, dimensions, capacity, included parts, condition, compatibility, and accurate photographs.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436569" cy="3198996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rental-catalogue.png" descr="Privacy-cropped excerpt from the retained fictional demonstration; not a new Builder capture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36569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Gather Rentals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Build a useful rental list</w:t>
      </w:r>
    </w:p>
    <w:p>
      <w:r>
        <w:rPr>
          <w:b w:val="0"/>
        </w:rPr>
        <w:t>Note the item, quantity and intended use for each selection. Ask about dimensions and current availability. The rental team will confirm which pieces suit the event and requested date.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is included and what needs separate confirmation? Make quantities, timing, exclusions and price conditions understandable. Avoid implying that an example price or image guarantees availability.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4" name="Picture 14" descr="Page plan with Rental catalogu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Rental catalogue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HEADLINE_1"/>
          <w:alias w:val="P2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1"/>
          <w:alias w:val="P2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2"/>
          <w:alias w:val="P2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3"/>
          <w:alias w:val="P2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Options inclusions price conditions and availability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1"/>
          <w:alias w:val="P2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2"/>
          <w:alias w:val="P2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3"/>
          <w:alias w:val="P2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4"/>
          <w:alias w:val="P2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5"/>
          <w:alias w:val="P2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1"/>
          <w:alias w:val="P2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2"/>
          <w:alias w:val="P2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1"/>
          <w:alias w:val="P2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2"/>
          <w:alias w:val="P2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1"/>
          <w:alias w:val="P2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2"/>
          <w:alias w:val="P2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5" name="Picture 15" descr="Page plan with Packages and pricing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Packages and pricing</w:t>
      </w:r>
    </w:p>
    <w:p>
      <w:pPr>
        <w:pStyle w:val="Heading1"/>
      </w:pPr>
      <w:r>
        <w:t>The job of this page</w:t>
      </w:r>
    </w:p>
    <w:p>
      <w:r>
        <w:rPr>
          <w:b w:val="0"/>
        </w:rPr>
        <w:t>Explain rental periods, package contents, quantity tiers, deposits, taxes, consumables, optional accessories, setup, delivery, and late fees.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436569" cy="3198996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packages-pricing.png" descr="Privacy-cropped excerpt from the retained fictional demonstration; not a new Builder capture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36569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Gather Rentals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Confirm the complete rental cost</w:t>
      </w:r>
    </w:p>
    <w:p>
      <w:r>
        <w:rPr>
          <w:b w:val="0"/>
        </w:rPr>
        <w:t>Review quantities, rental duration and any delivery, setup or collection charges. Ask about deposits and changes before accepting. A sample package is not a confirmed quote.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is included and what needs separate confirmation? Make quantities, timing, exclusions and price conditions understandable. Avoid implying that an example price or image guarantees availability.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6" name="Picture 16" descr="Page plan with Packages and pricing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Packages and pricing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HEADLINE_1"/>
          <w:alias w:val="P3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1"/>
          <w:alias w:val="P3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2"/>
          <w:alias w:val="P3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3"/>
          <w:alias w:val="P3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Options inclusions price conditions and availability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1"/>
          <w:alias w:val="P3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2"/>
          <w:alias w:val="P3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3"/>
          <w:alias w:val="P3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4"/>
          <w:alias w:val="P3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5"/>
          <w:alias w:val="P3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1"/>
          <w:alias w:val="P3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2"/>
          <w:alias w:val="P3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1"/>
          <w:alias w:val="P3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2"/>
          <w:alias w:val="P3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1"/>
          <w:alias w:val="P3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2"/>
          <w:alias w:val="P3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7" name="Picture 17" descr="Page plan with Delivery, pickup, and return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Delivery pickup and returns</w:t>
      </w:r>
    </w:p>
    <w:p>
      <w:pPr>
        <w:pStyle w:val="Heading1"/>
      </w:pPr>
      <w:r>
        <w:t>The job of this page</w:t>
      </w:r>
    </w:p>
    <w:p>
      <w:r>
        <w:rPr>
          <w:b w:val="0"/>
        </w:rPr>
        <w:t>Publish service areas, scheduling windows, site access needs, identification, inspections, cleaning, fuel or charging, and return expectations.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436569" cy="3198996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delivery-returns.png" descr="Privacy-cropped excerpt from the retained fictional demonstration; not a new Builder capture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36569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Gather Rentals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Plan delivery and returns</w:t>
      </w:r>
    </w:p>
    <w:p>
      <w:r>
        <w:rPr>
          <w:b w:val="0"/>
        </w:rPr>
        <w:t>Agree the address, access, arrival window and collection arrangements. Confirm who handles setup and how items should be returned. Share access instructions privately after the booking is agreed.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should someone know before arriving or proceeding? Clarify preparation, access and the right contact route. Verify policies and avoid promising urgent help or specialist advice the website cannot provide.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8" name="Picture 18" descr="Page plan with Delivery, pickup, and return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Delivery pickup and returns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HEADLINE_1"/>
          <w:alias w:val="P4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1"/>
          <w:alias w:val="P4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2"/>
          <w:alias w:val="P4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3"/>
          <w:alias w:val="P4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Preparation access policies and practical questions to answer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1"/>
          <w:alias w:val="P4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2"/>
          <w:alias w:val="P4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3"/>
          <w:alias w:val="P4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4"/>
          <w:alias w:val="P4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5"/>
          <w:alias w:val="P4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1"/>
          <w:alias w:val="P4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2"/>
          <w:alias w:val="P4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1"/>
          <w:alias w:val="P4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2"/>
          <w:alias w:val="P4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1"/>
          <w:alias w:val="P4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2"/>
          <w:alias w:val="P4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9" name="Picture 19" descr="Page plan with Safety and responsibiliti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Safety and responsibilities</w:t>
      </w:r>
    </w:p>
    <w:p>
      <w:pPr>
        <w:pStyle w:val="Heading1"/>
      </w:pPr>
      <w:r>
        <w:t>The job of this page</w:t>
      </w:r>
    </w:p>
    <w:p>
      <w:r>
        <w:rPr>
          <w:b w:val="0"/>
        </w:rPr>
        <w:t>State training, operator requirements, prohibited uses, weather limits, damage, loss, insurance, waivers, and emergency contact procedures.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436569" cy="3198996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safety-responsibilities.pn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36569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Gather Rentals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Understand your responsibilities</w:t>
      </w:r>
    </w:p>
    <w:p>
      <w:r>
        <w:rPr>
          <w:b w:val="0"/>
        </w:rPr>
        <w:t>Read the item's handling guidance and agreed return conditions. Ask about damage, loss and unsuitable uses before accepting the rental. Do not assume every item is appropriate for every venue.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should someone know before arriving or proceeding? Clarify preparation, access and the right contact route. Verify policies and avoid promising urgent help or specialist advice the website cannot provide.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0" name="Picture 20" descr="Page plan with Safety and responsibiliti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Safety and responsibilities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HEADLINE_1"/>
          <w:alias w:val="P5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1"/>
          <w:alias w:val="P5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2"/>
          <w:alias w:val="P5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3"/>
          <w:alias w:val="P5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Preparation access policies and practical questions to answer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1"/>
          <w:alias w:val="P5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2"/>
          <w:alias w:val="P5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3"/>
          <w:alias w:val="P5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4"/>
          <w:alias w:val="P5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5"/>
          <w:alias w:val="P5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1"/>
          <w:alias w:val="P5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2"/>
          <w:alias w:val="P5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1"/>
          <w:alias w:val="P5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2"/>
          <w:alias w:val="P5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1"/>
          <w:alias w:val="P5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2"/>
          <w:alias w:val="P5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1" name="Picture 21" descr="Page plan with Availability request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Availability request</w:t>
      </w:r>
    </w:p>
    <w:p>
      <w:pPr>
        <w:pStyle w:val="Heading1"/>
      </w:pPr>
      <w:r>
        <w:t>The job of this page</w:t>
      </w:r>
    </w:p>
    <w:p>
      <w:r>
        <w:rPr>
          <w:b w:val="0"/>
        </w:rPr>
        <w:t>Collect dates, item quantities, project or event type, location, delivery, setup, compatibility, responsible renter, and contact details.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436569" cy="3198996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-availability-request.pn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36569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Gather Rentals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Check availability for your event</w:t>
      </w:r>
    </w:p>
    <w:p>
      <w:r>
        <w:rPr>
          <w:b w:val="0"/>
        </w:rPr>
        <w:t>Send the date, location, item list and quantities. Include delivery or pickup preferences. Wait for written confirmation before treating the items as reserved.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must someone provide, and what happens after they send it? Separate a request from a confirmed booking, order or place. Decide what information should stay out of a public form.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2" name="Picture 22" descr="Page plan with Availability request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Availability request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HEADLINE_1"/>
          <w:alias w:val="P6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1"/>
          <w:alias w:val="P6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2"/>
          <w:alias w:val="P6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3"/>
          <w:alias w:val="P6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to request and how you will reply or confirm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1"/>
          <w:alias w:val="P6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2"/>
          <w:alias w:val="P6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3"/>
          <w:alias w:val="P6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4"/>
          <w:alias w:val="P6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5"/>
          <w:alias w:val="P6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ACTION_1"/>
          <w:alias w:val="P6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ACTION_2"/>
          <w:alias w:val="P6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PHOTO_1"/>
          <w:alias w:val="P6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PHOTO_2"/>
          <w:alias w:val="P6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VERIFY_1"/>
          <w:alias w:val="P6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VERIFY_2"/>
          <w:alias w:val="P6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00"/>
      </w:pPr>
      <w:r>
        <w:rPr>
          <w:b/>
          <w:color w:val="08736F"/>
          <w:sz w:val="18"/>
        </w:rPr>
        <w:t>WORKSHOP CLOSE</w:t>
      </w:r>
    </w:p>
    <w:p>
      <w:pPr>
        <w:pStyle w:val="Title"/>
      </w:pPr>
      <w:r>
        <w:rPr>
          <w:color w:val="000000"/>
          <w:sz w:val="44"/>
        </w:rPr>
        <w:t>Review and next steps</w:t>
      </w:r>
    </w:p>
    <w:p>
      <w:r>
        <w:rPr>
          <w:b w:val="0"/>
        </w:rPr>
        <w:t>Ask a partner to read your draft as a first-time visitor. Can they explain what you offer, who it is for and the next step without extra help?</w:t>
      </w:r>
    </w:p>
    <w:p>
      <w:pPr>
        <w:pStyle w:val="Heading1"/>
      </w:pPr>
      <w:r>
        <w:t>Before you publish</w:t>
      </w:r>
    </w:p>
    <w:p>
      <w:r>
        <w:rPr>
          <w:b w:val="0"/>
          <w:sz w:val="20"/>
        </w:rPr>
        <w:t>[ ] Every page has a clear purpose and a useful next step.</w:t>
      </w:r>
    </w:p>
    <w:p>
      <w:r>
        <w:rPr>
          <w:b w:val="0"/>
          <w:sz w:val="20"/>
        </w:rPr>
        <w:t>[ ] Headlines are specific and the wording sounds like your business.</w:t>
      </w:r>
    </w:p>
    <w:p>
      <w:r>
        <w:rPr>
          <w:b w:val="0"/>
          <w:sz w:val="20"/>
        </w:rPr>
        <w:t>[ ] Names, service areas, prices, dates and policies have been checked.</w:t>
      </w:r>
    </w:p>
    <w:p>
      <w:r>
        <w:rPr>
          <w:b w:val="0"/>
          <w:sz w:val="20"/>
        </w:rPr>
        <w:t>[ ] Credentials, testimonials and results are genuine and permission-cleared.</w:t>
      </w:r>
    </w:p>
    <w:p>
      <w:r>
        <w:rPr>
          <w:b w:val="0"/>
          <w:sz w:val="20"/>
        </w:rPr>
        <w:t>[ ] Photos support the text, do not repeat needlessly and have appropriate permissions.</w:t>
      </w:r>
    </w:p>
    <w:p>
      <w:r>
        <w:rPr>
          <w:b w:val="0"/>
          <w:sz w:val="20"/>
        </w:rPr>
        <w:t>[ ] Forms ask only for necessary information and explain what happens next.</w:t>
      </w:r>
    </w:p>
    <w:p>
      <w:r>
        <w:rPr>
          <w:b w:val="0"/>
          <w:sz w:val="20"/>
        </w:rPr>
        <w:t>[ ] Links, downloads and the main visitor task work on a phone.</w:t>
      </w:r>
    </w:p>
    <w:p>
      <w:pPr>
        <w:keepNext/>
        <w:spacing w:before="140" w:after="20"/>
      </w:pPr>
      <w:r>
        <w:rPr>
          <w:b/>
          <w:sz w:val="22"/>
        </w:rPr>
        <w:t>The most useful feedback from your workshop partner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1"/>
          <w:alias w:val="END_FEEDBACK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2"/>
          <w:alias w:val="END_FEEDBACK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First change to make and who will do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1"/>
          <w:alias w:val="END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2"/>
          <w:alias w:val="END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or photographs still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1"/>
          <w:alias w:val="END_MISSING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2"/>
          <w:alias w:val="END_MISSING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Target review date and who will approve the final content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DATE_1"/>
          <w:alias w:val="END_DATE_1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b w:val="0"/>
          <w:sz w:val="18"/>
        </w:rPr>
        <w:t>Keep sensitive customer, patient, employee and payment information out of this workbook. Completing it does not publish a website or connect to Website Builder.</w:t>
      </w:r>
    </w:p>
    <w:p>
      <w:r>
        <w:br w:type="page"/>
      </w:r>
    </w:p>
    <w:p>
      <w:r>
        <w:rPr>
          <w:b/>
          <w:color w:val="08736F"/>
          <w:sz w:val="18"/>
        </w:rPr>
        <w:t>BUILD WITH SAASTECH SERVERS</w:t>
      </w:r>
    </w:p>
    <w:p>
      <w:pPr>
        <w:pStyle w:val="Title"/>
      </w:pPr>
      <w:r>
        <w:t>Put your draft into Website Builder</w:t>
      </w:r>
    </w:p>
    <w:p>
      <w:r>
        <w:t>Use the content you have written to build your own site. Keep the equipment &amp; party rentals demo as a reference, and replace its company name, images and claims with your verified business information.</w:t>
      </w:r>
    </w:p>
    <w:p>
      <w:pPr>
        <w:pStyle w:val="Heading1"/>
      </w:pPr>
      <w:r>
        <w:t>Explore the builder</w:t>
      </w:r>
    </w:p>
    <w:p>
      <w:r>
        <w:t>See the editor, compare available plans and decide which features your business needs. Confirm current pricing and terms before purchasing.</w:t>
      </w:r>
    </w:p>
    <w:p>
      <w:hyperlink r:id="rId18">
        <w:r>
          <w:rPr>
            <w:color w:val="08736F"/>
            <w:u w:val="single"/>
            <w:sz w:val="22"/>
          </w:rPr>
          <w:t>Website Builder overview</w:t>
        </w:r>
      </w:hyperlink>
    </w:p>
    <w:p>
      <w:pPr>
        <w:pStyle w:val="Heading1"/>
      </w:pPr>
      <w:r>
        <w:t>Create your account</w:t>
      </w:r>
    </w:p>
    <w:p>
      <w:r>
        <w:t>Set up your SaaSTech Servers customer account using your own details. Creating an account is separate from purchasing a Website Builder plan.</w:t>
      </w:r>
    </w:p>
    <w:p>
      <w:hyperlink r:id="rId21">
        <w:r>
          <w:rPr>
            <w:color w:val="08736F"/>
            <w:u w:val="single"/>
            <w:sz w:val="22"/>
          </w:rPr>
          <w:t>Create your SaaSTech account</w:t>
        </w:r>
      </w:hyperlink>
    </w:p>
    <w:p>
      <w:pPr>
        <w:pStyle w:val="Heading1"/>
      </w:pPr>
      <w:r>
        <w:t>Choose your plan</w:t>
      </w:r>
    </w:p>
    <w:p>
      <w:r>
        <w:t>Open the secure shop to review the plan, subscription term and final total. Use the account connected to your purchase when you open your service.</w:t>
      </w:r>
    </w:p>
    <w:p>
      <w:hyperlink r:id="rId22">
        <w:r>
          <w:rPr>
            <w:color w:val="08736F"/>
            <w:u w:val="single"/>
            <w:sz w:val="22"/>
          </w:rPr>
          <w:t>View Website Builder plans</w:t>
        </w:r>
      </w:hyperlink>
    </w:p>
    <w:p>
      <w:pPr>
        <w:pStyle w:val="Heading1"/>
      </w:pPr>
      <w:r>
        <w:t>Build and check your pages</w:t>
      </w:r>
    </w:p>
    <w:p>
      <w:r>
        <w:t>Add the pages from this workbook. Transfer your approved wording, upload permission-cleared photos and review each page on desktop and mobile before publishing.</w:t>
      </w:r>
    </w:p>
    <w:p>
      <w:hyperlink r:id="rId18">
        <w:r>
          <w:rPr>
            <w:color w:val="08736F"/>
            <w:u w:val="single"/>
            <w:sz w:val="22"/>
          </w:rPr>
          <w:t>Return to the Website Builder guide</w:t>
        </w:r>
      </w:hyperlink>
    </w:p>
    <w:p>
      <w:pPr>
        <w:pStyle w:val="Heading1"/>
      </w:pPr>
      <w:r>
        <w:t>Using a printed workbook</w:t>
      </w:r>
    </w:p>
    <w:p>
      <w:r>
        <w:t>Type these short addresses into your browser. The account guide includes the Create My Account button.</w:t>
      </w:r>
    </w:p>
    <w:p>
      <w:hyperlink r:id="rId18">
        <w:r>
          <w:rPr>
            <w:color w:val="08736F"/>
            <w:u w:val="single"/>
            <w:sz w:val="20"/>
          </w:rPr>
          <w:t>www.saastech.net/products/website-builder</w:t>
        </w:r>
      </w:hyperlink>
    </w:p>
    <w:p>
      <w:hyperlink r:id="rId23">
        <w:r>
          <w:rPr>
            <w:color w:val="08736F"/>
            <w:u w:val="single"/>
            <w:sz w:val="20"/>
          </w:rPr>
          <w:t>www.saastech.net/create-account</w:t>
        </w:r>
      </w:hyperlink>
    </w:p>
    <w:p>
      <w:pPr>
        <w:spacing w:before="200"/>
      </w:pPr>
      <w:r>
        <w:rPr>
          <w:sz w:val="18"/>
        </w:rPr>
        <w:t>This workbook does not create an account, purchase a plan or publish your website. Keep passwords, payment details and confidential customer information out of your draft.</w:t>
      </w:r>
    </w:p>
    <w:sectPr w:rsidR="00FC693F" w:rsidRPr="0006063C" w:rsidSect="00034616">
      <w:footerReference w:type="default" r:id="rId9"/>
      <w:headerReference w:type="default" r:id="rId19"/>
      <w:footerReference w:type="first" r:id="rId20"/>
      <w:pgSz w:w="12240" w:h="15840"/>
      <w:pgMar w:top="936" w:right="1080" w:bottom="936" w:left="1080" w:header="317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Equipment &amp; Party Rentals website workbook</w:t>
      </w:r>
    </w:hyperlink>
    <w:r>
      <w:rPr>
        <w:sz w:val="16"/>
      </w:rPr>
      <w:t xml:space="preserve">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Equipment &amp; Party Rentals website workbook</w:t>
      </w:r>
    </w:hyperlink>
    <w:r>
      <w:rPr>
        <w:sz w:val="16"/>
      </w:rPr>
      <w:t xml:space="preserve">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8736F"/>
        <w:sz w:val="18"/>
      </w:rPr>
      <w:t>SaaSTech Servers</w:t>
    </w:r>
    <w:r>
      <w:rPr>
        <w:color w:val="000000"/>
        <w:sz w:val="16"/>
      </w:rPr>
      <w:t xml:space="preserve">   /   EQUIPMENT &amp; PARTY RENTALS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-privacy.png"/><Relationship Id="rId12" Type="http://schemas.openxmlformats.org/officeDocument/2006/relationships/image" Target="media/image3-privacy.png"/><Relationship Id="rId13" Type="http://schemas.openxmlformats.org/officeDocument/2006/relationships/image" Target="media/image4-privacy.png"/><Relationship Id="rId14" Type="http://schemas.openxmlformats.org/officeDocument/2006/relationships/image" Target="media/image5-privacy.png"/><Relationship Id="rId15" Type="http://schemas.openxmlformats.org/officeDocument/2006/relationships/image" Target="media/image6-privacy.png"/><Relationship Id="rId16" Type="http://schemas.openxmlformats.org/officeDocument/2006/relationships/image" Target="media/image7-privacy.png"/><Relationship Id="rId17" Type="http://schemas.openxmlformats.org/officeDocument/2006/relationships/image" Target="media/image8.png"/><Relationship Id="rId18" Type="http://schemas.openxmlformats.org/officeDocument/2006/relationships/hyperlink" Target="https://www.saastech.net/products/website-builder" TargetMode="External"/><Relationship Id="rId19" Type="http://schemas.openxmlformats.org/officeDocument/2006/relationships/header" Target="header1.xml"/><Relationship Id="rId20" Type="http://schemas.openxmlformats.org/officeDocument/2006/relationships/footer" Target="footer2.xml"/><Relationship Id="rId21" Type="http://schemas.openxmlformats.org/officeDocument/2006/relationships/hyperlink" Target="https://sso.secureserver.net/account/create?app=account&amp;path=%2F&amp;plid=115853&amp;prog_id=initech&amp;realm=idp" TargetMode="External"/><Relationship Id="rId22" Type="http://schemas.openxmlformats.org/officeDocument/2006/relationships/hyperlink" Target="https://shop.saastech.net/products/website-builder" TargetMode="External"/><Relationship Id="rId23" Type="http://schemas.openxmlformats.org/officeDocument/2006/relationships/hyperlink" Target="https://www.saastech.net/create-account" TargetMode="External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Relationship Id="rId29" Type="http://schemas.openxmlformats.org/officeDocument/2006/relationships/image" Target="media/image14.png"/><Relationship Id="rId30" Type="http://schemas.openxmlformats.org/officeDocument/2006/relationships/image" Target="media/image15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rental-businesses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rental-business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Equipment &amp; Party Rentals Website Workbook</dc:title>
  <dc:subject>SaaSTech Servers website planning workshop for Equipment &amp; Party Rentals</dc:subject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