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Programmers &amp; Software Developers</w:t>
        <w:br/>
        <w:t>Website workbook</w:t>
      </w:r>
    </w:p>
    <w:p>
      <w:pPr>
        <w:spacing w:after="360"/>
      </w:pPr>
      <w:r>
        <w:t>Plan a clear website for programmers &amp; software developers.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Projects and case studies, Services and technical fit, How development works, Security, ownership, and support, Project enquiry"/>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Copperline Software Studio</w:t>
      </w:r>
    </w:p>
    <w:p>
      <w:r>
        <w:br w:type="page"/>
      </w:r>
    </w:p>
    <w:p>
      <w:pPr>
        <w:spacing w:after="0" w:line="20" w:lineRule="exact"/>
      </w:pPr>
    </w:p>
    <w:p>
      <w:pPr>
        <w:spacing w:after="100"/>
      </w:pPr>
      <w:r>
        <w:rPr>
          <w:b/>
          <w:color w:val="08736F"/>
          <w:sz w:val="18"/>
        </w:rPr>
        <w:t>PROGRAMMERS &amp; SOFTWARE DEVELOPERS</w:t>
      </w:r>
    </w:p>
    <w:p>
      <w:pPr>
        <w:pStyle w:val="Title"/>
      </w:pPr>
      <w:r>
        <w:t>Your website brief</w:t>
      </w:r>
    </w:p>
    <w:p>
      <w:r>
        <w:t>A SaaSTech Servers workshop for programmers &amp; software developers. Plan your website, learn from the Copperline Software Studio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Lead with the business problem Copperline solves, the clearest client outcome, a coordinated studio identity, and one direct path to discuss a project.</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Copperline Software Studio example  |  </w:t>
      </w:r>
      <w:hyperlink r:id="rId18">
        <w:r>
          <w:rPr>
            <w:color w:val="08736F"/>
            <w:u w:val="single"/>
            <w:sz w:val="18"/>
          </w:rPr>
          <w:t>Explore SaaSTech Website Builder</w:t>
        </w:r>
      </w:hyperlink>
    </w:p>
    <w:p>
      <w:pPr>
        <w:pStyle w:val="Heading1"/>
      </w:pPr>
      <w:r>
        <w:t>Sample wording to adapt</w:t>
      </w:r>
    </w:p>
    <w:p>
      <w:r>
        <w:rPr>
          <w:b/>
          <w:sz w:val="24"/>
        </w:rPr>
        <w:t>Software work starts with a clear problem</w:t>
      </w:r>
    </w:p>
    <w:p>
      <w:r>
        <w:rPr>
          <w:b w:val="0"/>
        </w:rPr>
        <w:t>Explore the project examples and development approach. Tell us what users need to do and what is not working today. We will discuss fit and scope before proposing a solution.</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Projects and case studi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Projects and case studies</w:t>
      </w:r>
    </w:p>
    <w:p>
      <w:pPr>
        <w:pStyle w:val="Heading1"/>
      </w:pPr>
      <w:r>
        <w:t>The job of this page</w:t>
      </w:r>
    </w:p>
    <w:p>
      <w:r>
        <w:rPr>
          <w:b w:val="0"/>
        </w:rPr>
        <w:t>Explain the problem, users, constraints, role, architecture at an appropriate level, delivery process, and measurable result without exposing client secrets.</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projects-case-studies.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Copperline Software Studio example  |  </w:t>
      </w:r>
      <w:hyperlink r:id="rId18">
        <w:r>
          <w:rPr>
            <w:color w:val="08736F"/>
            <w:u w:val="single"/>
            <w:sz w:val="18"/>
          </w:rPr>
          <w:t>Explore SaaSTech Website Builder</w:t>
        </w:r>
      </w:hyperlink>
    </w:p>
    <w:p>
      <w:pPr>
        <w:pStyle w:val="Heading1"/>
      </w:pPr>
      <w:r>
        <w:t>Sample wording to adapt</w:t>
      </w:r>
    </w:p>
    <w:p>
      <w:r>
        <w:rPr>
          <w:b/>
          <w:sz w:val="24"/>
        </w:rPr>
        <w:t>Read the project in context</w:t>
      </w:r>
    </w:p>
    <w:p>
      <w:r>
        <w:rPr>
          <w:b w:val="0"/>
        </w:rPr>
        <w:t>A useful case study explains the brief, technical decisions and individual contribution. Results should be supported and client details shared only with permission. Sample projects are labelled as examples.</w:t>
      </w:r>
    </w:p>
    <w:p>
      <w:pPr>
        <w:pStyle w:val="Heading1"/>
      </w:pPr>
      <w:r>
        <w:t>Pause and plan</w:t>
      </w:r>
    </w:p>
    <w:p>
      <w:r>
        <w:rPr>
          <w:b w:val="0"/>
          <w:sz w:val="20"/>
        </w:rPr>
        <w:t>Which examples best support this page? Explain the context, your contribution and the permissions or credits needed. Label illustrative work and distinguish it from genuine completed projects or customer results.</w:t>
      </w:r>
    </w:p>
    <w:p>
      <w:r>
        <w:br w:type="page"/>
      </w:r>
    </w:p>
    <w:p>
      <w:pPr>
        <w:spacing w:after="160"/>
      </w:pPr>
      <w:r>
        <w:drawing>
          <wp:inline xmlns:a="http://schemas.openxmlformats.org/drawingml/2006/main" xmlns:pic="http://schemas.openxmlformats.org/drawingml/2006/picture">
            <wp:extent cx="6400800" cy="746760"/>
            <wp:docPr id="14" name="Picture 14" descr="Page plan with Projects and case studi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Projects and case studies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Examples captions context and evidence to include</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Services and technical fit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 and technical fit</w:t>
      </w:r>
    </w:p>
    <w:p>
      <w:pPr>
        <w:pStyle w:val="Heading1"/>
      </w:pPr>
      <w:r>
        <w:t>The job of this page</w:t>
      </w:r>
    </w:p>
    <w:p>
      <w:r>
        <w:rPr>
          <w:b w:val="0"/>
        </w:rPr>
        <w:t>Define the applications, integrations, automation, APIs, maintenance, audits, and platforms accepted, along with projects that require another specialist.</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services-technical-fit.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Copperline Software Studio example  |  </w:t>
      </w:r>
      <w:hyperlink r:id="rId18">
        <w:r>
          <w:rPr>
            <w:color w:val="08736F"/>
            <w:u w:val="single"/>
            <w:sz w:val="18"/>
          </w:rPr>
          <w:t>Explore SaaSTech Website Builder</w:t>
        </w:r>
      </w:hyperlink>
    </w:p>
    <w:p>
      <w:pPr>
        <w:pStyle w:val="Heading1"/>
      </w:pPr>
      <w:r>
        <w:t>Sample wording to adapt</w:t>
      </w:r>
    </w:p>
    <w:p>
      <w:r>
        <w:rPr>
          <w:b/>
          <w:sz w:val="24"/>
        </w:rPr>
        <w:t>Check the technical fit</w:t>
      </w:r>
    </w:p>
    <w:p>
      <w:r>
        <w:rPr>
          <w:b w:val="0"/>
        </w:rPr>
        <w:t>Describe the application, existing systems and required integrations. We will clarify responsibilities and constraints before estimating. A technology list does not imply every integration is already available.</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6" name="Picture 16" descr="Page plan with Services and technical fit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 and technical fit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How development work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How development works</w:t>
      </w:r>
    </w:p>
    <w:p>
      <w:pPr>
        <w:pStyle w:val="Heading1"/>
      </w:pPr>
      <w:r>
        <w:t>The job of this page</w:t>
      </w:r>
    </w:p>
    <w:p>
      <w:r>
        <w:rPr>
          <w:b w:val="0"/>
        </w:rPr>
        <w:t>Describe discovery, requirements, estimates, milestones, prototypes, testing, approvals, deployment, documentation, training, and change requests.</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development-process.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Copperline Software Studio example  |  </w:t>
      </w:r>
      <w:hyperlink r:id="rId18">
        <w:r>
          <w:rPr>
            <w:color w:val="08736F"/>
            <w:u w:val="single"/>
            <w:sz w:val="18"/>
          </w:rPr>
          <w:t>Explore SaaSTech Website Builder</w:t>
        </w:r>
      </w:hyperlink>
    </w:p>
    <w:p>
      <w:pPr>
        <w:pStyle w:val="Heading1"/>
      </w:pPr>
      <w:r>
        <w:t>Sample wording to adapt</w:t>
      </w:r>
    </w:p>
    <w:p>
      <w:r>
        <w:rPr>
          <w:b/>
          <w:sz w:val="24"/>
        </w:rPr>
        <w:t>Agree the work in manageable steps</w:t>
      </w:r>
    </w:p>
    <w:p>
      <w:r>
        <w:rPr>
          <w:b w:val="0"/>
        </w:rPr>
        <w:t>Clarify requirements, review a proposed scope and test the important user tasks. Confirm milestones and acceptance criteria together. New requirements are discussed before changing the delivery plan.</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8" name="Picture 18" descr="Page plan with How development work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How development works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Security, ownership, and support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Security ownership and support</w:t>
      </w:r>
    </w:p>
    <w:p>
      <w:pPr>
        <w:pStyle w:val="Heading1"/>
      </w:pPr>
      <w:r>
        <w:t>The job of this page</w:t>
      </w:r>
    </w:p>
    <w:p>
      <w:r>
        <w:rPr>
          <w:b w:val="0"/>
        </w:rPr>
        <w:t>Set expectations for access, credentials, backups, dependencies, source ownership, licensing, warranties, maintenance, incident response, and end-of-service handoff.</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security-ownership.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Copperline Software Studio example  |  </w:t>
      </w:r>
      <w:hyperlink r:id="rId18">
        <w:r>
          <w:rPr>
            <w:color w:val="08736F"/>
            <w:u w:val="single"/>
            <w:sz w:val="18"/>
          </w:rPr>
          <w:t>Explore SaaSTech Website Builder</w:t>
        </w:r>
      </w:hyperlink>
    </w:p>
    <w:p>
      <w:pPr>
        <w:pStyle w:val="Heading1"/>
      </w:pPr>
      <w:r>
        <w:t>Sample wording to adapt</w:t>
      </w:r>
    </w:p>
    <w:p>
      <w:r>
        <w:rPr>
          <w:b/>
          <w:sz w:val="24"/>
        </w:rPr>
        <w:t>Clarify ownership and support</w:t>
      </w:r>
    </w:p>
    <w:p>
      <w:r>
        <w:rPr>
          <w:b w:val="0"/>
        </w:rPr>
        <w:t>Agree source-code access, hosting responsibility, maintenance and the handover process in writing. Arrange credentials securely. Do not send passwords or production data through an initial project enquiry.</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20" name="Picture 20" descr="Page plan with Security, ownership, and support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Security ownership and support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Project enquiry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Project enquiry</w:t>
      </w:r>
    </w:p>
    <w:p>
      <w:pPr>
        <w:pStyle w:val="Heading1"/>
      </w:pPr>
      <w:r>
        <w:t>The job of this page</w:t>
      </w:r>
    </w:p>
    <w:p>
      <w:r>
        <w:rPr>
          <w:b w:val="0"/>
        </w:rPr>
        <w:t>Ask for the business goal, users, existing systems, required integrations, constraints, decision process, desired timing, budget guidance, and responsible technical contacts.</w:t>
      </w:r>
    </w:p>
    <w:p>
      <w:pPr>
        <w:spacing w:after="100"/>
      </w:pPr>
      <w:r>
        <w:drawing>
          <wp:inline xmlns:a="http://schemas.openxmlformats.org/drawingml/2006/main" xmlns:pic="http://schemas.openxmlformats.org/drawingml/2006/picture">
            <wp:extent cx="5729738" cy="3198996"/>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6-project-enquiry.png" descr="Privacy-cropped excerpt from the retained fictional demonstration; not a new Builder capture."/>
                    <pic:cNvPicPr/>
                  </pic:nvPicPr>
                  <pic:blipFill>
                    <a:blip r:embed="rId16"/>
                    <a:stretch>
                      <a:fillRect/>
                    </a:stretch>
                  </pic:blipFill>
                  <pic:spPr>
                    <a:xfrm>
                      <a:off x="0" y="0"/>
                      <a:ext cx="5729738" cy="3198996"/>
                    </a:xfrm>
                    <a:prstGeom prst="rect"/>
                  </pic:spPr>
                </pic:pic>
              </a:graphicData>
            </a:graphic>
          </wp:inline>
        </w:drawing>
      </w:r>
    </w:p>
    <w:p>
      <w:r>
        <w:rPr>
          <w:sz w:val="18"/>
        </w:rPr>
        <w:t xml:space="preserve">Copperline Software Studio example  |  </w:t>
      </w:r>
      <w:hyperlink r:id="rId18">
        <w:r>
          <w:rPr>
            <w:color w:val="08736F"/>
            <w:u w:val="single"/>
            <w:sz w:val="18"/>
          </w:rPr>
          <w:t>Explore SaaSTech Website Builder</w:t>
        </w:r>
      </w:hyperlink>
    </w:p>
    <w:p>
      <w:pPr>
        <w:pStyle w:val="Heading1"/>
      </w:pPr>
      <w:r>
        <w:t>Sample wording to adapt</w:t>
      </w:r>
    </w:p>
    <w:p>
      <w:r>
        <w:rPr>
          <w:b/>
          <w:sz w:val="24"/>
        </w:rPr>
        <w:t>Describe the project</w:t>
      </w:r>
    </w:p>
    <w:p>
      <w:r>
        <w:rPr>
          <w:b w:val="0"/>
        </w:rPr>
        <w:t>Share the user problem, existing system, required outcome and approximate timing. Mention important constraints without uploading confidential data. The next conversation will establish feasibility and an appropriate scope.</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22" name="Picture 22" descr="Page plan with Project enquiry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Project enquiry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programmers &amp; software developers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Programmers &amp; Software Developers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Programmers &amp; Software Developers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PROGRAMMERS &amp; SOFTWARE DEVELOPERS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programmer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programm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Programmers &amp; Software Developers Website Workbook</dc:title>
  <dc:subject>SaaSTech Servers website planning workshop for Programmers &amp; Software Developers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