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Pet Groomers</w:t>
        <w:br/>
        <w:t>Website workbook</w:t>
      </w:r>
    </w:p>
    <w:p>
      <w:pPr>
        <w:spacing w:after="360"/>
      </w:pPr>
      <w:r>
        <w:t>Plan a clear website for pet groomers.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Services &amp; Prices, Meet the Groomers, Grooming Gallery, Your Visit, Request an Appointment"/>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Paws Grooming</w:t>
      </w:r>
    </w:p>
    <w:p>
      <w:r>
        <w:br w:type="page"/>
      </w:r>
    </w:p>
    <w:p>
      <w:pPr>
        <w:spacing w:after="0" w:line="20" w:lineRule="exact"/>
      </w:pPr>
    </w:p>
    <w:p>
      <w:pPr>
        <w:spacing w:after="100"/>
      </w:pPr>
      <w:r>
        <w:rPr>
          <w:b/>
          <w:color w:val="08736F"/>
          <w:sz w:val="18"/>
        </w:rPr>
        <w:t>PET GROOMERS</w:t>
      </w:r>
    </w:p>
    <w:p>
      <w:pPr>
        <w:pStyle w:val="Title"/>
      </w:pPr>
      <w:r>
        <w:t>Your website brief</w:t>
      </w:r>
    </w:p>
    <w:p>
      <w:r>
        <w:t>A SaaSTech Servers workshop for pet groomers. Plan your website, learn from the Prairie Paws Grooming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Introduce the studio with a groomer and dog in context, the service area and one appointment-request action.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Paws Grooming example  |  </w:t>
      </w:r>
      <w:hyperlink r:id="rId18">
        <w:r>
          <w:rPr>
            <w:color w:val="08736F"/>
            <w:u w:val="single"/>
            <w:sz w:val="18"/>
          </w:rPr>
          <w:t>Explore SaaSTech Website Builder</w:t>
        </w:r>
      </w:hyperlink>
    </w:p>
    <w:p>
      <w:pPr>
        <w:pStyle w:val="Heading1"/>
      </w:pPr>
      <w:r>
        <w:t>Demo text example</w:t>
      </w:r>
    </w:p>
    <w:p>
      <w:r>
        <w:rPr>
          <w:b/>
          <w:sz w:val="24"/>
        </w:rPr>
        <w:t>A fresh look. A thoughtful grooming visit.</w:t>
      </w:r>
    </w:p>
    <w:p>
      <w:r>
        <w:rPr>
          <w:b w:val="0"/>
        </w:rPr>
        <w:t>Bath-and-brush, full grooming and nail care for your dog. Explore the options and request a time that suits you.</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Services &amp; Pr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 Prices</w:t>
      </w:r>
    </w:p>
    <w:p>
      <w:pPr>
        <w:pStyle w:val="Heading1"/>
      </w:pPr>
      <w:r>
        <w:t>The job of this page</w:t>
      </w:r>
    </w:p>
    <w:p>
      <w:r>
        <w:rPr>
          <w:b w:val="0"/>
        </w:rPr>
        <w:t>Explain bath and brush, full grooming and nail-care options actually offered. State what affects estimates and what requires consultation.</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ric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Paws Grooming example  |  </w:t>
      </w:r>
      <w:hyperlink r:id="rId18">
        <w:r>
          <w:rPr>
            <w:color w:val="08736F"/>
            <w:u w:val="single"/>
            <w:sz w:val="18"/>
          </w:rPr>
          <w:t>Explore SaaSTech Website Builder</w:t>
        </w:r>
      </w:hyperlink>
    </w:p>
    <w:p>
      <w:pPr>
        <w:pStyle w:val="Heading1"/>
      </w:pPr>
      <w:r>
        <w:t>Demo text example</w:t>
      </w:r>
    </w:p>
    <w:p>
      <w:r>
        <w:rPr>
          <w:b/>
          <w:sz w:val="24"/>
        </w:rPr>
        <w:t>Bath &amp; Brush</w:t>
      </w:r>
    </w:p>
    <w:p>
      <w:r>
        <w:rPr>
          <w:b w:val="0"/>
        </w:rPr>
        <w:t>A bath, drying and brush-out for dogs who do not need a full haircut. Tell us about coat type and tangles when requesting a visit.</w:t>
      </w:r>
    </w:p>
    <w:p>
      <w:pPr>
        <w:pStyle w:val="Heading1"/>
      </w:pPr>
      <w:r>
        <w:t>Pause and plan</w:t>
      </w:r>
    </w:p>
    <w:p>
      <w:r>
        <w:rPr>
          <w:b w:val="0"/>
          <w:sz w:val="20"/>
        </w:rPr>
        <w:t>What is included and what needs separate confirmation? Make quantities, timing, exclusions and price conditions understandable. Avoid implying that an example price or image guarantees availability.</w:t>
      </w:r>
    </w:p>
    <w:p>
      <w:r>
        <w:br w:type="page"/>
      </w:r>
    </w:p>
    <w:p>
      <w:pPr>
        <w:spacing w:after="160"/>
      </w:pPr>
      <w:r>
        <w:drawing>
          <wp:inline xmlns:a="http://schemas.openxmlformats.org/drawingml/2006/main" xmlns:pic="http://schemas.openxmlformats.org/drawingml/2006/picture">
            <wp:extent cx="6400800" cy="746760"/>
            <wp:docPr id="14" name="Picture 14" descr="Page plan with Services &amp; Pr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 Prices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Options inclusions price conditions and availability details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Meet the Groomer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Meet the Groomers</w:t>
      </w:r>
    </w:p>
    <w:p>
      <w:pPr>
        <w:pStyle w:val="Heading1"/>
      </w:pPr>
      <w:r>
        <w:t>The job of this page</w:t>
      </w:r>
    </w:p>
    <w:p>
      <w:r>
        <w:rPr>
          <w:b w:val="0"/>
        </w:rPr>
        <w:t>Introduce the team with distinct approved portraits, specialties and verified training. Do not invent credentials.</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meet-groomers.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Paws Grooming example  |  </w:t>
      </w:r>
      <w:hyperlink r:id="rId18">
        <w:r>
          <w:rPr>
            <w:color w:val="08736F"/>
            <w:u w:val="single"/>
            <w:sz w:val="18"/>
          </w:rPr>
          <w:t>Explore SaaSTech Website Builder</w:t>
        </w:r>
      </w:hyperlink>
    </w:p>
    <w:p>
      <w:pPr>
        <w:pStyle w:val="Heading1"/>
      </w:pPr>
      <w:r>
        <w:t>Sample wording to adapt</w:t>
      </w:r>
    </w:p>
    <w:p>
      <w:r>
        <w:rPr>
          <w:b/>
          <w:sz w:val="24"/>
        </w:rPr>
        <w:t>Meet Jamie and Rowan</w:t>
      </w:r>
    </w:p>
    <w:p>
      <w:r>
        <w:rPr>
          <w:b w:val="0"/>
        </w:rPr>
        <w:t>Discuss haircut preferences with Jamie, or ask Rowan about bath-and-brush visits. Share the finish you have in mind and any handling preferences. These are fictional team profiles with illustrative portraits.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6" name="Picture 16" descr="Page plan with Meet the Groomer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Meet the Groomers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Grooming Gallery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Grooming Gallery</w:t>
      </w:r>
    </w:p>
    <w:p>
      <w:pPr>
        <w:pStyle w:val="Heading1"/>
      </w:pPr>
      <w:r>
        <w:t>The job of this page</w:t>
      </w:r>
    </w:p>
    <w:p>
      <w:r>
        <w:rPr>
          <w:b w:val="0"/>
        </w:rPr>
        <w:t>Show varied, permission-cleared grooming examples with useful captions. Label illustrative photos rather than implying a real client portfolio.</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grooming-gallery.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Paws Grooming example  |  </w:t>
      </w:r>
      <w:hyperlink r:id="rId18">
        <w:r>
          <w:rPr>
            <w:color w:val="08736F"/>
            <w:u w:val="single"/>
            <w:sz w:val="18"/>
          </w:rPr>
          <w:t>Explore SaaSTech Website Builder</w:t>
        </w:r>
      </w:hyperlink>
    </w:p>
    <w:p>
      <w:pPr>
        <w:pStyle w:val="Heading1"/>
      </w:pPr>
      <w:r>
        <w:t>Sample wording to adapt</w:t>
      </w:r>
    </w:p>
    <w:p>
      <w:r>
        <w:rPr>
          <w:b/>
          <w:sz w:val="24"/>
        </w:rPr>
        <w:t>Grooming inspiration</w:t>
      </w:r>
    </w:p>
    <w:p>
      <w:r>
        <w:rPr>
          <w:b w:val="0"/>
        </w:rPr>
        <w:t>Browse coat styles and finishes to help explain what you have in mind. Bring a reference photograph to your consultation. These illustrative images are not before-and-after results or a promise of the same finish for every dog.</w:t>
      </w:r>
    </w:p>
    <w:p>
      <w:pPr>
        <w:pStyle w:val="Heading1"/>
      </w:pPr>
      <w:r>
        <w:t>Pause and plan</w:t>
      </w:r>
    </w:p>
    <w:p>
      <w:r>
        <w:rPr>
          <w:b w:val="0"/>
          <w:sz w:val="20"/>
        </w:rPr>
        <w:t>Which examples best support this page? Explain the context, your contribution and the permissions or credits needed. Label illustrative work and distinguish it from genuine completed projects or customer results.</w:t>
      </w:r>
    </w:p>
    <w:p>
      <w:r>
        <w:br w:type="page"/>
      </w:r>
    </w:p>
    <w:p>
      <w:pPr>
        <w:spacing w:after="160"/>
      </w:pPr>
      <w:r>
        <w:drawing>
          <wp:inline xmlns:a="http://schemas.openxmlformats.org/drawingml/2006/main" xmlns:pic="http://schemas.openxmlformats.org/drawingml/2006/picture">
            <wp:extent cx="6400800" cy="746760"/>
            <wp:docPr id="18" name="Picture 18" descr="Page plan with Grooming Gallery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Grooming Gallery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Examples captions context and evidence to include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Your Visi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Your Visit</w:t>
      </w:r>
    </w:p>
    <w:p>
      <w:pPr>
        <w:pStyle w:val="Heading1"/>
      </w:pPr>
      <w:r>
        <w:t>The job of this page</w:t>
      </w:r>
    </w:p>
    <w:p>
      <w:r>
        <w:rPr>
          <w:b w:val="0"/>
        </w:rPr>
        <w:t>Explain arrival, preparation, collection, access and the business's actual cancellation process. Arrange individual care discussions privately.</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your-visit.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Paws Grooming example  |  </w:t>
      </w:r>
      <w:hyperlink r:id="rId18">
        <w:r>
          <w:rPr>
            <w:color w:val="08736F"/>
            <w:u w:val="single"/>
            <w:sz w:val="18"/>
          </w:rPr>
          <w:t>Explore SaaSTech Website Builder</w:t>
        </w:r>
      </w:hyperlink>
    </w:p>
    <w:p>
      <w:pPr>
        <w:pStyle w:val="Heading1"/>
      </w:pPr>
      <w:r>
        <w:t>Demo text example</w:t>
      </w:r>
    </w:p>
    <w:p>
      <w:r>
        <w:rPr>
          <w:b/>
          <w:sz w:val="24"/>
        </w:rPr>
        <w:t>A little preparation makes arrival easier</w:t>
      </w:r>
    </w:p>
    <w:p>
      <w:r>
        <w:rPr>
          <w:b w:val="0"/>
        </w:rPr>
        <w:t>Before your visit, share your dog's size, coat type, requested service and any handling preferences. Bring a reference photo if you have a particular finish in mind.</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20" name="Picture 20" descr="Page plan with Your Visi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Your Visit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Request an Appointment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an Appointment</w:t>
      </w:r>
    </w:p>
    <w:p>
      <w:pPr>
        <w:pStyle w:val="Heading1"/>
      </w:pPr>
      <w:r>
        <w:t>The job of this page</w:t>
      </w:r>
    </w:p>
    <w:p>
      <w:r>
        <w:rPr>
          <w:b w:val="0"/>
        </w:rPr>
        <w:t>Ask for owner contact details, dog size or breed, service interest and preferred days. Explain that the studio confirms suitability, timing and price.</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request-appointment.pn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Prairie Paws Grooming example  |  </w:t>
      </w:r>
      <w:hyperlink r:id="rId18">
        <w:r>
          <w:rPr>
            <w:color w:val="08736F"/>
            <w:u w:val="single"/>
            <w:sz w:val="18"/>
          </w:rPr>
          <w:t>Explore SaaSTech Website Builder</w:t>
        </w:r>
      </w:hyperlink>
    </w:p>
    <w:p>
      <w:pPr>
        <w:pStyle w:val="Heading1"/>
      </w:pPr>
      <w:r>
        <w:t>Sample wording to adapt</w:t>
      </w:r>
    </w:p>
    <w:p>
      <w:r>
        <w:rPr>
          <w:b/>
          <w:sz w:val="24"/>
        </w:rPr>
        <w:t>Request a grooming appointment</w:t>
      </w:r>
    </w:p>
    <w:p>
      <w:r>
        <w:rPr>
          <w:b w:val="0"/>
        </w:rPr>
        <w:t>Tell us your dog's size and coat type, the service you are considering and your preferred days. We will confirm the service, estimate and available time separately. Please do not treat a request as a confirmed booking.</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Request an Appointment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an Appointment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pet groomers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Pet Groomers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Pet Groomers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PET GROOMERS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pet-groom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pet-groo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Groomers Website Workbook</dc:title>
  <dc:subject>SaaSTech Servers website planning workshop for Pet Groomers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