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media/image2.png" ContentType="image/jpeg"/>
  <Override PartName="/word/media/image3.png" ContentType="image/jpeg"/>
  <Override PartName="/word/media/image4.png" ContentType="image/jpeg"/>
  <Override PartName="/word/media/image5.png" ContentType="image/jpeg"/>
  <Override PartName="/word/media/image6.png" ContentType="image/jpe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80"/>
      </w:pPr>
      <w:r>
        <w:drawing>
          <wp:inline xmlns:a="http://schemas.openxmlformats.org/drawingml/2006/main" xmlns:pic="http://schemas.openxmlformats.org/drawingml/2006/picture">
            <wp:extent cx="2286000" cy="747059"/>
            <wp:docPr id="8" name="Picture 8" descr="SaaSTech Servers logo"/>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286000" cy="747059"/>
                    </a:xfrm>
                    <a:prstGeom prst="rect"/>
                  </pic:spPr>
                </pic:pic>
              </a:graphicData>
            </a:graphic>
          </wp:inline>
        </w:drawing>
      </w:r>
    </w:p>
    <w:p>
      <w:r>
        <w:rPr>
          <w:b/>
          <w:color w:val="08736F"/>
          <w:sz w:val="20"/>
        </w:rPr>
        <w:t>WEBSITE PLANNING WORKSHOP</w:t>
      </w:r>
    </w:p>
    <w:p>
      <w:pPr>
        <w:pStyle w:val="Title"/>
        <w:spacing w:after="360"/>
      </w:pPr>
      <w:r>
        <w:rPr>
          <w:sz w:val="60"/>
        </w:rPr>
        <w:t>Municipal Government</w:t>
        <w:br/>
        <w:t>Website workbook</w:t>
      </w:r>
    </w:p>
    <w:p>
      <w:pPr>
        <w:spacing w:after="360"/>
      </w:pPr>
      <w:r>
        <w:t>Plan a clear website for municipal government. Explore a worked example, shape your own message and prepare to build with SaaSTech Servers.</w:t>
      </w:r>
    </w:p>
    <w:p>
      <w:pPr>
        <w:spacing w:after="320"/>
      </w:pPr>
      <w:r>
        <w:drawing>
          <wp:inline xmlns:a="http://schemas.openxmlformats.org/drawingml/2006/main" xmlns:pic="http://schemas.openxmlformats.org/drawingml/2006/picture">
            <wp:extent cx="6400800" cy="2667000"/>
            <wp:docPr id="9" name="Picture 9" descr="Recommended website pages: Home, Resident services, Council and administration, Notices and news, Forms and documents"/>
            <wp:cNvGraphicFramePr>
              <a:graphicFrameLocks noChangeAspect="1"/>
            </wp:cNvGraphicFramePr>
            <a:graphic>
              <a:graphicData uri="http://schemas.openxmlformats.org/drawingml/2006/picture">
                <pic:pic>
                  <pic:nvPicPr>
                    <pic:cNvPr id="0" name="page-map.png"/>
                    <pic:cNvPicPr/>
                  </pic:nvPicPr>
                  <pic:blipFill>
                    <a:blip r:embed="rId23"/>
                    <a:stretch>
                      <a:fillRect/>
                    </a:stretch>
                  </pic:blipFill>
                  <pic:spPr>
                    <a:xfrm>
                      <a:off x="0" y="0"/>
                      <a:ext cx="6400800" cy="2667000"/>
                    </a:xfrm>
                    <a:prstGeom prst="rect"/>
                  </pic:spPr>
                </pic:pic>
              </a:graphicData>
            </a:graphic>
          </wp:inline>
        </w:drawing>
      </w:r>
    </w:p>
    <w:p>
      <w:pPr>
        <w:pStyle w:val="Heading1"/>
      </w:pPr>
      <w:r>
        <w:t>Inside this workbook</w:t>
      </w:r>
    </w:p>
    <w:p>
      <w:r>
        <w:t>Five page examples • Practical writing exercises • A launch review</w:t>
      </w:r>
    </w:p>
    <w:p>
      <w:r>
        <w:t>Use it in a workshop or at your own pace. Write by hand or complete the response fields in Word. The final page links to Website Builder, plans and account signup.</w:t>
      </w:r>
    </w:p>
    <w:p>
      <w:pPr>
        <w:spacing w:before="320"/>
      </w:pPr>
      <w:r>
        <w:rPr>
          <w:color w:val="08736F"/>
          <w:sz w:val="20"/>
        </w:rPr>
        <w:t>Example business Town of Willow Crossing</w:t>
      </w:r>
    </w:p>
    <w:p>
      <w:r>
        <w:br w:type="page"/>
      </w:r>
    </w:p>
    <w:p>
      <w:pPr>
        <w:spacing w:after="0" w:line="20" w:lineRule="exact"/>
      </w:pPr>
    </w:p>
    <w:p>
      <w:pPr>
        <w:spacing w:after="100"/>
      </w:pPr>
      <w:r>
        <w:rPr>
          <w:b/>
          <w:color w:val="08736F"/>
          <w:sz w:val="18"/>
        </w:rPr>
        <w:t>MUNICIPAL GOVERNMENT</w:t>
      </w:r>
    </w:p>
    <w:p>
      <w:pPr>
        <w:pStyle w:val="Title"/>
      </w:pPr>
      <w:r>
        <w:t>Your website brief</w:t>
      </w:r>
    </w:p>
    <w:p>
      <w:r>
        <w:t>A SaaSTech Servers workshop for municipal government. Plan your website, learn from the Town of Willow Crossing example and draft content for your own business.</w:t>
      </w:r>
    </w:p>
    <w:p>
      <w:r>
        <w:rPr>
          <w:b w:val="0"/>
          <w:sz w:val="20"/>
        </w:rPr>
        <w:t>Each page has a reference sheet followed by a writing sheet. Demo excerpts are labelled separately from new sample wording, which may differ from the screenshot. Click a blank response line to type; longer answers may add pages. Replace fictional details and verify every claim before publishing.</w:t>
      </w:r>
    </w:p>
    <w:p>
      <w:pPr>
        <w:keepNext/>
        <w:spacing w:before="140" w:after="20"/>
      </w:pPr>
      <w:r>
        <w:rPr>
          <w:b/>
          <w:sz w:val="22"/>
        </w:rPr>
        <w:t>Your business or organization and workshop date</w:t>
      </w:r>
    </w:p>
    <w:p>
      <w:pPr>
        <w:spacing w:after="0" w:line="440" w:lineRule="exact"/>
        <w:pBdr>
          <w:bottom w:val="single" w:sz="3" w:color="CED3D8"/>
        </w:pBdr>
      </w:pPr>
      <w:sdt>
        <w:sdtPr>
          <w:tag w:val="START_NAME_1"/>
          <w:alias w:val="START_NAME_1"/>
          <w:text/>
        </w:sdtPr>
        <w:sdtContent>
          <w:r>
            <w:t> </w:t>
          </w:r>
        </w:sdtContent>
      </w:sdt>
    </w:p>
    <w:p>
      <w:pPr>
        <w:keepNext/>
        <w:spacing w:before="140" w:after="20"/>
      </w:pPr>
      <w:r>
        <w:rPr>
          <w:b/>
          <w:sz w:val="22"/>
        </w:rPr>
        <w:t>Who should visit your site and what do they need</w:t>
      </w:r>
    </w:p>
    <w:p>
      <w:pPr>
        <w:spacing w:after="0" w:line="440" w:lineRule="exact"/>
        <w:pBdr>
          <w:bottom w:val="single" w:sz="3" w:color="CED3D8"/>
        </w:pBdr>
      </w:pPr>
      <w:sdt>
        <w:sdtPr>
          <w:tag w:val="START_VISITOR_1"/>
          <w:alias w:val="START_VISITOR_1"/>
          <w:text/>
        </w:sdtPr>
        <w:sdtContent>
          <w:r>
            <w:t> </w:t>
          </w:r>
        </w:sdtContent>
      </w:sdt>
    </w:p>
    <w:p>
      <w:pPr>
        <w:spacing w:after="0" w:line="440" w:lineRule="exact"/>
        <w:pBdr>
          <w:bottom w:val="single" w:sz="3" w:color="CED3D8"/>
        </w:pBdr>
      </w:pPr>
      <w:sdt>
        <w:sdtPr>
          <w:tag w:val="START_VISITOR_2"/>
          <w:alias w:val="START_VISITOR_2"/>
          <w:text/>
        </w:sdtPr>
        <w:sdtContent>
          <w:r>
            <w:t> </w:t>
          </w:r>
        </w:sdtContent>
      </w:sdt>
    </w:p>
    <w:p>
      <w:pPr>
        <w:keepNext/>
        <w:spacing w:before="140" w:after="20"/>
      </w:pPr>
      <w:r>
        <w:rPr>
          <w:b/>
          <w:sz w:val="22"/>
        </w:rPr>
        <w:t>The main action you want a visitor to take</w:t>
      </w:r>
    </w:p>
    <w:p>
      <w:pPr>
        <w:spacing w:after="0" w:line="440" w:lineRule="exact"/>
        <w:pBdr>
          <w:bottom w:val="single" w:sz="3" w:color="CED3D8"/>
        </w:pBdr>
      </w:pPr>
      <w:sdt>
        <w:sdtPr>
          <w:tag w:val="START_ACTION_1"/>
          <w:alias w:val="START_ACTION_1"/>
          <w:text/>
        </w:sdtPr>
        <w:sdtContent>
          <w:r>
            <w:t> </w:t>
          </w:r>
        </w:sdtContent>
      </w:sdt>
    </w:p>
    <w:p>
      <w:pPr>
        <w:spacing w:after="0" w:line="440" w:lineRule="exact"/>
        <w:pBdr>
          <w:bottom w:val="single" w:sz="3" w:color="CED3D8"/>
        </w:pBdr>
      </w:pPr>
      <w:sdt>
        <w:sdtPr>
          <w:tag w:val="START_ACTION_2"/>
          <w:alias w:val="START_ACTION_2"/>
          <w:text/>
        </w:sdtPr>
        <w:sdtContent>
          <w:r>
            <w:t> </w:t>
          </w:r>
        </w:sdtContent>
      </w:sdt>
    </w:p>
    <w:p>
      <w:pPr>
        <w:keepNext/>
        <w:spacing w:before="140" w:after="20"/>
      </w:pPr>
      <w:r>
        <w:rPr>
          <w:b/>
          <w:sz w:val="22"/>
        </w:rPr>
        <w:t>What you offer and where or how you provide it</w:t>
      </w:r>
    </w:p>
    <w:p>
      <w:pPr>
        <w:spacing w:after="0" w:line="440" w:lineRule="exact"/>
        <w:pBdr>
          <w:bottom w:val="single" w:sz="3" w:color="CED3D8"/>
        </w:pBdr>
      </w:pPr>
      <w:sdt>
        <w:sdtPr>
          <w:tag w:val="START_OFFER_1"/>
          <w:alias w:val="START_OFFER_1"/>
          <w:text/>
        </w:sdtPr>
        <w:sdtContent>
          <w:r>
            <w:t> </w:t>
          </w:r>
        </w:sdtContent>
      </w:sdt>
    </w:p>
    <w:p>
      <w:pPr>
        <w:spacing w:after="0" w:line="440" w:lineRule="exact"/>
        <w:pBdr>
          <w:bottom w:val="single" w:sz="3" w:color="CED3D8"/>
        </w:pBdr>
      </w:pPr>
      <w:sdt>
        <w:sdtPr>
          <w:tag w:val="START_OFFER_2"/>
          <w:alias w:val="START_OFFER_2"/>
          <w:text/>
        </w:sdtPr>
        <w:sdtContent>
          <w:r>
            <w:t> </w:t>
          </w:r>
        </w:sdtContent>
      </w:sdt>
    </w:p>
    <w:p>
      <w:pPr>
        <w:keepNext/>
        <w:spacing w:before="140" w:after="20"/>
      </w:pPr>
      <w:r>
        <w:rPr>
          <w:b/>
          <w:sz w:val="22"/>
        </w:rPr>
        <w:t>Facts photos and permissions to gather before publishing</w:t>
      </w:r>
    </w:p>
    <w:p>
      <w:pPr>
        <w:spacing w:after="0" w:line="440" w:lineRule="exact"/>
        <w:pBdr>
          <w:bottom w:val="single" w:sz="3" w:color="CED3D8"/>
        </w:pBdr>
      </w:pPr>
      <w:sdt>
        <w:sdtPr>
          <w:tag w:val="START_PROOF_1"/>
          <w:alias w:val="START_PROOF_1"/>
          <w:text/>
        </w:sdtPr>
        <w:sdtContent>
          <w:r>
            <w:t> </w:t>
          </w:r>
        </w:sdtContent>
      </w:sdt>
    </w:p>
    <w:p>
      <w:pPr>
        <w:spacing w:after="0" w:line="440" w:lineRule="exact"/>
        <w:pBdr>
          <w:bottom w:val="single" w:sz="3" w:color="CED3D8"/>
        </w:pBdr>
      </w:pPr>
      <w:sdt>
        <w:sdtPr>
          <w:tag w:val="START_PROOF_2"/>
          <w:alias w:val="START_PROOF_2"/>
          <w:text/>
        </w:sdtPr>
        <w:sdtContent>
          <w:r>
            <w:t> </w:t>
          </w:r>
        </w:sdtContent>
      </w:sdt>
    </w:p>
    <w:p>
      <w:pPr>
        <w:spacing w:before="160"/>
      </w:pPr>
      <w:r>
        <w:rPr>
          <w:sz w:val="20"/>
        </w:rPr>
        <w:t>Workshop rhythm: review the example, write your draft and exchange feedback. Use the final review to choose your next changes. Website Builder and account links are on the last page.</w:t>
      </w:r>
    </w:p>
    <w:p>
      <w:r>
        <w:br w:type="page"/>
      </w:r>
    </w:p>
    <w:p>
      <w:pPr>
        <w:spacing w:after="160"/>
      </w:pPr>
      <w:r>
        <w:drawing>
          <wp:inline xmlns:a="http://schemas.openxmlformats.org/drawingml/2006/main" xmlns:pic="http://schemas.openxmlformats.org/drawingml/2006/picture">
            <wp:extent cx="6400800" cy="746760"/>
            <wp:docPr id="10" name="Picture 10" descr="Page plan with Home selected"/>
            <wp:cNvGraphicFramePr>
              <a:graphicFrameLocks noChangeAspect="1"/>
            </wp:cNvGraphicFramePr>
            <a:graphic>
              <a:graphicData uri="http://schemas.openxmlformats.org/drawingml/2006/picture">
                <pic:pic>
                  <pic:nvPicPr>
                    <pic:cNvPr id="0" name="progress-0.png"/>
                    <pic:cNvPicPr/>
                  </pic:nvPicPr>
                  <pic:blipFill>
                    <a:blip r:embed="rId24"/>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Home</w:t>
      </w:r>
    </w:p>
    <w:p>
      <w:pPr>
        <w:pStyle w:val="Heading1"/>
      </w:pPr>
      <w:r>
        <w:t>The job of this page</w:t>
      </w:r>
    </w:p>
    <w:p>
      <w:r>
        <w:rPr>
          <w:b w:val="0"/>
        </w:rPr>
        <w:t>Lead with current notices, essential contacts, emergency information, and the most-used resident services.</w:t>
      </w:r>
    </w:p>
    <w:p>
      <w:pPr>
        <w:spacing w:after="100"/>
      </w:pPr>
      <w:r>
        <w:drawing>
          <wp:inline xmlns:a="http://schemas.openxmlformats.org/drawingml/2006/main" xmlns:pic="http://schemas.openxmlformats.org/drawingml/2006/picture">
            <wp:extent cx="5729738" cy="3198996"/>
            <wp:docPr id="2" name="Picture 2"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willow-crossing-home.png" descr="Privacy-cropped excerpt from the retained fictional demonstration; not a new Builder capture."/>
                    <pic:cNvPicPr/>
                  </pic:nvPicPr>
                  <pic:blipFill>
                    <a:blip r:embed="rId11"/>
                    <a:stretch>
                      <a:fillRect/>
                    </a:stretch>
                  </pic:blipFill>
                  <pic:spPr>
                    <a:xfrm>
                      <a:off x="0" y="0"/>
                      <a:ext cx="5729738" cy="3198996"/>
                    </a:xfrm>
                    <a:prstGeom prst="rect"/>
                  </pic:spPr>
                </pic:pic>
              </a:graphicData>
            </a:graphic>
          </wp:inline>
        </w:drawing>
      </w:r>
    </w:p>
    <w:p>
      <w:r>
        <w:rPr>
          <w:sz w:val="18"/>
        </w:rPr>
        <w:t xml:space="preserve">Town of Willow Crossing example  |  </w:t>
      </w:r>
      <w:hyperlink r:id="rId17">
        <w:r>
          <w:rPr>
            <w:color w:val="08736F"/>
            <w:u w:val="single"/>
            <w:sz w:val="18"/>
          </w:rPr>
          <w:t>Explore SaaSTech Website Builder</w:t>
        </w:r>
      </w:hyperlink>
    </w:p>
    <w:p>
      <w:pPr>
        <w:pStyle w:val="Heading1"/>
      </w:pPr>
      <w:r>
        <w:t>Sample wording to adapt</w:t>
      </w:r>
    </w:p>
    <w:p>
      <w:r>
        <w:rPr>
          <w:b/>
          <w:sz w:val="24"/>
        </w:rPr>
        <w:t>Find the service you need</w:t>
      </w:r>
    </w:p>
    <w:p>
      <w:r>
        <w:rPr>
          <w:b w:val="0"/>
        </w:rPr>
        <w:t>Start with resident services, current notices or council information. Each section points to the relevant instructions and contact. Use the appropriate emergency channel for urgent danger, not a routine website form.</w:t>
      </w:r>
    </w:p>
    <w:p>
      <w:pPr>
        <w:pStyle w:val="Heading1"/>
      </w:pPr>
      <w:r>
        <w:t>Pause and plan</w:t>
      </w:r>
    </w:p>
    <w:p>
      <w:r>
        <w:rPr>
          <w:b w:val="0"/>
          <w:sz w:val="20"/>
        </w:rPr>
        <w:t>Could a first-time visitor explain what you do and who it is for after one glance? Choose one main action and the strongest truthful detail that gives them confidence to continue.</w:t>
      </w:r>
    </w:p>
    <w:p>
      <w:r>
        <w:br w:type="page"/>
      </w:r>
    </w:p>
    <w:p>
      <w:pPr>
        <w:spacing w:after="160"/>
      </w:pPr>
      <w:r>
        <w:drawing>
          <wp:inline xmlns:a="http://schemas.openxmlformats.org/drawingml/2006/main" xmlns:pic="http://schemas.openxmlformats.org/drawingml/2006/picture">
            <wp:extent cx="6400800" cy="746760"/>
            <wp:docPr id="11" name="Picture 11" descr="Page plan with Home selected"/>
            <wp:cNvGraphicFramePr>
              <a:graphicFrameLocks noChangeAspect="1"/>
            </wp:cNvGraphicFramePr>
            <a:graphic>
              <a:graphicData uri="http://schemas.openxmlformats.org/drawingml/2006/picture">
                <pic:pic>
                  <pic:nvPicPr>
                    <pic:cNvPr id="0" name="progress-0.png"/>
                    <pic:cNvPicPr/>
                  </pic:nvPicPr>
                  <pic:blipFill>
                    <a:blip r:embed="rId24"/>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Home</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1_HEADLINE_1"/>
          <w:alias w:val="P1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1_INTRO_1"/>
          <w:alias w:val="P1_INTRO_1"/>
          <w:text/>
        </w:sdtPr>
        <w:sdtContent>
          <w:r>
            <w:t> </w:t>
          </w:r>
        </w:sdtContent>
      </w:sdt>
    </w:p>
    <w:p>
      <w:pPr>
        <w:spacing w:after="0" w:line="440" w:lineRule="exact"/>
        <w:pBdr>
          <w:bottom w:val="single" w:sz="3" w:color="CED3D8"/>
        </w:pBdr>
      </w:pPr>
      <w:sdt>
        <w:sdtPr>
          <w:tag w:val="P1_INTRO_2"/>
          <w:alias w:val="P1_INTRO_2"/>
          <w:text/>
        </w:sdtPr>
        <w:sdtContent>
          <w:r>
            <w:t> </w:t>
          </w:r>
        </w:sdtContent>
      </w:sdt>
    </w:p>
    <w:p>
      <w:pPr>
        <w:spacing w:after="0" w:line="440" w:lineRule="exact"/>
        <w:pBdr>
          <w:bottom w:val="single" w:sz="3" w:color="CED3D8"/>
        </w:pBdr>
      </w:pPr>
      <w:sdt>
        <w:sdtPr>
          <w:tag w:val="P1_INTRO_3"/>
          <w:alias w:val="P1_INTRO_3"/>
          <w:text/>
        </w:sdtPr>
        <w:sdtContent>
          <w:r>
            <w:t> </w:t>
          </w:r>
        </w:sdtContent>
      </w:sdt>
    </w:p>
    <w:p>
      <w:pPr>
        <w:keepNext/>
        <w:spacing w:before="140" w:after="20"/>
      </w:pPr>
      <w:r>
        <w:rPr>
          <w:b/>
          <w:sz w:val="22"/>
        </w:rPr>
        <w:t>Your offer audience location and most useful supporting details</w:t>
      </w:r>
    </w:p>
    <w:p>
      <w:pPr>
        <w:spacing w:after="0" w:line="440" w:lineRule="exact"/>
        <w:pBdr>
          <w:bottom w:val="single" w:sz="3" w:color="CED3D8"/>
        </w:pBdr>
      </w:pPr>
      <w:sdt>
        <w:sdtPr>
          <w:tag w:val="P1_DETAILS_1"/>
          <w:alias w:val="P1_DETAILS_1"/>
          <w:text/>
        </w:sdtPr>
        <w:sdtContent>
          <w:r>
            <w:t> </w:t>
          </w:r>
        </w:sdtContent>
      </w:sdt>
    </w:p>
    <w:p>
      <w:pPr>
        <w:spacing w:after="0" w:line="440" w:lineRule="exact"/>
        <w:pBdr>
          <w:bottom w:val="single" w:sz="3" w:color="CED3D8"/>
        </w:pBdr>
      </w:pPr>
      <w:sdt>
        <w:sdtPr>
          <w:tag w:val="P1_DETAILS_2"/>
          <w:alias w:val="P1_DETAILS_2"/>
          <w:text/>
        </w:sdtPr>
        <w:sdtContent>
          <w:r>
            <w:t> </w:t>
          </w:r>
        </w:sdtContent>
      </w:sdt>
    </w:p>
    <w:p>
      <w:pPr>
        <w:spacing w:after="0" w:line="440" w:lineRule="exact"/>
        <w:pBdr>
          <w:bottom w:val="single" w:sz="3" w:color="CED3D8"/>
        </w:pBdr>
      </w:pPr>
      <w:sdt>
        <w:sdtPr>
          <w:tag w:val="P1_DETAILS_3"/>
          <w:alias w:val="P1_DETAILS_3"/>
          <w:text/>
        </w:sdtPr>
        <w:sdtContent>
          <w:r>
            <w:t> </w:t>
          </w:r>
        </w:sdtContent>
      </w:sdt>
    </w:p>
    <w:p>
      <w:pPr>
        <w:spacing w:after="0" w:line="440" w:lineRule="exact"/>
        <w:pBdr>
          <w:bottom w:val="single" w:sz="3" w:color="CED3D8"/>
        </w:pBdr>
      </w:pPr>
      <w:sdt>
        <w:sdtPr>
          <w:tag w:val="P1_DETAILS_4"/>
          <w:alias w:val="P1_DETAILS_4"/>
          <w:text/>
        </w:sdtPr>
        <w:sdtContent>
          <w:r>
            <w:t> </w:t>
          </w:r>
        </w:sdtContent>
      </w:sdt>
    </w:p>
    <w:p>
      <w:pPr>
        <w:spacing w:after="0" w:line="440" w:lineRule="exact"/>
        <w:pBdr>
          <w:bottom w:val="single" w:sz="3" w:color="CED3D8"/>
        </w:pBdr>
      </w:pPr>
      <w:sdt>
        <w:sdtPr>
          <w:tag w:val="P1_DETAILS_5"/>
          <w:alias w:val="P1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1_ACTION_1"/>
          <w:alias w:val="P1_ACTION_1"/>
          <w:text/>
        </w:sdtPr>
        <w:sdtContent>
          <w:r>
            <w:t> </w:t>
          </w:r>
        </w:sdtContent>
      </w:sdt>
    </w:p>
    <w:p>
      <w:pPr>
        <w:spacing w:after="0" w:line="440" w:lineRule="exact"/>
        <w:pBdr>
          <w:bottom w:val="single" w:sz="3" w:color="CED3D8"/>
        </w:pBdr>
      </w:pPr>
      <w:sdt>
        <w:sdtPr>
          <w:tag w:val="P1_ACTION_2"/>
          <w:alias w:val="P1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1_PHOTO_1"/>
          <w:alias w:val="P1_PHOTO_1"/>
          <w:text/>
        </w:sdtPr>
        <w:sdtContent>
          <w:r>
            <w:t> </w:t>
          </w:r>
        </w:sdtContent>
      </w:sdt>
    </w:p>
    <w:p>
      <w:pPr>
        <w:spacing w:after="0" w:line="440" w:lineRule="exact"/>
        <w:pBdr>
          <w:bottom w:val="single" w:sz="3" w:color="CED3D8"/>
        </w:pBdr>
      </w:pPr>
      <w:sdt>
        <w:sdtPr>
          <w:tag w:val="P1_PHOTO_2"/>
          <w:alias w:val="P1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1_VERIFY_1"/>
          <w:alias w:val="P1_VERIFY_1"/>
          <w:text/>
        </w:sdtPr>
        <w:sdtContent>
          <w:r>
            <w:t> </w:t>
          </w:r>
        </w:sdtContent>
      </w:sdt>
    </w:p>
    <w:p>
      <w:pPr>
        <w:spacing w:after="0" w:line="440" w:lineRule="exact"/>
        <w:pBdr>
          <w:bottom w:val="single" w:sz="3" w:color="CED3D8"/>
        </w:pBdr>
      </w:pPr>
      <w:sdt>
        <w:sdtPr>
          <w:tag w:val="P1_VERIFY_2"/>
          <w:alias w:val="P1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2" name="Picture 12" descr="Page plan with Resident services selected"/>
            <wp:cNvGraphicFramePr>
              <a:graphicFrameLocks noChangeAspect="1"/>
            </wp:cNvGraphicFramePr>
            <a:graphic>
              <a:graphicData uri="http://schemas.openxmlformats.org/drawingml/2006/picture">
                <pic:pic>
                  <pic:nvPicPr>
                    <pic:cNvPr id="0" name="progress-1.png"/>
                    <pic:cNvPicPr/>
                  </pic:nvPicPr>
                  <pic:blipFill>
                    <a:blip r:embed="rId25"/>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Resident services</w:t>
      </w:r>
    </w:p>
    <w:p>
      <w:pPr>
        <w:pStyle w:val="Heading1"/>
      </w:pPr>
      <w:r>
        <w:t>The job of this page</w:t>
      </w:r>
    </w:p>
    <w:p>
      <w:r>
        <w:rPr>
          <w:b w:val="0"/>
        </w:rPr>
        <w:t>Organize utilities, roads, waste, permits, recreation, taxes, and other services around resident tasks.</w:t>
      </w:r>
    </w:p>
    <w:p>
      <w:pPr>
        <w:spacing w:after="100"/>
      </w:pPr>
      <w:r>
        <w:drawing>
          <wp:inline xmlns:a="http://schemas.openxmlformats.org/drawingml/2006/main" xmlns:pic="http://schemas.openxmlformats.org/drawingml/2006/picture">
            <wp:extent cx="5729738" cy="3198996"/>
            <wp:docPr id="3" name="Picture 3"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willow-crossing-resident-services.png" descr="Privacy-cropped excerpt from the retained fictional demonstration; not a new Builder capture."/>
                    <pic:cNvPicPr/>
                  </pic:nvPicPr>
                  <pic:blipFill>
                    <a:blip r:embed="rId12"/>
                    <a:stretch>
                      <a:fillRect/>
                    </a:stretch>
                  </pic:blipFill>
                  <pic:spPr>
                    <a:xfrm>
                      <a:off x="0" y="0"/>
                      <a:ext cx="5729738" cy="3198996"/>
                    </a:xfrm>
                    <a:prstGeom prst="rect"/>
                  </pic:spPr>
                </pic:pic>
              </a:graphicData>
            </a:graphic>
          </wp:inline>
        </w:drawing>
      </w:r>
    </w:p>
    <w:p>
      <w:r>
        <w:rPr>
          <w:sz w:val="18"/>
        </w:rPr>
        <w:t xml:space="preserve">Town of Willow Crossing example  |  </w:t>
      </w:r>
      <w:hyperlink r:id="rId17">
        <w:r>
          <w:rPr>
            <w:color w:val="08736F"/>
            <w:u w:val="single"/>
            <w:sz w:val="18"/>
          </w:rPr>
          <w:t>Explore SaaSTech Website Builder</w:t>
        </w:r>
      </w:hyperlink>
    </w:p>
    <w:p>
      <w:pPr>
        <w:pStyle w:val="Heading1"/>
      </w:pPr>
      <w:r>
        <w:t>Sample wording to adapt</w:t>
      </w:r>
    </w:p>
    <w:p>
      <w:r>
        <w:rPr>
          <w:b/>
          <w:sz w:val="24"/>
        </w:rPr>
        <w:t>Resident services in one place</w:t>
      </w:r>
    </w:p>
    <w:p>
      <w:r>
        <w:rPr>
          <w:b w:val="0"/>
        </w:rPr>
        <w:t>Find information about utilities, waste collection, roads, permits and recreation. Check the instructions and current dates for your request before submitting a form or making a payment.</w:t>
      </w:r>
    </w:p>
    <w:p>
      <w:pPr>
        <w:pStyle w:val="Heading1"/>
      </w:pPr>
      <w:r>
        <w:t>Pause and plan</w:t>
      </w:r>
    </w:p>
    <w:p>
      <w:r>
        <w:rPr>
          <w:b w:val="0"/>
          <w:sz w:val="20"/>
        </w:rPr>
        <w:t>Who is each option for, what does it include and where are its limits? Describe the information needed to check fit. Make the next step clear without promising an outcome before assessment.</w:t>
      </w:r>
    </w:p>
    <w:p>
      <w:r>
        <w:br w:type="page"/>
      </w:r>
    </w:p>
    <w:p>
      <w:pPr>
        <w:spacing w:after="160"/>
      </w:pPr>
      <w:r>
        <w:drawing>
          <wp:inline xmlns:a="http://schemas.openxmlformats.org/drawingml/2006/main" xmlns:pic="http://schemas.openxmlformats.org/drawingml/2006/picture">
            <wp:extent cx="6400800" cy="746760"/>
            <wp:docPr id="13" name="Picture 13" descr="Page plan with Resident services selected"/>
            <wp:cNvGraphicFramePr>
              <a:graphicFrameLocks noChangeAspect="1"/>
            </wp:cNvGraphicFramePr>
            <a:graphic>
              <a:graphicData uri="http://schemas.openxmlformats.org/drawingml/2006/picture">
                <pic:pic>
                  <pic:nvPicPr>
                    <pic:cNvPr id="0" name="progress-1.png"/>
                    <pic:cNvPicPr/>
                  </pic:nvPicPr>
                  <pic:blipFill>
                    <a:blip r:embed="rId25"/>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Resident services</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2_HEADLINE_1"/>
          <w:alias w:val="P2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2_INTRO_1"/>
          <w:alias w:val="P2_INTRO_1"/>
          <w:text/>
        </w:sdtPr>
        <w:sdtContent>
          <w:r>
            <w:t> </w:t>
          </w:r>
        </w:sdtContent>
      </w:sdt>
    </w:p>
    <w:p>
      <w:pPr>
        <w:spacing w:after="0" w:line="440" w:lineRule="exact"/>
        <w:pBdr>
          <w:bottom w:val="single" w:sz="3" w:color="CED3D8"/>
        </w:pBdr>
      </w:pPr>
      <w:sdt>
        <w:sdtPr>
          <w:tag w:val="P2_INTRO_2"/>
          <w:alias w:val="P2_INTRO_2"/>
          <w:text/>
        </w:sdtPr>
        <w:sdtContent>
          <w:r>
            <w:t> </w:t>
          </w:r>
        </w:sdtContent>
      </w:sdt>
    </w:p>
    <w:p>
      <w:pPr>
        <w:spacing w:after="0" w:line="440" w:lineRule="exact"/>
        <w:pBdr>
          <w:bottom w:val="single" w:sz="3" w:color="CED3D8"/>
        </w:pBdr>
      </w:pPr>
      <w:sdt>
        <w:sdtPr>
          <w:tag w:val="P2_INTRO_3"/>
          <w:alias w:val="P2_INTRO_3"/>
          <w:text/>
        </w:sdtPr>
        <w:sdtContent>
          <w:r>
            <w:t> </w:t>
          </w:r>
        </w:sdtContent>
      </w:sdt>
    </w:p>
    <w:p>
      <w:pPr>
        <w:keepNext/>
        <w:spacing w:before="140" w:after="20"/>
      </w:pPr>
      <w:r>
        <w:rPr>
          <w:b/>
          <w:sz w:val="22"/>
        </w:rPr>
        <w:t>Service options who they suit and what each includes</w:t>
      </w:r>
    </w:p>
    <w:p>
      <w:pPr>
        <w:spacing w:after="0" w:line="440" w:lineRule="exact"/>
        <w:pBdr>
          <w:bottom w:val="single" w:sz="3" w:color="CED3D8"/>
        </w:pBdr>
      </w:pPr>
      <w:sdt>
        <w:sdtPr>
          <w:tag w:val="P2_DETAILS_1"/>
          <w:alias w:val="P2_DETAILS_1"/>
          <w:text/>
        </w:sdtPr>
        <w:sdtContent>
          <w:r>
            <w:t> </w:t>
          </w:r>
        </w:sdtContent>
      </w:sdt>
    </w:p>
    <w:p>
      <w:pPr>
        <w:spacing w:after="0" w:line="440" w:lineRule="exact"/>
        <w:pBdr>
          <w:bottom w:val="single" w:sz="3" w:color="CED3D8"/>
        </w:pBdr>
      </w:pPr>
      <w:sdt>
        <w:sdtPr>
          <w:tag w:val="P2_DETAILS_2"/>
          <w:alias w:val="P2_DETAILS_2"/>
          <w:text/>
        </w:sdtPr>
        <w:sdtContent>
          <w:r>
            <w:t> </w:t>
          </w:r>
        </w:sdtContent>
      </w:sdt>
    </w:p>
    <w:p>
      <w:pPr>
        <w:spacing w:after="0" w:line="440" w:lineRule="exact"/>
        <w:pBdr>
          <w:bottom w:val="single" w:sz="3" w:color="CED3D8"/>
        </w:pBdr>
      </w:pPr>
      <w:sdt>
        <w:sdtPr>
          <w:tag w:val="P2_DETAILS_3"/>
          <w:alias w:val="P2_DETAILS_3"/>
          <w:text/>
        </w:sdtPr>
        <w:sdtContent>
          <w:r>
            <w:t> </w:t>
          </w:r>
        </w:sdtContent>
      </w:sdt>
    </w:p>
    <w:p>
      <w:pPr>
        <w:spacing w:after="0" w:line="440" w:lineRule="exact"/>
        <w:pBdr>
          <w:bottom w:val="single" w:sz="3" w:color="CED3D8"/>
        </w:pBdr>
      </w:pPr>
      <w:sdt>
        <w:sdtPr>
          <w:tag w:val="P2_DETAILS_4"/>
          <w:alias w:val="P2_DETAILS_4"/>
          <w:text/>
        </w:sdtPr>
        <w:sdtContent>
          <w:r>
            <w:t> </w:t>
          </w:r>
        </w:sdtContent>
      </w:sdt>
    </w:p>
    <w:p>
      <w:pPr>
        <w:spacing w:after="0" w:line="440" w:lineRule="exact"/>
        <w:pBdr>
          <w:bottom w:val="single" w:sz="3" w:color="CED3D8"/>
        </w:pBdr>
      </w:pPr>
      <w:sdt>
        <w:sdtPr>
          <w:tag w:val="P2_DETAILS_5"/>
          <w:alias w:val="P2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2_ACTION_1"/>
          <w:alias w:val="P2_ACTION_1"/>
          <w:text/>
        </w:sdtPr>
        <w:sdtContent>
          <w:r>
            <w:t> </w:t>
          </w:r>
        </w:sdtContent>
      </w:sdt>
    </w:p>
    <w:p>
      <w:pPr>
        <w:spacing w:after="0" w:line="440" w:lineRule="exact"/>
        <w:pBdr>
          <w:bottom w:val="single" w:sz="3" w:color="CED3D8"/>
        </w:pBdr>
      </w:pPr>
      <w:sdt>
        <w:sdtPr>
          <w:tag w:val="P2_ACTION_2"/>
          <w:alias w:val="P2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2_PHOTO_1"/>
          <w:alias w:val="P2_PHOTO_1"/>
          <w:text/>
        </w:sdtPr>
        <w:sdtContent>
          <w:r>
            <w:t> </w:t>
          </w:r>
        </w:sdtContent>
      </w:sdt>
    </w:p>
    <w:p>
      <w:pPr>
        <w:spacing w:after="0" w:line="440" w:lineRule="exact"/>
        <w:pBdr>
          <w:bottom w:val="single" w:sz="3" w:color="CED3D8"/>
        </w:pBdr>
      </w:pPr>
      <w:sdt>
        <w:sdtPr>
          <w:tag w:val="P2_PHOTO_2"/>
          <w:alias w:val="P2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2_VERIFY_1"/>
          <w:alias w:val="P2_VERIFY_1"/>
          <w:text/>
        </w:sdtPr>
        <w:sdtContent>
          <w:r>
            <w:t> </w:t>
          </w:r>
        </w:sdtContent>
      </w:sdt>
    </w:p>
    <w:p>
      <w:pPr>
        <w:spacing w:after="0" w:line="440" w:lineRule="exact"/>
        <w:pBdr>
          <w:bottom w:val="single" w:sz="3" w:color="CED3D8"/>
        </w:pBdr>
      </w:pPr>
      <w:sdt>
        <w:sdtPr>
          <w:tag w:val="P2_VERIFY_2"/>
          <w:alias w:val="P2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4" name="Picture 14" descr="Page plan with Council and administration selected"/>
            <wp:cNvGraphicFramePr>
              <a:graphicFrameLocks noChangeAspect="1"/>
            </wp:cNvGraphicFramePr>
            <a:graphic>
              <a:graphicData uri="http://schemas.openxmlformats.org/drawingml/2006/picture">
                <pic:pic>
                  <pic:nvPicPr>
                    <pic:cNvPr id="0" name="progress-2.png"/>
                    <pic:cNvPicPr/>
                  </pic:nvPicPr>
                  <pic:blipFill>
                    <a:blip r:embed="rId26"/>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Council and administration</w:t>
      </w:r>
    </w:p>
    <w:p>
      <w:pPr>
        <w:pStyle w:val="Heading1"/>
      </w:pPr>
      <w:r>
        <w:t>The job of this page</w:t>
      </w:r>
    </w:p>
    <w:p>
      <w:r>
        <w:rPr>
          <w:b w:val="0"/>
        </w:rPr>
        <w:t>Publish council contacts, meeting schedules, agendas, minutes, governance information, and office details.</w:t>
      </w:r>
    </w:p>
    <w:p>
      <w:pPr>
        <w:spacing w:after="100"/>
      </w:pPr>
      <w:r>
        <w:drawing>
          <wp:inline xmlns:a="http://schemas.openxmlformats.org/drawingml/2006/main" xmlns:pic="http://schemas.openxmlformats.org/drawingml/2006/picture">
            <wp:extent cx="5729738" cy="3198996"/>
            <wp:docPr id="4" name="Picture 4"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willow-crossing-council-administration.png" descr="Privacy-cropped excerpt from the retained fictional demonstration; not a new Builder capture."/>
                    <pic:cNvPicPr/>
                  </pic:nvPicPr>
                  <pic:blipFill>
                    <a:blip r:embed="rId13"/>
                    <a:stretch>
                      <a:fillRect/>
                    </a:stretch>
                  </pic:blipFill>
                  <pic:spPr>
                    <a:xfrm>
                      <a:off x="0" y="0"/>
                      <a:ext cx="5729738" cy="3198996"/>
                    </a:xfrm>
                    <a:prstGeom prst="rect"/>
                  </pic:spPr>
                </pic:pic>
              </a:graphicData>
            </a:graphic>
          </wp:inline>
        </w:drawing>
      </w:r>
    </w:p>
    <w:p>
      <w:r>
        <w:rPr>
          <w:sz w:val="18"/>
        </w:rPr>
        <w:t xml:space="preserve">Town of Willow Crossing example  |  </w:t>
      </w:r>
      <w:hyperlink r:id="rId17">
        <w:r>
          <w:rPr>
            <w:color w:val="08736F"/>
            <w:u w:val="single"/>
            <w:sz w:val="18"/>
          </w:rPr>
          <w:t>Explore SaaSTech Website Builder</w:t>
        </w:r>
      </w:hyperlink>
    </w:p>
    <w:p>
      <w:pPr>
        <w:pStyle w:val="Heading1"/>
      </w:pPr>
      <w:r>
        <w:t>Sample wording to adapt</w:t>
      </w:r>
    </w:p>
    <w:p>
      <w:r>
        <w:rPr>
          <w:b/>
          <w:sz w:val="24"/>
        </w:rPr>
        <w:t>Follow council business</w:t>
      </w:r>
    </w:p>
    <w:p>
      <w:r>
        <w:rPr>
          <w:b w:val="0"/>
        </w:rPr>
        <w:t>Find meeting dates, agendas, minutes and public participation details. Contact administration if you need help locating a record or understanding the submission process. Check the date on each document.</w:t>
      </w:r>
    </w:p>
    <w:p>
      <w:pPr>
        <w:pStyle w:val="Heading1"/>
      </w:pPr>
      <w:r>
        <w:t>Pause and plan</w:t>
      </w:r>
    </w:p>
    <w:p>
      <w:r>
        <w:rPr>
          <w:b w:val="0"/>
          <w:sz w:val="20"/>
        </w:rPr>
        <w:t>What question brings a visitor to this page? List the details they need, the evidence you can provide and the next useful action. Remove content that does not help them decide or proceed.</w:t>
      </w:r>
    </w:p>
    <w:p>
      <w:r>
        <w:br w:type="page"/>
      </w:r>
    </w:p>
    <w:p>
      <w:pPr>
        <w:spacing w:after="160"/>
      </w:pPr>
      <w:r>
        <w:drawing>
          <wp:inline xmlns:a="http://schemas.openxmlformats.org/drawingml/2006/main" xmlns:pic="http://schemas.openxmlformats.org/drawingml/2006/picture">
            <wp:extent cx="6400800" cy="746760"/>
            <wp:docPr id="15" name="Picture 15" descr="Page plan with Council and administration selected"/>
            <wp:cNvGraphicFramePr>
              <a:graphicFrameLocks noChangeAspect="1"/>
            </wp:cNvGraphicFramePr>
            <a:graphic>
              <a:graphicData uri="http://schemas.openxmlformats.org/drawingml/2006/picture">
                <pic:pic>
                  <pic:nvPicPr>
                    <pic:cNvPr id="0" name="progress-2.png"/>
                    <pic:cNvPicPr/>
                  </pic:nvPicPr>
                  <pic:blipFill>
                    <a:blip r:embed="rId26"/>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Council and administration</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3_HEADLINE_1"/>
          <w:alias w:val="P3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3_INTRO_1"/>
          <w:alias w:val="P3_INTRO_1"/>
          <w:text/>
        </w:sdtPr>
        <w:sdtContent>
          <w:r>
            <w:t> </w:t>
          </w:r>
        </w:sdtContent>
      </w:sdt>
    </w:p>
    <w:p>
      <w:pPr>
        <w:spacing w:after="0" w:line="440" w:lineRule="exact"/>
        <w:pBdr>
          <w:bottom w:val="single" w:sz="3" w:color="CED3D8"/>
        </w:pBdr>
      </w:pPr>
      <w:sdt>
        <w:sdtPr>
          <w:tag w:val="P3_INTRO_2"/>
          <w:alias w:val="P3_INTRO_2"/>
          <w:text/>
        </w:sdtPr>
        <w:sdtContent>
          <w:r>
            <w:t> </w:t>
          </w:r>
        </w:sdtContent>
      </w:sdt>
    </w:p>
    <w:p>
      <w:pPr>
        <w:spacing w:after="0" w:line="440" w:lineRule="exact"/>
        <w:pBdr>
          <w:bottom w:val="single" w:sz="3" w:color="CED3D8"/>
        </w:pBdr>
      </w:pPr>
      <w:sdt>
        <w:sdtPr>
          <w:tag w:val="P3_INTRO_3"/>
          <w:alias w:val="P3_INTRO_3"/>
          <w:text/>
        </w:sdtPr>
        <w:sdtContent>
          <w:r>
            <w:t> </w:t>
          </w:r>
        </w:sdtContent>
      </w:sdt>
    </w:p>
    <w:p>
      <w:pPr>
        <w:keepNext/>
        <w:spacing w:before="140" w:after="20"/>
      </w:pPr>
      <w:r>
        <w:rPr>
          <w:b/>
          <w:sz w:val="22"/>
        </w:rPr>
        <w:t>Key sections visitor questions and supporting details</w:t>
      </w:r>
    </w:p>
    <w:p>
      <w:pPr>
        <w:spacing w:after="0" w:line="440" w:lineRule="exact"/>
        <w:pBdr>
          <w:bottom w:val="single" w:sz="3" w:color="CED3D8"/>
        </w:pBdr>
      </w:pPr>
      <w:sdt>
        <w:sdtPr>
          <w:tag w:val="P3_DETAILS_1"/>
          <w:alias w:val="P3_DETAILS_1"/>
          <w:text/>
        </w:sdtPr>
        <w:sdtContent>
          <w:r>
            <w:t> </w:t>
          </w:r>
        </w:sdtContent>
      </w:sdt>
    </w:p>
    <w:p>
      <w:pPr>
        <w:spacing w:after="0" w:line="440" w:lineRule="exact"/>
        <w:pBdr>
          <w:bottom w:val="single" w:sz="3" w:color="CED3D8"/>
        </w:pBdr>
      </w:pPr>
      <w:sdt>
        <w:sdtPr>
          <w:tag w:val="P3_DETAILS_2"/>
          <w:alias w:val="P3_DETAILS_2"/>
          <w:text/>
        </w:sdtPr>
        <w:sdtContent>
          <w:r>
            <w:t> </w:t>
          </w:r>
        </w:sdtContent>
      </w:sdt>
    </w:p>
    <w:p>
      <w:pPr>
        <w:spacing w:after="0" w:line="440" w:lineRule="exact"/>
        <w:pBdr>
          <w:bottom w:val="single" w:sz="3" w:color="CED3D8"/>
        </w:pBdr>
      </w:pPr>
      <w:sdt>
        <w:sdtPr>
          <w:tag w:val="P3_DETAILS_3"/>
          <w:alias w:val="P3_DETAILS_3"/>
          <w:text/>
        </w:sdtPr>
        <w:sdtContent>
          <w:r>
            <w:t> </w:t>
          </w:r>
        </w:sdtContent>
      </w:sdt>
    </w:p>
    <w:p>
      <w:pPr>
        <w:spacing w:after="0" w:line="440" w:lineRule="exact"/>
        <w:pBdr>
          <w:bottom w:val="single" w:sz="3" w:color="CED3D8"/>
        </w:pBdr>
      </w:pPr>
      <w:sdt>
        <w:sdtPr>
          <w:tag w:val="P3_DETAILS_4"/>
          <w:alias w:val="P3_DETAILS_4"/>
          <w:text/>
        </w:sdtPr>
        <w:sdtContent>
          <w:r>
            <w:t> </w:t>
          </w:r>
        </w:sdtContent>
      </w:sdt>
    </w:p>
    <w:p>
      <w:pPr>
        <w:spacing w:after="0" w:line="440" w:lineRule="exact"/>
        <w:pBdr>
          <w:bottom w:val="single" w:sz="3" w:color="CED3D8"/>
        </w:pBdr>
      </w:pPr>
      <w:sdt>
        <w:sdtPr>
          <w:tag w:val="P3_DETAILS_5"/>
          <w:alias w:val="P3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3_ACTION_1"/>
          <w:alias w:val="P3_ACTION_1"/>
          <w:text/>
        </w:sdtPr>
        <w:sdtContent>
          <w:r>
            <w:t> </w:t>
          </w:r>
        </w:sdtContent>
      </w:sdt>
    </w:p>
    <w:p>
      <w:pPr>
        <w:spacing w:after="0" w:line="440" w:lineRule="exact"/>
        <w:pBdr>
          <w:bottom w:val="single" w:sz="3" w:color="CED3D8"/>
        </w:pBdr>
      </w:pPr>
      <w:sdt>
        <w:sdtPr>
          <w:tag w:val="P3_ACTION_2"/>
          <w:alias w:val="P3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3_PHOTO_1"/>
          <w:alias w:val="P3_PHOTO_1"/>
          <w:text/>
        </w:sdtPr>
        <w:sdtContent>
          <w:r>
            <w:t> </w:t>
          </w:r>
        </w:sdtContent>
      </w:sdt>
    </w:p>
    <w:p>
      <w:pPr>
        <w:spacing w:after="0" w:line="440" w:lineRule="exact"/>
        <w:pBdr>
          <w:bottom w:val="single" w:sz="3" w:color="CED3D8"/>
        </w:pBdr>
      </w:pPr>
      <w:sdt>
        <w:sdtPr>
          <w:tag w:val="P3_PHOTO_2"/>
          <w:alias w:val="P3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3_VERIFY_1"/>
          <w:alias w:val="P3_VERIFY_1"/>
          <w:text/>
        </w:sdtPr>
        <w:sdtContent>
          <w:r>
            <w:t> </w:t>
          </w:r>
        </w:sdtContent>
      </w:sdt>
    </w:p>
    <w:p>
      <w:pPr>
        <w:spacing w:after="0" w:line="440" w:lineRule="exact"/>
        <w:pBdr>
          <w:bottom w:val="single" w:sz="3" w:color="CED3D8"/>
        </w:pBdr>
      </w:pPr>
      <w:sdt>
        <w:sdtPr>
          <w:tag w:val="P3_VERIFY_2"/>
          <w:alias w:val="P3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6" name="Picture 16" descr="Page plan with Notices and news selected"/>
            <wp:cNvGraphicFramePr>
              <a:graphicFrameLocks noChangeAspect="1"/>
            </wp:cNvGraphicFramePr>
            <a:graphic>
              <a:graphicData uri="http://schemas.openxmlformats.org/drawingml/2006/picture">
                <pic:pic>
                  <pic:nvPicPr>
                    <pic:cNvPr id="0" name="progress-3.png"/>
                    <pic:cNvPicPr/>
                  </pic:nvPicPr>
                  <pic:blipFill>
                    <a:blip r:embed="rId27"/>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Notices and news</w:t>
      </w:r>
    </w:p>
    <w:p>
      <w:pPr>
        <w:pStyle w:val="Heading1"/>
      </w:pPr>
      <w:r>
        <w:t>The job of this page</w:t>
      </w:r>
    </w:p>
    <w:p>
      <w:r>
        <w:rPr>
          <w:b w:val="0"/>
        </w:rPr>
        <w:t>Maintain dated public notices, service interruptions, tenders, events, and archived updates.</w:t>
      </w:r>
    </w:p>
    <w:p>
      <w:pPr>
        <w:spacing w:after="100"/>
      </w:pPr>
      <w:r>
        <w:drawing>
          <wp:inline xmlns:a="http://schemas.openxmlformats.org/drawingml/2006/main" xmlns:pic="http://schemas.openxmlformats.org/drawingml/2006/picture">
            <wp:extent cx="5729738" cy="3198996"/>
            <wp:docPr id="5" name="Picture 5"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willow-crossing-notices-news.png" descr="Privacy-cropped excerpt from the retained fictional demonstration; not a new Builder capture."/>
                    <pic:cNvPicPr/>
                  </pic:nvPicPr>
                  <pic:blipFill>
                    <a:blip r:embed="rId14"/>
                    <a:stretch>
                      <a:fillRect/>
                    </a:stretch>
                  </pic:blipFill>
                  <pic:spPr>
                    <a:xfrm>
                      <a:off x="0" y="0"/>
                      <a:ext cx="5729738" cy="3198996"/>
                    </a:xfrm>
                    <a:prstGeom prst="rect"/>
                  </pic:spPr>
                </pic:pic>
              </a:graphicData>
            </a:graphic>
          </wp:inline>
        </w:drawing>
      </w:r>
    </w:p>
    <w:p>
      <w:r>
        <w:rPr>
          <w:sz w:val="18"/>
        </w:rPr>
        <w:t xml:space="preserve">Town of Willow Crossing example  |  </w:t>
      </w:r>
      <w:hyperlink r:id="rId17">
        <w:r>
          <w:rPr>
            <w:color w:val="08736F"/>
            <w:u w:val="single"/>
            <w:sz w:val="18"/>
          </w:rPr>
          <w:t>Explore SaaSTech Website Builder</w:t>
        </w:r>
      </w:hyperlink>
    </w:p>
    <w:p>
      <w:pPr>
        <w:pStyle w:val="Heading1"/>
      </w:pPr>
      <w:r>
        <w:t>Sample wording to adapt</w:t>
      </w:r>
    </w:p>
    <w:p>
      <w:r>
        <w:rPr>
          <w:b/>
          <w:sz w:val="24"/>
        </w:rPr>
        <w:t>Read the latest public notices</w:t>
      </w:r>
    </w:p>
    <w:p>
      <w:r>
        <w:rPr>
          <w:b w:val="0"/>
        </w:rPr>
        <w:t>Check the effective dates, affected locations and required action on each notice. Older notices are kept separately for reference. Follow the contact instructions on the notice if you have questions.</w:t>
      </w:r>
    </w:p>
    <w:p>
      <w:pPr>
        <w:pStyle w:val="Heading1"/>
      </w:pPr>
      <w:r>
        <w:t>Pause and plan</w:t>
      </w:r>
    </w:p>
    <w:p>
      <w:r>
        <w:rPr>
          <w:b w:val="0"/>
          <w:sz w:val="20"/>
        </w:rPr>
        <w:t>Which dates and locations need to stay current? Decide who will update changes and where visitors should check before travelling. Separate archived information and illustrative schedules from current availability.</w:t>
      </w:r>
    </w:p>
    <w:p>
      <w:r>
        <w:br w:type="page"/>
      </w:r>
    </w:p>
    <w:p>
      <w:pPr>
        <w:spacing w:after="160"/>
      </w:pPr>
      <w:r>
        <w:drawing>
          <wp:inline xmlns:a="http://schemas.openxmlformats.org/drawingml/2006/main" xmlns:pic="http://schemas.openxmlformats.org/drawingml/2006/picture">
            <wp:extent cx="6400800" cy="746760"/>
            <wp:docPr id="17" name="Picture 17" descr="Page plan with Notices and news selected"/>
            <wp:cNvGraphicFramePr>
              <a:graphicFrameLocks noChangeAspect="1"/>
            </wp:cNvGraphicFramePr>
            <a:graphic>
              <a:graphicData uri="http://schemas.openxmlformats.org/drawingml/2006/picture">
                <pic:pic>
                  <pic:nvPicPr>
                    <pic:cNvPr id="0" name="progress-3.png"/>
                    <pic:cNvPicPr/>
                  </pic:nvPicPr>
                  <pic:blipFill>
                    <a:blip r:embed="rId27"/>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Notices and news</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4_HEADLINE_1"/>
          <w:alias w:val="P4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4_INTRO_1"/>
          <w:alias w:val="P4_INTRO_1"/>
          <w:text/>
        </w:sdtPr>
        <w:sdtContent>
          <w:r>
            <w:t> </w:t>
          </w:r>
        </w:sdtContent>
      </w:sdt>
    </w:p>
    <w:p>
      <w:pPr>
        <w:spacing w:after="0" w:line="440" w:lineRule="exact"/>
        <w:pBdr>
          <w:bottom w:val="single" w:sz="3" w:color="CED3D8"/>
        </w:pBdr>
      </w:pPr>
      <w:sdt>
        <w:sdtPr>
          <w:tag w:val="P4_INTRO_2"/>
          <w:alias w:val="P4_INTRO_2"/>
          <w:text/>
        </w:sdtPr>
        <w:sdtContent>
          <w:r>
            <w:t> </w:t>
          </w:r>
        </w:sdtContent>
      </w:sdt>
    </w:p>
    <w:p>
      <w:pPr>
        <w:spacing w:after="0" w:line="440" w:lineRule="exact"/>
        <w:pBdr>
          <w:bottom w:val="single" w:sz="3" w:color="CED3D8"/>
        </w:pBdr>
      </w:pPr>
      <w:sdt>
        <w:sdtPr>
          <w:tag w:val="P4_INTRO_3"/>
          <w:alias w:val="P4_INTRO_3"/>
          <w:text/>
        </w:sdtPr>
        <w:sdtContent>
          <w:r>
            <w:t> </w:t>
          </w:r>
        </w:sdtContent>
      </w:sdt>
    </w:p>
    <w:p>
      <w:pPr>
        <w:keepNext/>
        <w:spacing w:before="140" w:after="20"/>
      </w:pPr>
      <w:r>
        <w:rPr>
          <w:b/>
          <w:sz w:val="22"/>
        </w:rPr>
        <w:t>Dates locations update process and participation details</w:t>
      </w:r>
    </w:p>
    <w:p>
      <w:pPr>
        <w:spacing w:after="0" w:line="440" w:lineRule="exact"/>
        <w:pBdr>
          <w:bottom w:val="single" w:sz="3" w:color="CED3D8"/>
        </w:pBdr>
      </w:pPr>
      <w:sdt>
        <w:sdtPr>
          <w:tag w:val="P4_DETAILS_1"/>
          <w:alias w:val="P4_DETAILS_1"/>
          <w:text/>
        </w:sdtPr>
        <w:sdtContent>
          <w:r>
            <w:t> </w:t>
          </w:r>
        </w:sdtContent>
      </w:sdt>
    </w:p>
    <w:p>
      <w:pPr>
        <w:spacing w:after="0" w:line="440" w:lineRule="exact"/>
        <w:pBdr>
          <w:bottom w:val="single" w:sz="3" w:color="CED3D8"/>
        </w:pBdr>
      </w:pPr>
      <w:sdt>
        <w:sdtPr>
          <w:tag w:val="P4_DETAILS_2"/>
          <w:alias w:val="P4_DETAILS_2"/>
          <w:text/>
        </w:sdtPr>
        <w:sdtContent>
          <w:r>
            <w:t> </w:t>
          </w:r>
        </w:sdtContent>
      </w:sdt>
    </w:p>
    <w:p>
      <w:pPr>
        <w:spacing w:after="0" w:line="440" w:lineRule="exact"/>
        <w:pBdr>
          <w:bottom w:val="single" w:sz="3" w:color="CED3D8"/>
        </w:pBdr>
      </w:pPr>
      <w:sdt>
        <w:sdtPr>
          <w:tag w:val="P4_DETAILS_3"/>
          <w:alias w:val="P4_DETAILS_3"/>
          <w:text/>
        </w:sdtPr>
        <w:sdtContent>
          <w:r>
            <w:t> </w:t>
          </w:r>
        </w:sdtContent>
      </w:sdt>
    </w:p>
    <w:p>
      <w:pPr>
        <w:spacing w:after="0" w:line="440" w:lineRule="exact"/>
        <w:pBdr>
          <w:bottom w:val="single" w:sz="3" w:color="CED3D8"/>
        </w:pBdr>
      </w:pPr>
      <w:sdt>
        <w:sdtPr>
          <w:tag w:val="P4_DETAILS_4"/>
          <w:alias w:val="P4_DETAILS_4"/>
          <w:text/>
        </w:sdtPr>
        <w:sdtContent>
          <w:r>
            <w:t> </w:t>
          </w:r>
        </w:sdtContent>
      </w:sdt>
    </w:p>
    <w:p>
      <w:pPr>
        <w:spacing w:after="0" w:line="440" w:lineRule="exact"/>
        <w:pBdr>
          <w:bottom w:val="single" w:sz="3" w:color="CED3D8"/>
        </w:pBdr>
      </w:pPr>
      <w:sdt>
        <w:sdtPr>
          <w:tag w:val="P4_DETAILS_5"/>
          <w:alias w:val="P4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4_ACTION_1"/>
          <w:alias w:val="P4_ACTION_1"/>
          <w:text/>
        </w:sdtPr>
        <w:sdtContent>
          <w:r>
            <w:t> </w:t>
          </w:r>
        </w:sdtContent>
      </w:sdt>
    </w:p>
    <w:p>
      <w:pPr>
        <w:spacing w:after="0" w:line="440" w:lineRule="exact"/>
        <w:pBdr>
          <w:bottom w:val="single" w:sz="3" w:color="CED3D8"/>
        </w:pBdr>
      </w:pPr>
      <w:sdt>
        <w:sdtPr>
          <w:tag w:val="P4_ACTION_2"/>
          <w:alias w:val="P4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4_PHOTO_1"/>
          <w:alias w:val="P4_PHOTO_1"/>
          <w:text/>
        </w:sdtPr>
        <w:sdtContent>
          <w:r>
            <w:t> </w:t>
          </w:r>
        </w:sdtContent>
      </w:sdt>
    </w:p>
    <w:p>
      <w:pPr>
        <w:spacing w:after="0" w:line="440" w:lineRule="exact"/>
        <w:pBdr>
          <w:bottom w:val="single" w:sz="3" w:color="CED3D8"/>
        </w:pBdr>
      </w:pPr>
      <w:sdt>
        <w:sdtPr>
          <w:tag w:val="P4_PHOTO_2"/>
          <w:alias w:val="P4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4_VERIFY_1"/>
          <w:alias w:val="P4_VERIFY_1"/>
          <w:text/>
        </w:sdtPr>
        <w:sdtContent>
          <w:r>
            <w:t> </w:t>
          </w:r>
        </w:sdtContent>
      </w:sdt>
    </w:p>
    <w:p>
      <w:pPr>
        <w:spacing w:after="0" w:line="440" w:lineRule="exact"/>
        <w:pBdr>
          <w:bottom w:val="single" w:sz="3" w:color="CED3D8"/>
        </w:pBdr>
      </w:pPr>
      <w:sdt>
        <w:sdtPr>
          <w:tag w:val="P4_VERIFY_2"/>
          <w:alias w:val="P4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8" name="Picture 18" descr="Page plan with Forms and documents selected"/>
            <wp:cNvGraphicFramePr>
              <a:graphicFrameLocks noChangeAspect="1"/>
            </wp:cNvGraphicFramePr>
            <a:graphic>
              <a:graphicData uri="http://schemas.openxmlformats.org/drawingml/2006/picture">
                <pic:pic>
                  <pic:nvPicPr>
                    <pic:cNvPr id="0" name="progress-4.png"/>
                    <pic:cNvPicPr/>
                  </pic:nvPicPr>
                  <pic:blipFill>
                    <a:blip r:embed="rId28"/>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Forms and documents</w:t>
      </w:r>
    </w:p>
    <w:p>
      <w:pPr>
        <w:pStyle w:val="Heading1"/>
      </w:pPr>
      <w:r>
        <w:t>The job of this page</w:t>
      </w:r>
    </w:p>
    <w:p>
      <w:r>
        <w:rPr>
          <w:b w:val="0"/>
        </w:rPr>
        <w:t>Provide accessible forms and documents with a plain-language explanation of purpose, deadline, and submission method.</w:t>
      </w:r>
    </w:p>
    <w:p>
      <w:pPr>
        <w:spacing w:after="100"/>
      </w:pPr>
      <w:r>
        <w:drawing>
          <wp:inline xmlns:a="http://schemas.openxmlformats.org/drawingml/2006/main" xmlns:pic="http://schemas.openxmlformats.org/drawingml/2006/picture">
            <wp:extent cx="5729738" cy="3198996"/>
            <wp:docPr id="6" name="Picture 6"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willow-crossing-forms-documents.png" descr="Privacy-cropped excerpt from the retained fictional demonstration; not a new Builder capture."/>
                    <pic:cNvPicPr/>
                  </pic:nvPicPr>
                  <pic:blipFill>
                    <a:blip r:embed="rId15"/>
                    <a:stretch>
                      <a:fillRect/>
                    </a:stretch>
                  </pic:blipFill>
                  <pic:spPr>
                    <a:xfrm>
                      <a:off x="0" y="0"/>
                      <a:ext cx="5729738" cy="3198996"/>
                    </a:xfrm>
                    <a:prstGeom prst="rect"/>
                  </pic:spPr>
                </pic:pic>
              </a:graphicData>
            </a:graphic>
          </wp:inline>
        </w:drawing>
      </w:r>
    </w:p>
    <w:p>
      <w:r>
        <w:rPr>
          <w:sz w:val="18"/>
        </w:rPr>
        <w:t xml:space="preserve">Town of Willow Crossing example  |  </w:t>
      </w:r>
      <w:hyperlink r:id="rId17">
        <w:r>
          <w:rPr>
            <w:color w:val="08736F"/>
            <w:u w:val="single"/>
            <w:sz w:val="18"/>
          </w:rPr>
          <w:t>Explore SaaSTech Website Builder</w:t>
        </w:r>
      </w:hyperlink>
    </w:p>
    <w:p>
      <w:pPr>
        <w:pStyle w:val="Heading1"/>
      </w:pPr>
      <w:r>
        <w:t>Sample wording to adapt</w:t>
      </w:r>
    </w:p>
    <w:p>
      <w:r>
        <w:rPr>
          <w:b/>
          <w:sz w:val="24"/>
        </w:rPr>
        <w:t>Download, complete and submit</w:t>
      </w:r>
    </w:p>
    <w:p>
      <w:r>
        <w:rPr>
          <w:b w:val="0"/>
        </w:rPr>
        <w:t>Choose the form for your request, read the instructions and include the required documents. Check the submission method and deadline. Contact the office if you are unsure which form applies.</w:t>
      </w:r>
    </w:p>
    <w:p>
      <w:pPr>
        <w:pStyle w:val="Heading1"/>
      </w:pPr>
      <w:r>
        <w:t>Pause and plan</w:t>
      </w:r>
    </w:p>
    <w:p>
      <w:r>
        <w:rPr>
          <w:b w:val="0"/>
          <w:sz w:val="20"/>
        </w:rPr>
        <w:t>What question brings a visitor to this page? List the details they need, the evidence you can provide and the next useful action. Remove content that does not help them decide or proceed.</w:t>
      </w:r>
    </w:p>
    <w:p>
      <w:r>
        <w:br w:type="page"/>
      </w:r>
    </w:p>
    <w:p>
      <w:pPr>
        <w:spacing w:after="160"/>
      </w:pPr>
      <w:r>
        <w:drawing>
          <wp:inline xmlns:a="http://schemas.openxmlformats.org/drawingml/2006/main" xmlns:pic="http://schemas.openxmlformats.org/drawingml/2006/picture">
            <wp:extent cx="6400800" cy="746760"/>
            <wp:docPr id="19" name="Picture 19" descr="Page plan with Forms and documents selected"/>
            <wp:cNvGraphicFramePr>
              <a:graphicFrameLocks noChangeAspect="1"/>
            </wp:cNvGraphicFramePr>
            <a:graphic>
              <a:graphicData uri="http://schemas.openxmlformats.org/drawingml/2006/picture">
                <pic:pic>
                  <pic:nvPicPr>
                    <pic:cNvPr id="0" name="progress-4.png"/>
                    <pic:cNvPicPr/>
                  </pic:nvPicPr>
                  <pic:blipFill>
                    <a:blip r:embed="rId28"/>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Forms and documents</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5_HEADLINE_1"/>
          <w:alias w:val="P5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5_INTRO_1"/>
          <w:alias w:val="P5_INTRO_1"/>
          <w:text/>
        </w:sdtPr>
        <w:sdtContent>
          <w:r>
            <w:t> </w:t>
          </w:r>
        </w:sdtContent>
      </w:sdt>
    </w:p>
    <w:p>
      <w:pPr>
        <w:spacing w:after="0" w:line="440" w:lineRule="exact"/>
        <w:pBdr>
          <w:bottom w:val="single" w:sz="3" w:color="CED3D8"/>
        </w:pBdr>
      </w:pPr>
      <w:sdt>
        <w:sdtPr>
          <w:tag w:val="P5_INTRO_2"/>
          <w:alias w:val="P5_INTRO_2"/>
          <w:text/>
        </w:sdtPr>
        <w:sdtContent>
          <w:r>
            <w:t> </w:t>
          </w:r>
        </w:sdtContent>
      </w:sdt>
    </w:p>
    <w:p>
      <w:pPr>
        <w:spacing w:after="0" w:line="440" w:lineRule="exact"/>
        <w:pBdr>
          <w:bottom w:val="single" w:sz="3" w:color="CED3D8"/>
        </w:pBdr>
      </w:pPr>
      <w:sdt>
        <w:sdtPr>
          <w:tag w:val="P5_INTRO_3"/>
          <w:alias w:val="P5_INTRO_3"/>
          <w:text/>
        </w:sdtPr>
        <w:sdtContent>
          <w:r>
            <w:t> </w:t>
          </w:r>
        </w:sdtContent>
      </w:sdt>
    </w:p>
    <w:p>
      <w:pPr>
        <w:keepNext/>
        <w:spacing w:before="140" w:after="20"/>
      </w:pPr>
      <w:r>
        <w:rPr>
          <w:b/>
          <w:sz w:val="22"/>
        </w:rPr>
        <w:t>Key sections visitor questions and supporting details</w:t>
      </w:r>
    </w:p>
    <w:p>
      <w:pPr>
        <w:spacing w:after="0" w:line="440" w:lineRule="exact"/>
        <w:pBdr>
          <w:bottom w:val="single" w:sz="3" w:color="CED3D8"/>
        </w:pBdr>
      </w:pPr>
      <w:sdt>
        <w:sdtPr>
          <w:tag w:val="P5_DETAILS_1"/>
          <w:alias w:val="P5_DETAILS_1"/>
          <w:text/>
        </w:sdtPr>
        <w:sdtContent>
          <w:r>
            <w:t> </w:t>
          </w:r>
        </w:sdtContent>
      </w:sdt>
    </w:p>
    <w:p>
      <w:pPr>
        <w:spacing w:after="0" w:line="440" w:lineRule="exact"/>
        <w:pBdr>
          <w:bottom w:val="single" w:sz="3" w:color="CED3D8"/>
        </w:pBdr>
      </w:pPr>
      <w:sdt>
        <w:sdtPr>
          <w:tag w:val="P5_DETAILS_2"/>
          <w:alias w:val="P5_DETAILS_2"/>
          <w:text/>
        </w:sdtPr>
        <w:sdtContent>
          <w:r>
            <w:t> </w:t>
          </w:r>
        </w:sdtContent>
      </w:sdt>
    </w:p>
    <w:p>
      <w:pPr>
        <w:spacing w:after="0" w:line="440" w:lineRule="exact"/>
        <w:pBdr>
          <w:bottom w:val="single" w:sz="3" w:color="CED3D8"/>
        </w:pBdr>
      </w:pPr>
      <w:sdt>
        <w:sdtPr>
          <w:tag w:val="P5_DETAILS_3"/>
          <w:alias w:val="P5_DETAILS_3"/>
          <w:text/>
        </w:sdtPr>
        <w:sdtContent>
          <w:r>
            <w:t> </w:t>
          </w:r>
        </w:sdtContent>
      </w:sdt>
    </w:p>
    <w:p>
      <w:pPr>
        <w:spacing w:after="0" w:line="440" w:lineRule="exact"/>
        <w:pBdr>
          <w:bottom w:val="single" w:sz="3" w:color="CED3D8"/>
        </w:pBdr>
      </w:pPr>
      <w:sdt>
        <w:sdtPr>
          <w:tag w:val="P5_DETAILS_4"/>
          <w:alias w:val="P5_DETAILS_4"/>
          <w:text/>
        </w:sdtPr>
        <w:sdtContent>
          <w:r>
            <w:t> </w:t>
          </w:r>
        </w:sdtContent>
      </w:sdt>
    </w:p>
    <w:p>
      <w:pPr>
        <w:spacing w:after="0" w:line="440" w:lineRule="exact"/>
        <w:pBdr>
          <w:bottom w:val="single" w:sz="3" w:color="CED3D8"/>
        </w:pBdr>
      </w:pPr>
      <w:sdt>
        <w:sdtPr>
          <w:tag w:val="P5_DETAILS_5"/>
          <w:alias w:val="P5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5_ACTION_1"/>
          <w:alias w:val="P5_ACTION_1"/>
          <w:text/>
        </w:sdtPr>
        <w:sdtContent>
          <w:r>
            <w:t> </w:t>
          </w:r>
        </w:sdtContent>
      </w:sdt>
    </w:p>
    <w:p>
      <w:pPr>
        <w:spacing w:after="0" w:line="440" w:lineRule="exact"/>
        <w:pBdr>
          <w:bottom w:val="single" w:sz="3" w:color="CED3D8"/>
        </w:pBdr>
      </w:pPr>
      <w:sdt>
        <w:sdtPr>
          <w:tag w:val="P5_ACTION_2"/>
          <w:alias w:val="P5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5_PHOTO_1"/>
          <w:alias w:val="P5_PHOTO_1"/>
          <w:text/>
        </w:sdtPr>
        <w:sdtContent>
          <w:r>
            <w:t> </w:t>
          </w:r>
        </w:sdtContent>
      </w:sdt>
    </w:p>
    <w:p>
      <w:pPr>
        <w:spacing w:after="0" w:line="440" w:lineRule="exact"/>
        <w:pBdr>
          <w:bottom w:val="single" w:sz="3" w:color="CED3D8"/>
        </w:pBdr>
      </w:pPr>
      <w:sdt>
        <w:sdtPr>
          <w:tag w:val="P5_PHOTO_2"/>
          <w:alias w:val="P5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5_VERIFY_1"/>
          <w:alias w:val="P5_VERIFY_1"/>
          <w:text/>
        </w:sdtPr>
        <w:sdtContent>
          <w:r>
            <w:t> </w:t>
          </w:r>
        </w:sdtContent>
      </w:sdt>
    </w:p>
    <w:p>
      <w:pPr>
        <w:spacing w:after="0" w:line="440" w:lineRule="exact"/>
        <w:pBdr>
          <w:bottom w:val="single" w:sz="3" w:color="CED3D8"/>
        </w:pBdr>
      </w:pPr>
      <w:sdt>
        <w:sdtPr>
          <w:tag w:val="P5_VERIFY_2"/>
          <w:alias w:val="P5_VERIFY_2"/>
          <w:text/>
        </w:sdtPr>
        <w:sdtContent>
          <w:r>
            <w:t> </w:t>
          </w:r>
        </w:sdtContent>
      </w:sdt>
    </w:p>
    <w:p>
      <w:r>
        <w:br w:type="page"/>
      </w:r>
    </w:p>
    <w:p>
      <w:pPr>
        <w:spacing w:after="100"/>
      </w:pPr>
      <w:r>
        <w:rPr>
          <w:b/>
          <w:color w:val="08736F"/>
          <w:sz w:val="18"/>
        </w:rPr>
        <w:t>WORKSHOP CLOSE</w:t>
      </w:r>
    </w:p>
    <w:p>
      <w:pPr>
        <w:pStyle w:val="Title"/>
      </w:pPr>
      <w:r>
        <w:rPr>
          <w:color w:val="000000"/>
          <w:sz w:val="44"/>
        </w:rPr>
        <w:t>Review and next steps</w:t>
      </w:r>
    </w:p>
    <w:p>
      <w:r>
        <w:rPr>
          <w:b w:val="0"/>
        </w:rPr>
        <w:t>Ask a partner to read your draft as a first-time visitor. Can they explain what you offer, who it is for and the next step without extra help?</w:t>
      </w:r>
    </w:p>
    <w:p>
      <w:pPr>
        <w:pStyle w:val="Heading1"/>
      </w:pPr>
      <w:r>
        <w:t>Before you publish</w:t>
      </w:r>
    </w:p>
    <w:p>
      <w:r>
        <w:rPr>
          <w:b w:val="0"/>
          <w:sz w:val="20"/>
        </w:rPr>
        <w:t>[ ] Every page has a clear purpose and a useful next step.</w:t>
      </w:r>
    </w:p>
    <w:p>
      <w:r>
        <w:rPr>
          <w:b w:val="0"/>
          <w:sz w:val="20"/>
        </w:rPr>
        <w:t>[ ] Headlines are specific and the wording sounds like your business.</w:t>
      </w:r>
    </w:p>
    <w:p>
      <w:r>
        <w:rPr>
          <w:b w:val="0"/>
          <w:sz w:val="20"/>
        </w:rPr>
        <w:t>[ ] Names, service areas, prices, dates and policies have been checked.</w:t>
      </w:r>
    </w:p>
    <w:p>
      <w:r>
        <w:rPr>
          <w:b w:val="0"/>
          <w:sz w:val="20"/>
        </w:rPr>
        <w:t>[ ] Credentials, testimonials and results are genuine and permission-cleared.</w:t>
      </w:r>
    </w:p>
    <w:p>
      <w:r>
        <w:rPr>
          <w:b w:val="0"/>
          <w:sz w:val="20"/>
        </w:rPr>
        <w:t>[ ] Photos support the text, do not repeat needlessly and have appropriate permissions.</w:t>
      </w:r>
    </w:p>
    <w:p>
      <w:r>
        <w:rPr>
          <w:b w:val="0"/>
          <w:sz w:val="20"/>
        </w:rPr>
        <w:t>[ ] Forms ask only for necessary information and explain what happens next.</w:t>
      </w:r>
    </w:p>
    <w:p>
      <w:r>
        <w:rPr>
          <w:b w:val="0"/>
          <w:sz w:val="20"/>
        </w:rPr>
        <w:t>[ ] Links, downloads and the main visitor task work on a phone.</w:t>
      </w:r>
    </w:p>
    <w:p>
      <w:pPr>
        <w:keepNext/>
        <w:spacing w:before="140" w:after="20"/>
      </w:pPr>
      <w:r>
        <w:rPr>
          <w:b/>
          <w:sz w:val="22"/>
        </w:rPr>
        <w:t>The most useful feedback from your workshop partner</w:t>
      </w:r>
    </w:p>
    <w:p>
      <w:pPr>
        <w:spacing w:after="0" w:line="440" w:lineRule="exact"/>
        <w:pBdr>
          <w:bottom w:val="single" w:sz="3" w:color="CED3D8"/>
        </w:pBdr>
      </w:pPr>
      <w:sdt>
        <w:sdtPr>
          <w:tag w:val="END_FEEDBACK_1"/>
          <w:alias w:val="END_FEEDBACK_1"/>
          <w:text/>
        </w:sdtPr>
        <w:sdtContent>
          <w:r>
            <w:t> </w:t>
          </w:r>
        </w:sdtContent>
      </w:sdt>
    </w:p>
    <w:p>
      <w:pPr>
        <w:spacing w:after="0" w:line="440" w:lineRule="exact"/>
        <w:pBdr>
          <w:bottom w:val="single" w:sz="3" w:color="CED3D8"/>
        </w:pBdr>
      </w:pPr>
      <w:sdt>
        <w:sdtPr>
          <w:tag w:val="END_FEEDBACK_2"/>
          <w:alias w:val="END_FEEDBACK_2"/>
          <w:text/>
        </w:sdtPr>
        <w:sdtContent>
          <w:r>
            <w:t> </w:t>
          </w:r>
        </w:sdtContent>
      </w:sdt>
    </w:p>
    <w:p>
      <w:pPr>
        <w:keepNext/>
        <w:spacing w:before="140" w:after="20"/>
      </w:pPr>
      <w:r>
        <w:rPr>
          <w:b/>
          <w:sz w:val="22"/>
        </w:rPr>
        <w:t>First change to make and who will do it</w:t>
      </w:r>
    </w:p>
    <w:p>
      <w:pPr>
        <w:spacing w:after="0" w:line="440" w:lineRule="exact"/>
        <w:pBdr>
          <w:bottom w:val="single" w:sz="3" w:color="CED3D8"/>
        </w:pBdr>
      </w:pPr>
      <w:sdt>
        <w:sdtPr>
          <w:tag w:val="END_ACTION_1"/>
          <w:alias w:val="END_ACTION_1"/>
          <w:text/>
        </w:sdtPr>
        <w:sdtContent>
          <w:r>
            <w:t> </w:t>
          </w:r>
        </w:sdtContent>
      </w:sdt>
    </w:p>
    <w:p>
      <w:pPr>
        <w:spacing w:after="0" w:line="440" w:lineRule="exact"/>
        <w:pBdr>
          <w:bottom w:val="single" w:sz="3" w:color="CED3D8"/>
        </w:pBdr>
      </w:pPr>
      <w:sdt>
        <w:sdtPr>
          <w:tag w:val="END_ACTION_2"/>
          <w:alias w:val="END_ACTION_2"/>
          <w:text/>
        </w:sdtPr>
        <w:sdtContent>
          <w:r>
            <w:t> </w:t>
          </w:r>
        </w:sdtContent>
      </w:sdt>
    </w:p>
    <w:p>
      <w:pPr>
        <w:keepNext/>
        <w:spacing w:before="140" w:after="20"/>
      </w:pPr>
      <w:r>
        <w:rPr>
          <w:b/>
          <w:sz w:val="22"/>
        </w:rPr>
        <w:t>Information or photographs still needed</w:t>
      </w:r>
    </w:p>
    <w:p>
      <w:pPr>
        <w:spacing w:after="0" w:line="440" w:lineRule="exact"/>
        <w:pBdr>
          <w:bottom w:val="single" w:sz="3" w:color="CED3D8"/>
        </w:pBdr>
      </w:pPr>
      <w:sdt>
        <w:sdtPr>
          <w:tag w:val="END_MISSING_1"/>
          <w:alias w:val="END_MISSING_1"/>
          <w:text/>
        </w:sdtPr>
        <w:sdtContent>
          <w:r>
            <w:t> </w:t>
          </w:r>
        </w:sdtContent>
      </w:sdt>
    </w:p>
    <w:p>
      <w:pPr>
        <w:spacing w:after="0" w:line="440" w:lineRule="exact"/>
        <w:pBdr>
          <w:bottom w:val="single" w:sz="3" w:color="CED3D8"/>
        </w:pBdr>
      </w:pPr>
      <w:sdt>
        <w:sdtPr>
          <w:tag w:val="END_MISSING_2"/>
          <w:alias w:val="END_MISSING_2"/>
          <w:text/>
        </w:sdtPr>
        <w:sdtContent>
          <w:r>
            <w:t> </w:t>
          </w:r>
        </w:sdtContent>
      </w:sdt>
    </w:p>
    <w:p>
      <w:pPr>
        <w:keepNext/>
        <w:spacing w:before="140" w:after="20"/>
      </w:pPr>
      <w:r>
        <w:rPr>
          <w:b/>
          <w:sz w:val="22"/>
        </w:rPr>
        <w:t>Target review date and who will approve the final content</w:t>
      </w:r>
    </w:p>
    <w:p>
      <w:pPr>
        <w:spacing w:after="0" w:line="440" w:lineRule="exact"/>
        <w:pBdr>
          <w:bottom w:val="single" w:sz="3" w:color="CED3D8"/>
        </w:pBdr>
      </w:pPr>
      <w:sdt>
        <w:sdtPr>
          <w:tag w:val="END_DATE_1"/>
          <w:alias w:val="END_DATE_1"/>
          <w:text/>
        </w:sdtPr>
        <w:sdtContent>
          <w:r>
            <w:t> </w:t>
          </w:r>
        </w:sdtContent>
      </w:sdt>
    </w:p>
    <w:p>
      <w:pPr>
        <w:spacing w:before="160"/>
      </w:pPr>
      <w:r>
        <w:rPr>
          <w:b w:val="0"/>
          <w:sz w:val="18"/>
        </w:rPr>
        <w:t>Keep sensitive customer, patient, employee and payment information out of this workbook. Completing it does not publish a website or connect to Website Builder.</w:t>
      </w:r>
    </w:p>
    <w:p>
      <w:r>
        <w:br w:type="page"/>
      </w:r>
    </w:p>
    <w:p>
      <w:r>
        <w:rPr>
          <w:b/>
          <w:color w:val="08736F"/>
          <w:sz w:val="18"/>
        </w:rPr>
        <w:t>BUILD WITH SAASTECH SERVERS</w:t>
      </w:r>
    </w:p>
    <w:p>
      <w:pPr>
        <w:pStyle w:val="Title"/>
      </w:pPr>
      <w:r>
        <w:t>Put your draft into Website Builder</w:t>
      </w:r>
    </w:p>
    <w:p>
      <w:r>
        <w:t>Use the content you have written to build your own site. Keep the municipal government demo as a reference, and replace its company name, images and claims with your verified business information.</w:t>
      </w:r>
    </w:p>
    <w:p>
      <w:pPr>
        <w:pStyle w:val="Heading1"/>
      </w:pPr>
      <w:r>
        <w:t>Explore the builder</w:t>
      </w:r>
    </w:p>
    <w:p>
      <w:r>
        <w:t>See the editor, compare available plans and decide which features your business needs. Confirm current pricing and terms before purchasing.</w:t>
      </w:r>
    </w:p>
    <w:p>
      <w:hyperlink r:id="rId17">
        <w:r>
          <w:rPr>
            <w:color w:val="08736F"/>
            <w:u w:val="single"/>
            <w:sz w:val="22"/>
          </w:rPr>
          <w:t>Website Builder overview</w:t>
        </w:r>
      </w:hyperlink>
    </w:p>
    <w:p>
      <w:pPr>
        <w:pStyle w:val="Heading1"/>
      </w:pPr>
      <w:r>
        <w:t>Create your account</w:t>
      </w:r>
    </w:p>
    <w:p>
      <w:r>
        <w:t>Set up your SaaSTech Servers customer account using your own details. Creating an account is separate from purchasing a Website Builder plan.</w:t>
      </w:r>
    </w:p>
    <w:p>
      <w:hyperlink r:id="rId20">
        <w:r>
          <w:rPr>
            <w:color w:val="08736F"/>
            <w:u w:val="single"/>
            <w:sz w:val="22"/>
          </w:rPr>
          <w:t>Create your SaaSTech account</w:t>
        </w:r>
      </w:hyperlink>
    </w:p>
    <w:p>
      <w:pPr>
        <w:pStyle w:val="Heading1"/>
      </w:pPr>
      <w:r>
        <w:t>Choose your plan</w:t>
      </w:r>
    </w:p>
    <w:p>
      <w:r>
        <w:t>Open the secure shop to review the plan, subscription term and final total. Use the account connected to your purchase when you open your service.</w:t>
      </w:r>
    </w:p>
    <w:p>
      <w:hyperlink r:id="rId21">
        <w:r>
          <w:rPr>
            <w:color w:val="08736F"/>
            <w:u w:val="single"/>
            <w:sz w:val="22"/>
          </w:rPr>
          <w:t>View Website Builder plans</w:t>
        </w:r>
      </w:hyperlink>
    </w:p>
    <w:p>
      <w:pPr>
        <w:pStyle w:val="Heading1"/>
      </w:pPr>
      <w:r>
        <w:t>Build and check your pages</w:t>
      </w:r>
    </w:p>
    <w:p>
      <w:r>
        <w:t>Add the pages from this workbook. Transfer your approved wording, upload permission-cleared photos and review each page on desktop and mobile before publishing.</w:t>
      </w:r>
    </w:p>
    <w:p>
      <w:hyperlink r:id="rId17">
        <w:r>
          <w:rPr>
            <w:color w:val="08736F"/>
            <w:u w:val="single"/>
            <w:sz w:val="22"/>
          </w:rPr>
          <w:t>Return to the Website Builder guide</w:t>
        </w:r>
      </w:hyperlink>
    </w:p>
    <w:p>
      <w:pPr>
        <w:pStyle w:val="Heading1"/>
      </w:pPr>
      <w:r>
        <w:t>Using a printed workbook</w:t>
      </w:r>
    </w:p>
    <w:p>
      <w:r>
        <w:t>Type these short addresses into your browser. The account guide includes the Create My Account button.</w:t>
      </w:r>
    </w:p>
    <w:p>
      <w:hyperlink r:id="rId17">
        <w:r>
          <w:rPr>
            <w:color w:val="08736F"/>
            <w:u w:val="single"/>
            <w:sz w:val="20"/>
          </w:rPr>
          <w:t>www.saastech.net/products/website-builder</w:t>
        </w:r>
      </w:hyperlink>
    </w:p>
    <w:p>
      <w:hyperlink r:id="rId22">
        <w:r>
          <w:rPr>
            <w:color w:val="08736F"/>
            <w:u w:val="single"/>
            <w:sz w:val="20"/>
          </w:rPr>
          <w:t>www.saastech.net/create-account</w:t>
        </w:r>
      </w:hyperlink>
    </w:p>
    <w:p>
      <w:pPr>
        <w:spacing w:before="200"/>
      </w:pPr>
      <w:r>
        <w:rPr>
          <w:sz w:val="18"/>
        </w:rPr>
        <w:t>This workbook does not create an account, purchase a plan or publish your website. Keep passwords, payment details and confidential customer information out of your draft.</w:t>
      </w:r>
    </w:p>
    <w:sectPr w:rsidR="00FC693F" w:rsidRPr="0006063C" w:rsidSect="00034616">
      <w:footerReference w:type="default" r:id="rId9"/>
      <w:headerReference w:type="default" r:id="rId18"/>
      <w:footerReference w:type="first" r:id="rId19"/>
      <w:pgSz w:w="12240" w:h="15840"/>
      <w:pgMar w:top="936" w:right="1080" w:bottom="936" w:left="1080" w:header="317"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hyperlink r:id="rId1">
      <w:r>
        <w:rPr>
          <w:color w:val="08736F"/>
          <w:u w:val="single"/>
          <w:sz w:val="18"/>
        </w:rPr>
        <w:t>www.saastech.net</w:t>
      </w:r>
    </w:hyperlink>
    <w:r>
      <w:rPr>
        <w:sz w:val="16"/>
      </w:rPr>
      <w:t xml:space="preserve">   |   </w:t>
    </w:r>
    <w:hyperlink r:id="rId2">
      <w:r>
        <w:rPr>
          <w:sz w:val="16"/>
        </w:rPr>
        <w:t xml:space="preserve">Municipal Government website workbook</w:t>
      </w:r>
    </w:hyperlink>
    <w:r>
      <w:rPr>
        <w:sz w:val="16"/>
      </w:rPr>
      <w:t xml:space="preserve">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hyperlink r:id="rId1">
      <w:r>
        <w:rPr>
          <w:color w:val="08736F"/>
          <w:u w:val="single"/>
          <w:sz w:val="18"/>
        </w:rPr>
        <w:t>www.saastech.net</w:t>
      </w:r>
    </w:hyperlink>
    <w:r>
      <w:rPr>
        <w:sz w:val="16"/>
      </w:rPr>
      <w:t xml:space="preserve">   |   </w:t>
    </w:r>
    <w:hyperlink r:id="rId2">
      <w:r>
        <w:rPr>
          <w:sz w:val="16"/>
        </w:rPr>
        <w:t xml:space="preserve">Municipal Government website workbook</w:t>
      </w:r>
    </w:hyperlink>
    <w:r>
      <w:rPr>
        <w:sz w:val="16"/>
      </w:rPr>
      <w:t xml:space="preserv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8736F"/>
        <w:sz w:val="18"/>
      </w:rPr>
      <w:t>SaaSTech Servers</w:t>
    </w:r>
    <w:r>
      <w:rPr>
        <w:color w:val="000000"/>
        <w:sz w:val="16"/>
      </w:rPr>
      <w:t xml:space="preserve">   /   MUNICIPAL GOVERNMENT WEBSITE WORKSHOP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4"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40" w:line="254" w:lineRule="auto"/>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140" w:line="254" w:lineRule="auto"/>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54"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rivacy.png"/><Relationship Id="rId12" Type="http://schemas.openxmlformats.org/officeDocument/2006/relationships/image" Target="media/image3-privacy.png"/><Relationship Id="rId13" Type="http://schemas.openxmlformats.org/officeDocument/2006/relationships/image" Target="media/image4-privacy.png"/><Relationship Id="rId14" Type="http://schemas.openxmlformats.org/officeDocument/2006/relationships/image" Target="media/image5-privacy.png"/><Relationship Id="rId15" Type="http://schemas.openxmlformats.org/officeDocument/2006/relationships/image" Target="media/image6-privacy.png"/><Relationship Id="rId16" Type="http://schemas.openxmlformats.org/officeDocument/2006/relationships/image" Target="media/image7.png"/><Relationship Id="rId17" Type="http://schemas.openxmlformats.org/officeDocument/2006/relationships/hyperlink" Target="https://www.saastech.net/products/website-builder" TargetMode="External"/><Relationship Id="rId18" Type="http://schemas.openxmlformats.org/officeDocument/2006/relationships/header" Target="header1.xml"/><Relationship Id="rId19" Type="http://schemas.openxmlformats.org/officeDocument/2006/relationships/footer" Target="footer2.xml"/><Relationship Id="rId20" Type="http://schemas.openxmlformats.org/officeDocument/2006/relationships/hyperlink" Target="https://sso.secureserver.net/account/create?app=account&amp;path=%2F&amp;plid=115853&amp;prog_id=initech&amp;realm=idp" TargetMode="External"/><Relationship Id="rId21" Type="http://schemas.openxmlformats.org/officeDocument/2006/relationships/hyperlink" Target="https://shop.saastech.net/products/website-builder" TargetMode="External"/><Relationship Id="rId22" Type="http://schemas.openxmlformats.org/officeDocument/2006/relationships/hyperlink" Target="https://www.saastech.net/create-account" TargetMode="External"/><Relationship Id="rId23" Type="http://schemas.openxmlformats.org/officeDocument/2006/relationships/image" Target="media/image8.png"/><Relationship Id="rId24" Type="http://schemas.openxmlformats.org/officeDocument/2006/relationships/image" Target="media/image9.png"/><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png"/></Relationships>
</file>

<file path=word/_rels/footer1.xml.rels><?xml version='1.0' encoding='UTF-8' standalone='yes'?>
<Relationships xmlns="http://schemas.openxmlformats.org/package/2006/relationships"><Relationship Id="rId1" Type="http://schemas.openxmlformats.org/officeDocument/2006/relationships/hyperlink" Target="https://www.saastech.net" TargetMode="External"/><Relationship Id="rId2" Type="http://schemas.openxmlformats.org/officeDocument/2006/relationships/hyperlink" Target="https://www.saastech.net/industry/municipal-government"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saastech.net" TargetMode="External"/><Relationship Id="rId2" Type="http://schemas.openxmlformats.org/officeDocument/2006/relationships/hyperlink" Target="https://www.saastech.net/industry/municipal-govern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Municipal Government Website Workbook</dc:title>
  <dc:subject>SaaSTech Servers website planning workshop for Municipal Government</dc:subject>
  <dc:creator>SaaSTech Servers</dc:creator>
  <cp:keywords/>
  <dc:description>generated by python-docx</dc:description>
  <cp:lastModifiedBy/>
  <cp:revision>1</cp:revision>
  <dcterms:created xsi:type="dcterms:W3CDTF">2013-12-23T23:15:00Z</dcterms:created>
  <dcterms:modified xsi:type="dcterms:W3CDTF">2013-12-23T23:15:00Z</dcterms:modified>
  <cp:category/>
</cp:coreProperties>
</file>