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Event Planners &amp; Entertainers</w:t>
        <w:br/>
        <w:t>Website workbook</w:t>
      </w:r>
    </w:p>
    <w:p>
      <w:pPr>
        <w:spacing w:after="360"/>
      </w:pPr>
      <w:r>
        <w:t>Plan a clear website for event planners &amp; entertainers.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Home and reel, Services and packages, Events and portfolio, Planning requirements, Availability enquir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Aurora Stage &amp; Events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EVENT PLANNERS &amp; ENTERTAINERS</w:t>
      </w:r>
    </w:p>
    <w:p>
      <w:pPr>
        <w:pStyle w:val="Title"/>
      </w:pPr>
      <w:r>
        <w:t>Your website brief</w:t>
      </w:r>
    </w:p>
    <w:p>
      <w:r>
        <w:t>A SaaSTech Servers workshop for event planners &amp; entertainers. Plan your website, learn from the Aurora Stage &amp; Events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Home and reel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 and reel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the experience, service area, audience fit, and date-availability action without forcing a long video to load first.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Aurora Stage &amp; Events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Start planning the atmosphere for your event</w:t>
      </w:r>
    </w:p>
    <w:p>
      <w:r>
        <w:rPr>
          <w:b w:val="0"/>
        </w:rPr>
        <w:t>Explore the performance and production examples, then tell us about your occasion. Scope, venue requirements and availability are discussed before a booking is agreed.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and reel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 and reel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Services and packag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Services and packages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Separate planning, performance, production, hosting, add-ons, and package guidance in buyer language.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ervices-package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Aurora Stage &amp; Events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Choose support for the event you are planning</w:t>
      </w:r>
    </w:p>
    <w:p>
      <w:r>
        <w:rPr>
          <w:b w:val="0"/>
        </w:rPr>
        <w:t>Describe the audience, format and timing. We will clarify the service, equipment, staffing and exclusions before quoting. A package example is a starting point, not a confirmed offer.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Services and packag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Services and packages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Events and portfolio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Events and portfolio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relevant weddings, corporate events, festivals, private functions, or productions with permission and context.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events-portfolio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Aurora Stage &amp; Events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See the event in context</w:t>
      </w:r>
    </w:p>
    <w:p>
      <w:r>
        <w:rPr>
          <w:b w:val="0"/>
        </w:rPr>
        <w:t>Look at the venue, audience and work provided in each example. Published photographs need permission and useful captions. Illustrative scenes should not be presented as completed client events.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Events and portfolio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Events and portfolio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Planning requirem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Planning requirements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travel, space, power, sound, setup, access, timing, deposits, cancellations, and venue coordination.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planning-requirements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Aurora Stage &amp; Events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Prepare the venue information</w:t>
      </w:r>
    </w:p>
    <w:p>
      <w:r>
        <w:rPr>
          <w:b w:val="0"/>
        </w:rPr>
        <w:t>Share access, performance space, timing and available facilities. Discuss setup, sound limits and weather arrangements where relevant. Responsibilities should be confirmed with the venue before booking.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Planning requirem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Planning requirements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Availability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Availability enquiry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Ask for date, venue, location, event type, audience size, timing, desired service, and contact details.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vailability-enquiry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Aurora Stage &amp; Events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Ask about your date</w:t>
      </w:r>
    </w:p>
    <w:p>
      <w:r>
        <w:rPr>
          <w:b w:val="0"/>
        </w:rPr>
        <w:t>Include the occasion, date, venue, guest count and service interest. The team will review fit and availability. A request does not reserve performers or confirm an event package.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Availability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Availability enquiry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event planners &amp; entertainers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Event Planners &amp; Entertainers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Event Planners &amp; Entertainers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EVENT PLANNERS &amp; ENTERTAINERS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events-entertainment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events-entertain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Planners &amp; Entertainers Website Workbook</dc:title>
  <dc:subject>SaaSTech Servers website planning workshop for Event Planners &amp; Entertainers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