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8" name="Picture 8" descr="SaaSTech Servers logo"/>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Electricians</w:t>
        <w:br/>
        <w:t>Website workbook</w:t>
      </w:r>
    </w:p>
    <w:p>
      <w:pPr>
        <w:spacing w:after="360"/>
      </w:pPr>
      <w:r>
        <w:t>Plan a clear website for electricians.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9" name="Picture 9" descr="Recommended website pages: Home, Residential services, Commercial services, Qualifications, Request an assessment"/>
            <wp:cNvGraphicFramePr>
              <a:graphicFrameLocks noChangeAspect="1"/>
            </wp:cNvGraphicFramePr>
            <a:graphic>
              <a:graphicData uri="http://schemas.openxmlformats.org/drawingml/2006/picture">
                <pic:pic>
                  <pic:nvPicPr>
                    <pic:cNvPr id="0" name="page-map.png"/>
                    <pic:cNvPicPr/>
                  </pic:nvPicPr>
                  <pic:blipFill>
                    <a:blip r:embed="rId23"/>
                    <a:stretch>
                      <a:fillRect/>
                    </a:stretch>
                  </pic:blipFill>
                  <pic:spPr>
                    <a:xfrm>
                      <a:off x="0" y="0"/>
                      <a:ext cx="6400800" cy="2667000"/>
                    </a:xfrm>
                    <a:prstGeom prst="rect"/>
                  </pic:spPr>
                </pic:pic>
              </a:graphicData>
            </a:graphic>
          </wp:inline>
        </w:drawing>
      </w:r>
    </w:p>
    <w:p>
      <w:pPr>
        <w:pStyle w:val="Heading1"/>
      </w:pPr>
      <w:r>
        <w:t>Inside this workbook</w:t>
      </w:r>
    </w:p>
    <w:p>
      <w:r>
        <w:t>Five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Prairie Current Electrical</w:t>
      </w:r>
    </w:p>
    <w:p>
      <w:r>
        <w:br w:type="page"/>
      </w:r>
    </w:p>
    <w:p>
      <w:pPr>
        <w:spacing w:after="0" w:line="20" w:lineRule="exact"/>
      </w:pPr>
    </w:p>
    <w:p>
      <w:pPr>
        <w:spacing w:after="100"/>
      </w:pPr>
      <w:r>
        <w:rPr>
          <w:b/>
          <w:color w:val="08736F"/>
          <w:sz w:val="18"/>
        </w:rPr>
        <w:t>ELECTRICIANS</w:t>
      </w:r>
    </w:p>
    <w:p>
      <w:pPr>
        <w:pStyle w:val="Title"/>
      </w:pPr>
      <w:r>
        <w:t>Your website brief</w:t>
      </w:r>
    </w:p>
    <w:p>
      <w:r>
        <w:t>A SaaSTech Servers workshop for electricians. Plan your website, learn from the Prairie Current Electrical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0" name="Picture 10"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Identify the customer types served, geographic area, and primary assessment action.</w:t>
      </w:r>
    </w:p>
    <w:p>
      <w:pPr>
        <w:spacing w:after="100"/>
      </w:pPr>
      <w:r>
        <w:drawing>
          <wp:inline xmlns:a="http://schemas.openxmlformats.org/drawingml/2006/main" xmlns:pic="http://schemas.openxmlformats.org/drawingml/2006/picture">
            <wp:extent cx="5661964" cy="3263493"/>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1-home.png" descr="Privacy-cropped excerpt from the retained fictional demonstration; not a new Builder capture."/>
                    <pic:cNvPicPr/>
                  </pic:nvPicPr>
                  <pic:blipFill>
                    <a:blip r:embed="rId11"/>
                    <a:stretch>
                      <a:fillRect/>
                    </a:stretch>
                  </pic:blipFill>
                  <pic:spPr>
                    <a:xfrm>
                      <a:off x="0" y="0"/>
                      <a:ext cx="5661964" cy="3263493"/>
                    </a:xfrm>
                    <a:prstGeom prst="rect"/>
                  </pic:spPr>
                </pic:pic>
              </a:graphicData>
            </a:graphic>
          </wp:inline>
        </w:drawing>
      </w:r>
    </w:p>
    <w:p>
      <w:r>
        <w:rPr>
          <w:sz w:val="18"/>
        </w:rPr>
        <w:t xml:space="preserve">Prairie Current Electrical example  |  </w:t>
      </w:r>
      <w:hyperlink r:id="rId17">
        <w:r>
          <w:rPr>
            <w:color w:val="08736F"/>
            <w:u w:val="single"/>
            <w:sz w:val="18"/>
          </w:rPr>
          <w:t>Explore SaaSTech Website Builder</w:t>
        </w:r>
      </w:hyperlink>
    </w:p>
    <w:p>
      <w:pPr>
        <w:pStyle w:val="Heading1"/>
      </w:pPr>
      <w:r>
        <w:t>Sample wording to adapt</w:t>
      </w:r>
    </w:p>
    <w:p>
      <w:r>
        <w:rPr>
          <w:b/>
          <w:sz w:val="24"/>
        </w:rPr>
        <w:t>Electrical projects with a clear plan</w:t>
      </w:r>
    </w:p>
    <w:p>
      <w:r>
        <w:rPr>
          <w:b w:val="0"/>
        </w:rPr>
        <w:t>Explore residential and commercial electrical services. Describe your property, proposed work and preferred timing. The contractor will confirm assessment, scope and availability before arranging the work.</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2" name="Picture 12" descr="Page plan with Residential service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Residential services</w:t>
      </w:r>
    </w:p>
    <w:p>
      <w:pPr>
        <w:pStyle w:val="Heading1"/>
      </w:pPr>
      <w:r>
        <w:t>The job of this page</w:t>
      </w:r>
    </w:p>
    <w:p>
      <w:r>
        <w:rPr>
          <w:b w:val="0"/>
        </w:rPr>
        <w:t>Explain repairs, panels, lighting, renovations, EV charging, and other offered work.</w:t>
      </w:r>
    </w:p>
    <w:p>
      <w:pPr>
        <w:spacing w:after="100"/>
      </w:pPr>
      <w:r>
        <w:drawing>
          <wp:inline xmlns:a="http://schemas.openxmlformats.org/drawingml/2006/main" xmlns:pic="http://schemas.openxmlformats.org/drawingml/2006/picture">
            <wp:extent cx="5661964" cy="3263493"/>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2-residential-services.png" descr="Privacy-cropped excerpt from the retained fictional demonstration; not a new Builder capture."/>
                    <pic:cNvPicPr/>
                  </pic:nvPicPr>
                  <pic:blipFill>
                    <a:blip r:embed="rId12"/>
                    <a:stretch>
                      <a:fillRect/>
                    </a:stretch>
                  </pic:blipFill>
                  <pic:spPr>
                    <a:xfrm>
                      <a:off x="0" y="0"/>
                      <a:ext cx="5661964" cy="3263493"/>
                    </a:xfrm>
                    <a:prstGeom prst="rect"/>
                  </pic:spPr>
                </pic:pic>
              </a:graphicData>
            </a:graphic>
          </wp:inline>
        </w:drawing>
      </w:r>
    </w:p>
    <w:p>
      <w:r>
        <w:rPr>
          <w:sz w:val="18"/>
        </w:rPr>
        <w:t xml:space="preserve">Prairie Current Electrical example  |  </w:t>
      </w:r>
      <w:hyperlink r:id="rId17">
        <w:r>
          <w:rPr>
            <w:color w:val="08736F"/>
            <w:u w:val="single"/>
            <w:sz w:val="18"/>
          </w:rPr>
          <w:t>Explore SaaSTech Website Builder</w:t>
        </w:r>
      </w:hyperlink>
    </w:p>
    <w:p>
      <w:pPr>
        <w:pStyle w:val="Heading1"/>
      </w:pPr>
      <w:r>
        <w:t>Sample wording to adapt</w:t>
      </w:r>
    </w:p>
    <w:p>
      <w:r>
        <w:rPr>
          <w:b/>
          <w:sz w:val="24"/>
        </w:rPr>
        <w:t>Residential electrical enquiries</w:t>
      </w:r>
    </w:p>
    <w:p>
      <w:r>
        <w:rPr>
          <w:b w:val="0"/>
        </w:rPr>
        <w:t>Tell us the work you are planning, the property type and preferred timing. The business will confirm what assessment is needed before agreeing scope, price or dates. Do not attempt electrical work based on this website example.</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3" name="Picture 13" descr="Page plan with Residential service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Residential services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4" name="Picture 14" descr="Page plan with Commercial services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Commercial services</w:t>
      </w:r>
    </w:p>
    <w:p>
      <w:pPr>
        <w:pStyle w:val="Heading1"/>
      </w:pPr>
      <w:r>
        <w:t>The job of this page</w:t>
      </w:r>
    </w:p>
    <w:p>
      <w:r>
        <w:rPr>
          <w:b w:val="0"/>
        </w:rPr>
        <w:t>Describe project capacity, maintenance work, and how commercial enquiries are assessed.</w:t>
      </w:r>
    </w:p>
    <w:p>
      <w:pPr>
        <w:spacing w:after="100"/>
      </w:pPr>
      <w:r>
        <w:drawing>
          <wp:inline xmlns:a="http://schemas.openxmlformats.org/drawingml/2006/main" xmlns:pic="http://schemas.openxmlformats.org/drawingml/2006/picture">
            <wp:extent cx="5661964" cy="3263493"/>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3-commercial-services.png" descr="Privacy-cropped excerpt from the retained fictional demonstration; not a new Builder capture."/>
                    <pic:cNvPicPr/>
                  </pic:nvPicPr>
                  <pic:blipFill>
                    <a:blip r:embed="rId13"/>
                    <a:stretch>
                      <a:fillRect/>
                    </a:stretch>
                  </pic:blipFill>
                  <pic:spPr>
                    <a:xfrm>
                      <a:off x="0" y="0"/>
                      <a:ext cx="5661964" cy="3263493"/>
                    </a:xfrm>
                    <a:prstGeom prst="rect"/>
                  </pic:spPr>
                </pic:pic>
              </a:graphicData>
            </a:graphic>
          </wp:inline>
        </w:drawing>
      </w:r>
    </w:p>
    <w:p>
      <w:r>
        <w:rPr>
          <w:sz w:val="18"/>
        </w:rPr>
        <w:t xml:space="preserve">Prairie Current Electrical example  |  </w:t>
      </w:r>
      <w:hyperlink r:id="rId17">
        <w:r>
          <w:rPr>
            <w:color w:val="08736F"/>
            <w:u w:val="single"/>
            <w:sz w:val="18"/>
          </w:rPr>
          <w:t>Explore SaaSTech Website Builder</w:t>
        </w:r>
      </w:hyperlink>
    </w:p>
    <w:p>
      <w:pPr>
        <w:pStyle w:val="Heading1"/>
      </w:pPr>
      <w:r>
        <w:t>Sample wording to adapt</w:t>
      </w:r>
    </w:p>
    <w:p>
      <w:r>
        <w:rPr>
          <w:b/>
          <w:sz w:val="24"/>
        </w:rPr>
        <w:t>Plan work around your business</w:t>
      </w:r>
    </w:p>
    <w:p>
      <w:r>
        <w:rPr>
          <w:b w:val="0"/>
        </w:rPr>
        <w:t>Describe the premises, proposed work and any access or operating-hour constraints. Discuss assessment, coordination and scheduling with the contractor before committing to a project.</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5" name="Picture 15" descr="Page plan with Commercial services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Commercial services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6" name="Picture 16" descr="Page plan with Qualifications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Qualifications</w:t>
      </w:r>
    </w:p>
    <w:p>
      <w:pPr>
        <w:pStyle w:val="Heading1"/>
      </w:pPr>
      <w:r>
        <w:t>The job of this page</w:t>
      </w:r>
    </w:p>
    <w:p>
      <w:r>
        <w:rPr>
          <w:b w:val="0"/>
        </w:rPr>
        <w:t>Publish verifiable licensing, insurance, safety training, and relevant experience.</w:t>
      </w:r>
    </w:p>
    <w:p>
      <w:pPr>
        <w:spacing w:after="100"/>
      </w:pPr>
      <w:r>
        <w:drawing>
          <wp:inline xmlns:a="http://schemas.openxmlformats.org/drawingml/2006/main" xmlns:pic="http://schemas.openxmlformats.org/drawingml/2006/picture">
            <wp:extent cx="5661964" cy="3263493"/>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4-qualifications.png" descr="Privacy-cropped excerpt from the retained fictional demonstration; not a new Builder capture."/>
                    <pic:cNvPicPr/>
                  </pic:nvPicPr>
                  <pic:blipFill>
                    <a:blip r:embed="rId14"/>
                    <a:stretch>
                      <a:fillRect/>
                    </a:stretch>
                  </pic:blipFill>
                  <pic:spPr>
                    <a:xfrm>
                      <a:off x="0" y="0"/>
                      <a:ext cx="5661964" cy="3263493"/>
                    </a:xfrm>
                    <a:prstGeom prst="rect"/>
                  </pic:spPr>
                </pic:pic>
              </a:graphicData>
            </a:graphic>
          </wp:inline>
        </w:drawing>
      </w:r>
    </w:p>
    <w:p>
      <w:r>
        <w:rPr>
          <w:sz w:val="18"/>
        </w:rPr>
        <w:t xml:space="preserve">Prairie Current Electrical example  |  </w:t>
      </w:r>
      <w:hyperlink r:id="rId17">
        <w:r>
          <w:rPr>
            <w:color w:val="08736F"/>
            <w:u w:val="single"/>
            <w:sz w:val="18"/>
          </w:rPr>
          <w:t>Explore SaaSTech Website Builder</w:t>
        </w:r>
      </w:hyperlink>
    </w:p>
    <w:p>
      <w:pPr>
        <w:pStyle w:val="Heading1"/>
      </w:pPr>
      <w:r>
        <w:t>Sample wording to adapt</w:t>
      </w:r>
    </w:p>
    <w:p>
      <w:r>
        <w:rPr>
          <w:b/>
          <w:sz w:val="24"/>
        </w:rPr>
        <w:t>Ask about the people doing the work</w:t>
      </w:r>
    </w:p>
    <w:p>
      <w:r>
        <w:rPr>
          <w:b w:val="0"/>
        </w:rPr>
        <w:t>Confirm current licensing, insurance and relevant experience directly with the contractor. This fictional example does not claim credentials. Publish only qualifications and project evidence that can be verified.</w:t>
      </w:r>
    </w:p>
    <w:p>
      <w:pPr>
        <w:pStyle w:val="Heading1"/>
      </w:pPr>
      <w:r>
        <w:t>Pause and plan</w:t>
      </w:r>
    </w:p>
    <w:p>
      <w:r>
        <w:rPr>
          <w:b w:val="0"/>
          <w:sz w:val="20"/>
        </w:rPr>
        <w:t>Which names, roles and qualifications can you verify? What would help a visitor feel comfortable contacting you? Obtain permission for portraits and describe actual experience without unsupported claims.</w:t>
      </w:r>
    </w:p>
    <w:p>
      <w:r>
        <w:br w:type="page"/>
      </w:r>
    </w:p>
    <w:p>
      <w:pPr>
        <w:spacing w:after="160"/>
      </w:pPr>
      <w:r>
        <w:drawing>
          <wp:inline xmlns:a="http://schemas.openxmlformats.org/drawingml/2006/main" xmlns:pic="http://schemas.openxmlformats.org/drawingml/2006/picture">
            <wp:extent cx="6400800" cy="746760"/>
            <wp:docPr id="17" name="Picture 17" descr="Page plan with Qualifications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Qualifications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People roles approach and verified credentials to introduce</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8" name="Picture 18" descr="Page plan with Request an assessment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Request an assessment</w:t>
      </w:r>
    </w:p>
    <w:p>
      <w:pPr>
        <w:pStyle w:val="Heading1"/>
      </w:pPr>
      <w:r>
        <w:t>The job of this page</w:t>
      </w:r>
    </w:p>
    <w:p>
      <w:r>
        <w:rPr>
          <w:b w:val="0"/>
        </w:rPr>
        <w:t>Collect property type, location, project description, timing, and contact details.</w:t>
      </w:r>
    </w:p>
    <w:p>
      <w:pPr>
        <w:spacing w:after="100"/>
      </w:pPr>
      <w:r>
        <w:drawing>
          <wp:inline xmlns:a="http://schemas.openxmlformats.org/drawingml/2006/main" xmlns:pic="http://schemas.openxmlformats.org/drawingml/2006/picture">
            <wp:extent cx="5661964" cy="3263493"/>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5-request-assessment.png" descr="Privacy-cropped excerpt from the retained fictional demonstration; not a new Builder capture."/>
                    <pic:cNvPicPr/>
                  </pic:nvPicPr>
                  <pic:blipFill>
                    <a:blip r:embed="rId15"/>
                    <a:stretch>
                      <a:fillRect/>
                    </a:stretch>
                  </pic:blipFill>
                  <pic:spPr>
                    <a:xfrm>
                      <a:off x="0" y="0"/>
                      <a:ext cx="5661964" cy="3263493"/>
                    </a:xfrm>
                    <a:prstGeom prst="rect"/>
                  </pic:spPr>
                </pic:pic>
              </a:graphicData>
            </a:graphic>
          </wp:inline>
        </w:drawing>
      </w:r>
    </w:p>
    <w:p>
      <w:r>
        <w:rPr>
          <w:sz w:val="18"/>
        </w:rPr>
        <w:t xml:space="preserve">Prairie Current Electrical example  |  </w:t>
      </w:r>
      <w:hyperlink r:id="rId17">
        <w:r>
          <w:rPr>
            <w:color w:val="08736F"/>
            <w:u w:val="single"/>
            <w:sz w:val="18"/>
          </w:rPr>
          <w:t>Explore SaaSTech Website Builder</w:t>
        </w:r>
      </w:hyperlink>
    </w:p>
    <w:p>
      <w:pPr>
        <w:pStyle w:val="Heading1"/>
      </w:pPr>
      <w:r>
        <w:t>Sample wording to adapt</w:t>
      </w:r>
    </w:p>
    <w:p>
      <w:r>
        <w:rPr>
          <w:b/>
          <w:sz w:val="24"/>
        </w:rPr>
        <w:t>Request an assessment</w:t>
      </w:r>
    </w:p>
    <w:p>
      <w:r>
        <w:rPr>
          <w:b w:val="0"/>
        </w:rPr>
        <w:t>Share your community, property type, proposed work and preferred contact method. The next conversation will establish scope and assessment arrangements. A request does not confirm a price or appointment.</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19" name="Picture 19" descr="Page plan with Request an assessment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Request an assessment</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electricians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7">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0">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1">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7">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7">
        <w:r>
          <w:rPr>
            <w:color w:val="08736F"/>
            <w:u w:val="single"/>
            <w:sz w:val="20"/>
          </w:rPr>
          <w:t>www.saastech.net/products/website-builder</w:t>
        </w:r>
      </w:hyperlink>
    </w:p>
    <w:p>
      <w:hyperlink r:id="rId22">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8"/>
      <w:footerReference w:type="first" r:id="rId19"/>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Electricians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Electricians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ELECTRICIANS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ng"/><Relationship Id="rId17" Type="http://schemas.openxmlformats.org/officeDocument/2006/relationships/hyperlink" Target="https://www.saastech.net/products/website-builder" TargetMode="External"/><Relationship Id="rId18" Type="http://schemas.openxmlformats.org/officeDocument/2006/relationships/header" Target="header1.xml"/><Relationship Id="rId19" Type="http://schemas.openxmlformats.org/officeDocument/2006/relationships/footer" Target="footer2.xml"/><Relationship Id="rId20" Type="http://schemas.openxmlformats.org/officeDocument/2006/relationships/hyperlink" Target="https://sso.secureserver.net/account/create?app=account&amp;path=%2F&amp;plid=115853&amp;prog_id=initech&amp;realm=idp" TargetMode="External"/><Relationship Id="rId21" Type="http://schemas.openxmlformats.org/officeDocument/2006/relationships/hyperlink" Target="https://shop.saastech.net/products/website-builder" TargetMode="External"/><Relationship Id="rId22" Type="http://schemas.openxmlformats.org/officeDocument/2006/relationships/hyperlink" Target="https://www.saastech.net/create-account" TargetMode="External"/><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electrical"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electric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Electricians Website Workbook</dc:title>
  <dc:subject>SaaSTech Servers website planning workshop for Electricians</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