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8" name="Picture 8" descr="SaaSTech Servers logo"/>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Economic Development</w:t>
        <w:br/>
        <w:t>Website workbook</w:t>
      </w:r>
    </w:p>
    <w:p>
      <w:pPr>
        <w:spacing w:after="360"/>
      </w:pPr>
      <w:r>
        <w:t>Plan a clear website for economic development.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9" name="Picture 9" descr="Recommended website pages: Why invest here, Sites and opportunities, Community data, Business support, Contact the development team"/>
            <wp:cNvGraphicFramePr>
              <a:graphicFrameLocks noChangeAspect="1"/>
            </wp:cNvGraphicFramePr>
            <a:graphic>
              <a:graphicData uri="http://schemas.openxmlformats.org/drawingml/2006/picture">
                <pic:pic>
                  <pic:nvPicPr>
                    <pic:cNvPr id="0" name="page-map.png"/>
                    <pic:cNvPicPr/>
                  </pic:nvPicPr>
                  <pic:blipFill>
                    <a:blip r:embed="rId23"/>
                    <a:stretch>
                      <a:fillRect/>
                    </a:stretch>
                  </pic:blipFill>
                  <pic:spPr>
                    <a:xfrm>
                      <a:off x="0" y="0"/>
                      <a:ext cx="6400800" cy="2667000"/>
                    </a:xfrm>
                    <a:prstGeom prst="rect"/>
                  </pic:spPr>
                </pic:pic>
              </a:graphicData>
            </a:graphic>
          </wp:inline>
        </w:drawing>
      </w:r>
    </w:p>
    <w:p>
      <w:pPr>
        <w:pStyle w:val="Heading1"/>
      </w:pPr>
      <w:r>
        <w:t>Inside this workbook</w:t>
      </w:r>
    </w:p>
    <w:p>
      <w:r>
        <w:t>Five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Horizon Development Alliance</w:t>
      </w:r>
    </w:p>
    <w:p>
      <w:r>
        <w:br w:type="page"/>
      </w:r>
    </w:p>
    <w:p>
      <w:pPr>
        <w:spacing w:after="0" w:line="20" w:lineRule="exact"/>
      </w:pPr>
    </w:p>
    <w:p>
      <w:pPr>
        <w:spacing w:after="100"/>
      </w:pPr>
      <w:r>
        <w:rPr>
          <w:b/>
          <w:color w:val="08736F"/>
          <w:sz w:val="18"/>
        </w:rPr>
        <w:t>ECONOMIC DEVELOPMENT</w:t>
      </w:r>
    </w:p>
    <w:p>
      <w:pPr>
        <w:pStyle w:val="Title"/>
      </w:pPr>
      <w:r>
        <w:t>Your website brief</w:t>
      </w:r>
    </w:p>
    <w:p>
      <w:r>
        <w:t>A SaaSTech Servers workshop for economic development. Plan your website, learn from the Prairie Horizon Development Alliance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0" name="Picture 10" descr="Page plan with Why invest her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Why invest here</w:t>
      </w:r>
    </w:p>
    <w:p>
      <w:pPr>
        <w:pStyle w:val="Heading1"/>
      </w:pPr>
      <w:r>
        <w:t>The job of this page</w:t>
      </w:r>
    </w:p>
    <w:p>
      <w:r>
        <w:rPr>
          <w:b w:val="0"/>
        </w:rPr>
        <w:t>Summarize the location advantage with evidence, priority sectors, infrastructure, workforce, and market access.</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final.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Horizon Development Alliance example  |  </w:t>
      </w:r>
      <w:hyperlink r:id="rId17">
        <w:r>
          <w:rPr>
            <w:color w:val="08736F"/>
            <w:u w:val="single"/>
            <w:sz w:val="18"/>
          </w:rPr>
          <w:t>Explore SaaSTech Website Builder</w:t>
        </w:r>
      </w:hyperlink>
    </w:p>
    <w:p>
      <w:pPr>
        <w:pStyle w:val="Heading1"/>
      </w:pPr>
      <w:r>
        <w:t>Demo text example</w:t>
      </w:r>
    </w:p>
    <w:p>
      <w:r>
        <w:rPr>
          <w:b/>
          <w:color w:val="08736F"/>
          <w:sz w:val="24"/>
        </w:rPr>
        <w:t>INVEST. EXPAND. GROW HERE.</w:t>
      </w:r>
    </w:p>
    <w:p>
      <w:r>
        <w:rPr>
          <w:b w:val="0"/>
        </w:rPr>
        <w:t>Decision-ready sites, data and local support for Saskatchewan opportunities.</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1" name="Picture 11" descr="Page plan with Why invest here selected"/>
            <wp:cNvGraphicFramePr>
              <a:graphicFrameLocks noChangeAspect="1"/>
            </wp:cNvGraphicFramePr>
            <a:graphic>
              <a:graphicData uri="http://schemas.openxmlformats.org/drawingml/2006/picture">
                <pic:pic>
                  <pic:nvPicPr>
                    <pic:cNvPr id="0" name="progress-0.png"/>
                    <pic:cNvPicPr/>
                  </pic:nvPicPr>
                  <pic:blipFill>
                    <a:blip r:embed="rId24"/>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Why invest here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2" name="Picture 12" descr="Page plan with Sites and opportuniti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Sites and opportunities</w:t>
      </w:r>
    </w:p>
    <w:p>
      <w:pPr>
        <w:pStyle w:val="Heading1"/>
      </w:pPr>
      <w:r>
        <w:t>The job of this page</w:t>
      </w:r>
    </w:p>
    <w:p>
      <w:r>
        <w:rPr>
          <w:b w:val="0"/>
        </w:rPr>
        <w:t>Publish available land, buildings, development areas, and opportunity profiles with ownership and update dates.</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ites-opportunities-final.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Horizon Development Alliance example  |  </w:t>
      </w:r>
      <w:hyperlink r:id="rId17">
        <w:r>
          <w:rPr>
            <w:color w:val="08736F"/>
            <w:u w:val="single"/>
            <w:sz w:val="18"/>
          </w:rPr>
          <w:t>Explore SaaSTech Website Builder</w:t>
        </w:r>
      </w:hyperlink>
    </w:p>
    <w:p>
      <w:pPr>
        <w:pStyle w:val="Heading1"/>
      </w:pPr>
      <w:r>
        <w:t>Sample wording to adapt</w:t>
      </w:r>
    </w:p>
    <w:p>
      <w:r>
        <w:rPr>
          <w:b/>
          <w:sz w:val="24"/>
        </w:rPr>
        <w:t>Explore a potential location</w:t>
      </w:r>
    </w:p>
    <w:p>
      <w:r>
        <w:rPr>
          <w:b w:val="0"/>
        </w:rPr>
        <w:t>Review the property details, servicing, access and named contact. Ask the team to confirm current availability and constraints before relying on a listing. A featured opportunity is not an offer or approval.</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3" name="Picture 13" descr="Page plan with Sites and opportunities selected"/>
            <wp:cNvGraphicFramePr>
              <a:graphicFrameLocks noChangeAspect="1"/>
            </wp:cNvGraphicFramePr>
            <a:graphic>
              <a:graphicData uri="http://schemas.openxmlformats.org/drawingml/2006/picture">
                <pic:pic>
                  <pic:nvPicPr>
                    <pic:cNvPr id="0" name="progress-1.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Sites and opportunities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4" name="Picture 14" descr="Page plan with Community data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Community data</w:t>
      </w:r>
    </w:p>
    <w:p>
      <w:pPr>
        <w:pStyle w:val="Heading1"/>
      </w:pPr>
      <w:r>
        <w:t>The job of this page</w:t>
      </w:r>
    </w:p>
    <w:p>
      <w:r>
        <w:rPr>
          <w:b w:val="0"/>
        </w:rPr>
        <w:t>Present sourced population, workforce, transportation, utilities, taxation, and market information in a usable format.</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community-data-final.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Horizon Development Alliance example  |  </w:t>
      </w:r>
      <w:hyperlink r:id="rId17">
        <w:r>
          <w:rPr>
            <w:color w:val="08736F"/>
            <w:u w:val="single"/>
            <w:sz w:val="18"/>
          </w:rPr>
          <w:t>Explore SaaSTech Website Builder</w:t>
        </w:r>
      </w:hyperlink>
    </w:p>
    <w:p>
      <w:pPr>
        <w:pStyle w:val="Heading1"/>
      </w:pPr>
      <w:r>
        <w:t>Sample wording to adapt</w:t>
      </w:r>
    </w:p>
    <w:p>
      <w:r>
        <w:rPr>
          <w:b/>
          <w:sz w:val="24"/>
        </w:rPr>
        <w:t>Use current evidence for your decision</w:t>
      </w:r>
    </w:p>
    <w:p>
      <w:r>
        <w:rPr>
          <w:b w:val="0"/>
        </w:rPr>
        <w:t>Review population, workforce and infrastructure information with its source and reporting date. Ask for clarification where a figure affects your plans. Verify assumptions before committing to a site.</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5" name="Picture 15" descr="Page plan with Community data selected"/>
            <wp:cNvGraphicFramePr>
              <a:graphicFrameLocks noChangeAspect="1"/>
            </wp:cNvGraphicFramePr>
            <a:graphic>
              <a:graphicData uri="http://schemas.openxmlformats.org/drawingml/2006/picture">
                <pic:pic>
                  <pic:nvPicPr>
                    <pic:cNvPr id="0" name="progress-2.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Community data</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6" name="Picture 16" descr="Page plan with Business support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Business support</w:t>
      </w:r>
    </w:p>
    <w:p>
      <w:pPr>
        <w:pStyle w:val="Heading1"/>
      </w:pPr>
      <w:r>
        <w:t>The job of this page</w:t>
      </w:r>
    </w:p>
    <w:p>
      <w:r>
        <w:rPr>
          <w:b w:val="0"/>
        </w:rPr>
        <w:t>Explain permits, incentives, financing referrals, startup resources, and the organizations involved.</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business-support-final.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Horizon Development Alliance example  |  </w:t>
      </w:r>
      <w:hyperlink r:id="rId17">
        <w:r>
          <w:rPr>
            <w:color w:val="08736F"/>
            <w:u w:val="single"/>
            <w:sz w:val="18"/>
          </w:rPr>
          <w:t>Explore SaaSTech Website Builder</w:t>
        </w:r>
      </w:hyperlink>
    </w:p>
    <w:p>
      <w:pPr>
        <w:pStyle w:val="Heading1"/>
      </w:pPr>
      <w:r>
        <w:t>Sample wording to adapt</w:t>
      </w:r>
    </w:p>
    <w:p>
      <w:r>
        <w:rPr>
          <w:b/>
          <w:sz w:val="24"/>
        </w:rPr>
        <w:t>Find the next useful connection</w:t>
      </w:r>
    </w:p>
    <w:p>
      <w:r>
        <w:rPr>
          <w:b w:val="0"/>
        </w:rPr>
        <w:t>Describe your expansion or startup plans so the team can identify relevant contacts and programs. Eligibility, approvals and funding are determined by the responsible organizations, not by a website enquiry.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7" name="Picture 17" descr="Page plan with Business support selected"/>
            <wp:cNvGraphicFramePr>
              <a:graphicFrameLocks noChangeAspect="1"/>
            </wp:cNvGraphicFramePr>
            <a:graphic>
              <a:graphicData uri="http://schemas.openxmlformats.org/drawingml/2006/picture">
                <pic:pic>
                  <pic:nvPicPr>
                    <pic:cNvPr id="0" name="progress-3.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Business support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8" name="Picture 18" descr="Page plan with Contact the development team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Contact the development team</w:t>
      </w:r>
    </w:p>
    <w:p>
      <w:pPr>
        <w:pStyle w:val="Heading1"/>
      </w:pPr>
      <w:r>
        <w:t>The job of this page</w:t>
      </w:r>
    </w:p>
    <w:p>
      <w:r>
        <w:rPr>
          <w:b w:val="0"/>
        </w:rPr>
        <w:t>Offer a named, discreet contact path for investment, expansion, site-selection, and succession enquiries.</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contact-team-final.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Horizon Development Alliance example  |  </w:t>
      </w:r>
      <w:hyperlink r:id="rId17">
        <w:r>
          <w:rPr>
            <w:color w:val="08736F"/>
            <w:u w:val="single"/>
            <w:sz w:val="18"/>
          </w:rPr>
          <w:t>Explore SaaSTech Website Builder</w:t>
        </w:r>
      </w:hyperlink>
    </w:p>
    <w:p>
      <w:pPr>
        <w:pStyle w:val="Heading1"/>
      </w:pPr>
      <w:r>
        <w:t>Sample wording to adapt</w:t>
      </w:r>
    </w:p>
    <w:p>
      <w:r>
        <w:rPr>
          <w:b/>
          <w:sz w:val="24"/>
        </w:rPr>
        <w:t>Discuss an investment or expansion</w:t>
      </w:r>
    </w:p>
    <w:p>
      <w:r>
        <w:rPr>
          <w:b w:val="0"/>
        </w:rPr>
        <w:t>Share the project type, general location needs and approximate timing. Keep commercially sensitive documents out of the initial form. The team can explain an appropriate follow-up process.</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19" name="Picture 19" descr="Page plan with Contact the development team selected"/>
            <wp:cNvGraphicFramePr>
              <a:graphicFrameLocks noChangeAspect="1"/>
            </wp:cNvGraphicFramePr>
            <a:graphic>
              <a:graphicData uri="http://schemas.openxmlformats.org/drawingml/2006/picture">
                <pic:pic>
                  <pic:nvPicPr>
                    <pic:cNvPr id="0" name="progress-4.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Contact the development team</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economic development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7">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0">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1">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7">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7">
        <w:r>
          <w:rPr>
            <w:color w:val="08736F"/>
            <w:u w:val="single"/>
            <w:sz w:val="20"/>
          </w:rPr>
          <w:t>www.saastech.net/products/website-builder</w:t>
        </w:r>
      </w:hyperlink>
    </w:p>
    <w:p>
      <w:hyperlink r:id="rId22">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8"/>
      <w:footerReference w:type="first" r:id="rId19"/>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Economic Development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Economic Development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ECONOMIC DEVELOPMENT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ng"/><Relationship Id="rId17" Type="http://schemas.openxmlformats.org/officeDocument/2006/relationships/hyperlink" Target="https://www.saastech.net/products/website-builder" TargetMode="External"/><Relationship Id="rId18" Type="http://schemas.openxmlformats.org/officeDocument/2006/relationships/header" Target="header1.xml"/><Relationship Id="rId19" Type="http://schemas.openxmlformats.org/officeDocument/2006/relationships/footer" Target="footer2.xml"/><Relationship Id="rId20" Type="http://schemas.openxmlformats.org/officeDocument/2006/relationships/hyperlink" Target="https://sso.secureserver.net/account/create?app=account&amp;path=%2F&amp;plid=115853&amp;prog_id=initech&amp;realm=idp" TargetMode="External"/><Relationship Id="rId21" Type="http://schemas.openxmlformats.org/officeDocument/2006/relationships/hyperlink" Target="https://shop.saastech.net/products/website-builder" TargetMode="External"/><Relationship Id="rId22" Type="http://schemas.openxmlformats.org/officeDocument/2006/relationships/hyperlink" Target="https://www.saastech.net/create-account" TargetMode="External"/><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economic-developmen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economic-develop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Development Website Workbook</dc:title>
  <dc:subject>SaaSTech Servers website planning workshop for Economic Development</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