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media/image2.png" ContentType="image/jpeg"/>
  <Override PartName="/word/media/image3.png" ContentType="image/jpeg"/>
  <Override PartName="/word/media/image4.png" ContentType="image/jpeg"/>
  <Override PartName="/word/media/image5.png" ContentType="image/jpeg"/>
  <Override PartName="/word/media/image6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0"/>
      </w:pPr>
      <w:r>
        <w:drawing>
          <wp:inline xmlns:a="http://schemas.openxmlformats.org/drawingml/2006/main" xmlns:pic="http://schemas.openxmlformats.org/drawingml/2006/picture">
            <wp:extent cx="2286000" cy="747059"/>
            <wp:docPr id="8" name="Picture 8" descr="SaaSTech Servers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470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8736F"/>
          <w:sz w:val="20"/>
        </w:rPr>
        <w:t>WEBSITE PLANNING WORKSHOP</w:t>
      </w:r>
    </w:p>
    <w:p>
      <w:pPr>
        <w:pStyle w:val="Title"/>
        <w:spacing w:after="360"/>
      </w:pPr>
      <w:r>
        <w:rPr>
          <w:sz w:val="60"/>
        </w:rPr>
        <w:t>Crafts &amp; Arts</w:t>
        <w:br/>
        <w:t>Website workbook</w:t>
      </w:r>
    </w:p>
    <w:p>
      <w:pPr>
        <w:spacing w:after="360"/>
      </w:pPr>
      <w:r>
        <w:t>Plan a clear website for crafts &amp; arts. Explore a worked example, shape your own message and prepare to build with SaaSTech Servers.</w:t>
      </w:r>
    </w:p>
    <w:p>
      <w:pPr>
        <w:spacing w:after="320"/>
      </w:pPr>
      <w:r>
        <w:drawing>
          <wp:inline xmlns:a="http://schemas.openxmlformats.org/drawingml/2006/main" xmlns:pic="http://schemas.openxmlformats.org/drawingml/2006/picture">
            <wp:extent cx="6400800" cy="2667000"/>
            <wp:docPr id="9" name="Picture 9" descr="Recommended website pages: Home, Shop, About the Maker, Workshops, Shipping and Car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map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66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Inside this workbook</w:t>
      </w:r>
    </w:p>
    <w:p>
      <w:r>
        <w:t>Five page examples • Practical writing exercises • A launch review</w:t>
      </w:r>
    </w:p>
    <w:p>
      <w:r>
        <w:t>Use it in a workshop or at your own pace. Write by hand or complete the response fields in Word. The final page links to Website Builder, plans and account signup.</w:t>
      </w:r>
    </w:p>
    <w:p>
      <w:pPr>
        <w:spacing w:before="320"/>
      </w:pPr>
      <w:r>
        <w:rPr>
          <w:color w:val="08736F"/>
          <w:sz w:val="20"/>
        </w:rPr>
        <w:t>Example business Copper Willow Studio</w:t>
      </w:r>
    </w:p>
    <w:p>
      <w:r>
        <w:br w:type="page"/>
      </w:r>
    </w:p>
    <w:p>
      <w:pPr>
        <w:spacing w:after="0" w:line="20" w:lineRule="exact"/>
      </w:pPr>
    </w:p>
    <w:p>
      <w:pPr>
        <w:spacing w:after="100"/>
      </w:pPr>
      <w:r>
        <w:rPr>
          <w:b/>
          <w:color w:val="08736F"/>
          <w:sz w:val="18"/>
        </w:rPr>
        <w:t>CRAFTS &amp; ARTS</w:t>
      </w:r>
    </w:p>
    <w:p>
      <w:pPr>
        <w:pStyle w:val="Title"/>
      </w:pPr>
      <w:r>
        <w:t>Your website brief</w:t>
      </w:r>
    </w:p>
    <w:p>
      <w:r>
        <w:t>A SaaSTech Servers workshop for crafts &amp; arts. Plan your website, learn from the Copper Willow Studio example and draft content for your own business.</w:t>
      </w:r>
    </w:p>
    <w:p>
      <w:r>
        <w:rPr>
          <w:b w:val="0"/>
          <w:sz w:val="20"/>
        </w:rPr>
        <w:t>Each page has a reference sheet followed by a writing sheet. Demo excerpts are labelled separately from new sample wording, which may differ from the screenshot. Click a blank response line to type; longer answers may add pages. Replace fictional details and verify every claim before publishing.</w:t>
      </w:r>
    </w:p>
    <w:p>
      <w:pPr>
        <w:keepNext/>
        <w:spacing w:before="140" w:after="20"/>
      </w:pPr>
      <w:r>
        <w:rPr>
          <w:b/>
          <w:sz w:val="22"/>
        </w:rPr>
        <w:t>Your business or organization and workshop date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NAME_1"/>
          <w:alias w:val="START_NAM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Who should visit your site and what do they need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VISITOR_1"/>
          <w:alias w:val="START_VISITOR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VISITOR_2"/>
          <w:alias w:val="START_VISITOR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The main action you want a visitor to take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ACTION_1"/>
          <w:alias w:val="START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ACTION_2"/>
          <w:alias w:val="START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What you offer and where or how you provide it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OFFER_1"/>
          <w:alias w:val="START_OFFER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OFFER_2"/>
          <w:alias w:val="START_OFFER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photos and permissions to gather before publishing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PROOF_1"/>
          <w:alias w:val="START_PROOF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PROOF_2"/>
          <w:alias w:val="START_PROOF_2"/>
          <w:text/>
        </w:sdtPr>
        <w:sdtContent>
          <w:r>
            <w:t> </w:t>
          </w:r>
        </w:sdtContent>
      </w:sdt>
    </w:p>
    <w:p>
      <w:pPr>
        <w:spacing w:before="160"/>
      </w:pPr>
      <w:r>
        <w:rPr>
          <w:sz w:val="20"/>
        </w:rPr>
        <w:t>Workshop rhythm: review the example, write your draft and exchange feedback. Use the final review to choose your next changes. Website Builder and account links are on the last page.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0" name="Picture 10" descr="Page plan with Home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0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Home</w:t>
      </w:r>
    </w:p>
    <w:p>
      <w:pPr>
        <w:pStyle w:val="Heading1"/>
      </w:pPr>
      <w:r>
        <w:t>The job of this page</w:t>
      </w:r>
    </w:p>
    <w:p>
      <w:r>
        <w:rPr>
          <w:b w:val="0"/>
        </w:rPr>
        <w:t>Show the strongest current work, identify the medium, and lead to the shop, commission, or workshop action.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035616" cy="3198996"/>
            <wp:docPr id="2" name="Picture 2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-home.png" descr="Privacy-cropped excerpt from the retained fictional demonstration; not a new Builder capture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35616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Copper Willow Studio example  |  </w:t>
      </w:r>
      <w:hyperlink r:id="rId17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Demo text example</w:t>
      </w:r>
    </w:p>
    <w:p>
      <w:r>
        <w:rPr>
          <w:b/>
          <w:sz w:val="24"/>
        </w:rPr>
        <w:t>Handmade for Everyday Rituals</w:t>
      </w:r>
    </w:p>
    <w:p>
      <w:r>
        <w:rPr>
          <w:b w:val="0"/>
        </w:rPr>
        <w:t>Useful objects with a maker's touch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Could a first-time visitor explain what you do and who it is for after one glance? Choose one main action and the strongest truthful detail that gives them confidence to continue.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1" name="Picture 11" descr="Page plan with Home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0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Home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HEADLINE_1"/>
          <w:alias w:val="P1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1"/>
          <w:alias w:val="P1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2"/>
          <w:alias w:val="P1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3"/>
          <w:alias w:val="P1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offer audience location and most useful supporting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1"/>
          <w:alias w:val="P1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2"/>
          <w:alias w:val="P1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3"/>
          <w:alias w:val="P1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4"/>
          <w:alias w:val="P1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5"/>
          <w:alias w:val="P1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ACTION_1"/>
          <w:alias w:val="P1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ACTION_2"/>
          <w:alias w:val="P1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PHOTO_1"/>
          <w:alias w:val="P1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PHOTO_2"/>
          <w:alias w:val="P1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VERIFY_1"/>
          <w:alias w:val="P1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VERIFY_2"/>
          <w:alias w:val="P1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2" name="Picture 12" descr="Page plan with Shop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1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Shop</w:t>
      </w:r>
    </w:p>
    <w:p>
      <w:pPr>
        <w:pStyle w:val="Heading1"/>
      </w:pPr>
      <w:r>
        <w:t>The job of this page</w:t>
      </w:r>
    </w:p>
    <w:p>
      <w:r>
        <w:rPr>
          <w:b w:val="0"/>
        </w:rPr>
        <w:t>Organize current work into clear collections with accurate photographs, dimensions, materials, prices, and availability.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035616" cy="3198996"/>
            <wp:docPr id="3" name="Picture 3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-shop.png" descr="Privacy-cropped excerpt from the retained fictional demonstration; not a new Builder capture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35616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Copper Willow Studio example  |  </w:t>
      </w:r>
      <w:hyperlink r:id="rId17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Explore the current collection</w:t>
      </w:r>
    </w:p>
    <w:p>
      <w:r>
        <w:rPr>
          <w:b w:val="0"/>
        </w:rPr>
        <w:t>See the materials, dimensions and care information for each piece. Check availability and delivery options before ordering. Small variations can be part of handmade work; ask about the specific item you are considering.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is included and what needs separate confirmation? Make quantities, timing, exclusions and price conditions understandable. Avoid implying that an example price or image guarantees availability.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3" name="Picture 13" descr="Page plan with Shop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1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Shop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HEADLINE_1"/>
          <w:alias w:val="P2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1"/>
          <w:alias w:val="P2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2"/>
          <w:alias w:val="P2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3"/>
          <w:alias w:val="P2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Options inclusions price conditions and availability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1"/>
          <w:alias w:val="P2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2"/>
          <w:alias w:val="P2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3"/>
          <w:alias w:val="P2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4"/>
          <w:alias w:val="P2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5"/>
          <w:alias w:val="P2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ACTION_1"/>
          <w:alias w:val="P2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ACTION_2"/>
          <w:alias w:val="P2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PHOTO_1"/>
          <w:alias w:val="P2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PHOTO_2"/>
          <w:alias w:val="P2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VERIFY_1"/>
          <w:alias w:val="P2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VERIFY_2"/>
          <w:alias w:val="P2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4" name="Picture 14" descr="Page plan with About the Maker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2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About the Maker</w:t>
      </w:r>
    </w:p>
    <w:p>
      <w:pPr>
        <w:pStyle w:val="Heading1"/>
      </w:pPr>
      <w:r>
        <w:t>The job of this page</w:t>
      </w:r>
    </w:p>
    <w:p>
      <w:r>
        <w:rPr>
          <w:b w:val="0"/>
        </w:rPr>
        <w:t>Connect the maker's process, place, materials, and experience to the work without overwhelming the products.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035616" cy="3198996"/>
            <wp:docPr id="4" name="Picture 4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-about-the-maker.png" descr="Privacy-cropped excerpt from the retained fictional demonstration; not a new Builder capture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35616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Copper Willow Studio example  |  </w:t>
      </w:r>
      <w:hyperlink r:id="rId17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Meet the maker</w:t>
      </w:r>
    </w:p>
    <w:p>
      <w:r>
        <w:rPr>
          <w:b w:val="0"/>
        </w:rPr>
        <w:t>Discover the materials and process behind the collection. Share genuine studio photographs and explain what makes each piece useful. Distinguish handmade work from sourced or collaborative products.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Which names, roles and qualifications can you verify? What would help a visitor feel comfortable contacting you? Obtain permission for portraits and describe actual experience without unsupported claims.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5" name="Picture 15" descr="Page plan with About the Maker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2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About the Maker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HEADLINE_1"/>
          <w:alias w:val="P3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1"/>
          <w:alias w:val="P3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2"/>
          <w:alias w:val="P3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3"/>
          <w:alias w:val="P3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People roles approach and verified credentials to introduce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1"/>
          <w:alias w:val="P3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2"/>
          <w:alias w:val="P3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3"/>
          <w:alias w:val="P3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4"/>
          <w:alias w:val="P3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5"/>
          <w:alias w:val="P3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ACTION_1"/>
          <w:alias w:val="P3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ACTION_2"/>
          <w:alias w:val="P3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PHOTO_1"/>
          <w:alias w:val="P3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PHOTO_2"/>
          <w:alias w:val="P3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VERIFY_1"/>
          <w:alias w:val="P3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VERIFY_2"/>
          <w:alias w:val="P3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6" name="Picture 16" descr="Page plan with Workshop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3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Workshops</w:t>
      </w:r>
    </w:p>
    <w:p>
      <w:pPr>
        <w:pStyle w:val="Heading1"/>
      </w:pPr>
      <w:r>
        <w:t>The job of this page</w:t>
      </w:r>
    </w:p>
    <w:p>
      <w:r>
        <w:rPr>
          <w:b w:val="0"/>
        </w:rPr>
        <w:t>Explain workshop fit, timing, pricing approach, capacity, materials, accessibility, and how a customer begins.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035616" cy="3198996"/>
            <wp:docPr id="5" name="Picture 5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-workshops.png" descr="Privacy-cropped excerpt from the retained fictional demonstration; not a new Builder capture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35616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Copper Willow Studio example  |  </w:t>
      </w:r>
      <w:hyperlink r:id="rId17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Make something in the studio</w:t>
      </w:r>
    </w:p>
    <w:p>
      <w:r>
        <w:rPr>
          <w:b w:val="0"/>
        </w:rPr>
        <w:t>Ask about the workshop level, materials, duration and available dates. Confirm what is included and any access needs before booking. A workshop enquiry does not reserve a place.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Who is the workshop for and what will participants make or learn? Confirm the duration, materials, access arrangements and how a place is reserved. State any prerequisites before people commit.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7" name="Picture 17" descr="Page plan with Workshop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3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Workshops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HEADLINE_1"/>
          <w:alias w:val="P4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1"/>
          <w:alias w:val="P4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2"/>
          <w:alias w:val="P4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3"/>
          <w:alias w:val="P4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Workshop level materials dates and participation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1"/>
          <w:alias w:val="P4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2"/>
          <w:alias w:val="P4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3"/>
          <w:alias w:val="P4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4"/>
          <w:alias w:val="P4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5"/>
          <w:alias w:val="P4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ACTION_1"/>
          <w:alias w:val="P4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ACTION_2"/>
          <w:alias w:val="P4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PHOTO_1"/>
          <w:alias w:val="P4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PHOTO_2"/>
          <w:alias w:val="P4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VERIFY_1"/>
          <w:alias w:val="P4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VERIFY_2"/>
          <w:alias w:val="P4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8" name="Picture 18" descr="Page plan with Shipping and Care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4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Shipping and Care</w:t>
      </w:r>
    </w:p>
    <w:p>
      <w:pPr>
        <w:pStyle w:val="Heading1"/>
      </w:pPr>
      <w:r>
        <w:t>The job of this page</w:t>
      </w:r>
    </w:p>
    <w:p>
      <w:r>
        <w:rPr>
          <w:b w:val="0"/>
        </w:rPr>
        <w:t>Set expectations for packaging, delivery, local pickup, returns, and product care.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035616" cy="3198996"/>
            <wp:docPr id="6" name="Picture 6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-shipping-and-care.png" descr="Privacy-cropped excerpt from the retained fictional demonstration; not a new Builder capture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35616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Copper Willow Studio example  |  </w:t>
      </w:r>
      <w:hyperlink r:id="rId17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Care for the piece you choose</w:t>
      </w:r>
    </w:p>
    <w:p>
      <w:r>
        <w:rPr>
          <w:b w:val="0"/>
        </w:rPr>
        <w:t>Read the item's care instructions and confirm pickup or shipping arrangements. Review delivery costs, timings and return terms before purchasing. Ask the studio if you are unsure which guidance applies.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should someone know before arriving or proceeding? Clarify preparation, access and the right contact route. Verify policies and avoid promising urgent help or specialist advice the website cannot provide.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9" name="Picture 19" descr="Page plan with Shipping and Care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4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Shipping and Care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HEADLINE_1"/>
          <w:alias w:val="P5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1"/>
          <w:alias w:val="P5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2"/>
          <w:alias w:val="P5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3"/>
          <w:alias w:val="P5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Preparation access policies and practical questions to answer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1"/>
          <w:alias w:val="P5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2"/>
          <w:alias w:val="P5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3"/>
          <w:alias w:val="P5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4"/>
          <w:alias w:val="P5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5"/>
          <w:alias w:val="P5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ACTION_1"/>
          <w:alias w:val="P5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ACTION_2"/>
          <w:alias w:val="P5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PHOTO_1"/>
          <w:alias w:val="P5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PHOTO_2"/>
          <w:alias w:val="P5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VERIFY_1"/>
          <w:alias w:val="P5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VERIFY_2"/>
          <w:alias w:val="P5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00"/>
      </w:pPr>
      <w:r>
        <w:rPr>
          <w:b/>
          <w:color w:val="08736F"/>
          <w:sz w:val="18"/>
        </w:rPr>
        <w:t>WORKSHOP CLOSE</w:t>
      </w:r>
    </w:p>
    <w:p>
      <w:pPr>
        <w:pStyle w:val="Title"/>
      </w:pPr>
      <w:r>
        <w:rPr>
          <w:color w:val="000000"/>
          <w:sz w:val="44"/>
        </w:rPr>
        <w:t>Review and next steps</w:t>
      </w:r>
    </w:p>
    <w:p>
      <w:r>
        <w:rPr>
          <w:b w:val="0"/>
        </w:rPr>
        <w:t>Ask a partner to read your draft as a first-time visitor. Can they explain what you offer, who it is for and the next step without extra help?</w:t>
      </w:r>
    </w:p>
    <w:p>
      <w:pPr>
        <w:pStyle w:val="Heading1"/>
      </w:pPr>
      <w:r>
        <w:t>Before you publish</w:t>
      </w:r>
    </w:p>
    <w:p>
      <w:r>
        <w:rPr>
          <w:b w:val="0"/>
          <w:sz w:val="20"/>
        </w:rPr>
        <w:t>[ ] Every page has a clear purpose and a useful next step.</w:t>
      </w:r>
    </w:p>
    <w:p>
      <w:r>
        <w:rPr>
          <w:b w:val="0"/>
          <w:sz w:val="20"/>
        </w:rPr>
        <w:t>[ ] Headlines are specific and the wording sounds like your business.</w:t>
      </w:r>
    </w:p>
    <w:p>
      <w:r>
        <w:rPr>
          <w:b w:val="0"/>
          <w:sz w:val="20"/>
        </w:rPr>
        <w:t>[ ] Names, service areas, prices, dates and policies have been checked.</w:t>
      </w:r>
    </w:p>
    <w:p>
      <w:r>
        <w:rPr>
          <w:b w:val="0"/>
          <w:sz w:val="20"/>
        </w:rPr>
        <w:t>[ ] Credentials, testimonials and results are genuine and permission-cleared.</w:t>
      </w:r>
    </w:p>
    <w:p>
      <w:r>
        <w:rPr>
          <w:b w:val="0"/>
          <w:sz w:val="20"/>
        </w:rPr>
        <w:t>[ ] Photos support the text, do not repeat needlessly and have appropriate permissions.</w:t>
      </w:r>
    </w:p>
    <w:p>
      <w:r>
        <w:rPr>
          <w:b w:val="0"/>
          <w:sz w:val="20"/>
        </w:rPr>
        <w:t>[ ] Forms ask only for necessary information and explain what happens next.</w:t>
      </w:r>
    </w:p>
    <w:p>
      <w:r>
        <w:rPr>
          <w:b w:val="0"/>
          <w:sz w:val="20"/>
        </w:rPr>
        <w:t>[ ] Links, downloads and the main visitor task work on a phone.</w:t>
      </w:r>
    </w:p>
    <w:p>
      <w:pPr>
        <w:keepNext/>
        <w:spacing w:before="140" w:after="20"/>
      </w:pPr>
      <w:r>
        <w:rPr>
          <w:b/>
          <w:sz w:val="22"/>
        </w:rPr>
        <w:t>The most useful feedback from your workshop partner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FEEDBACK_1"/>
          <w:alias w:val="END_FEEDBACK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FEEDBACK_2"/>
          <w:alias w:val="END_FEEDBACK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First change to make and who will do it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ACTION_1"/>
          <w:alias w:val="END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ACTION_2"/>
          <w:alias w:val="END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Information or photographs still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MISSING_1"/>
          <w:alias w:val="END_MISSING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MISSING_2"/>
          <w:alias w:val="END_MISSING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Target review date and who will approve the final content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DATE_1"/>
          <w:alias w:val="END_DATE_1"/>
          <w:text/>
        </w:sdtPr>
        <w:sdtContent>
          <w:r>
            <w:t> </w:t>
          </w:r>
        </w:sdtContent>
      </w:sdt>
    </w:p>
    <w:p>
      <w:pPr>
        <w:spacing w:before="160"/>
      </w:pPr>
      <w:r>
        <w:rPr>
          <w:b w:val="0"/>
          <w:sz w:val="18"/>
        </w:rPr>
        <w:t>Keep sensitive customer, patient, employee and payment information out of this workbook. Completing it does not publish a website or connect to Website Builder.</w:t>
      </w:r>
    </w:p>
    <w:p>
      <w:r>
        <w:br w:type="page"/>
      </w:r>
    </w:p>
    <w:p>
      <w:r>
        <w:rPr>
          <w:b/>
          <w:color w:val="08736F"/>
          <w:sz w:val="18"/>
        </w:rPr>
        <w:t>BUILD WITH SAASTECH SERVERS</w:t>
      </w:r>
    </w:p>
    <w:p>
      <w:pPr>
        <w:pStyle w:val="Title"/>
      </w:pPr>
      <w:r>
        <w:t>Put your draft into Website Builder</w:t>
      </w:r>
    </w:p>
    <w:p>
      <w:r>
        <w:t>Use the content you have written to build your own site. Keep the crafts &amp; arts demo as a reference, and replace its company name, images and claims with your verified business information.</w:t>
      </w:r>
    </w:p>
    <w:p>
      <w:pPr>
        <w:pStyle w:val="Heading1"/>
      </w:pPr>
      <w:r>
        <w:t>Explore the builder</w:t>
      </w:r>
    </w:p>
    <w:p>
      <w:r>
        <w:t>See the editor, compare available plans and decide which features your business needs. Confirm current pricing and terms before purchasing.</w:t>
      </w:r>
    </w:p>
    <w:p>
      <w:hyperlink r:id="rId17">
        <w:r>
          <w:rPr>
            <w:color w:val="08736F"/>
            <w:u w:val="single"/>
            <w:sz w:val="22"/>
          </w:rPr>
          <w:t>Website Builder overview</w:t>
        </w:r>
      </w:hyperlink>
    </w:p>
    <w:p>
      <w:pPr>
        <w:pStyle w:val="Heading1"/>
      </w:pPr>
      <w:r>
        <w:t>Create your account</w:t>
      </w:r>
    </w:p>
    <w:p>
      <w:r>
        <w:t>Set up your SaaSTech Servers customer account using your own details. Creating an account is separate from purchasing a Website Builder plan.</w:t>
      </w:r>
    </w:p>
    <w:p>
      <w:hyperlink r:id="rId20">
        <w:r>
          <w:rPr>
            <w:color w:val="08736F"/>
            <w:u w:val="single"/>
            <w:sz w:val="22"/>
          </w:rPr>
          <w:t>Create your SaaSTech account</w:t>
        </w:r>
      </w:hyperlink>
    </w:p>
    <w:p>
      <w:pPr>
        <w:pStyle w:val="Heading1"/>
      </w:pPr>
      <w:r>
        <w:t>Choose your plan</w:t>
      </w:r>
    </w:p>
    <w:p>
      <w:r>
        <w:t>Open the secure shop to review the plan, subscription term and final total. Use the account connected to your purchase when you open your service.</w:t>
      </w:r>
    </w:p>
    <w:p>
      <w:hyperlink r:id="rId21">
        <w:r>
          <w:rPr>
            <w:color w:val="08736F"/>
            <w:u w:val="single"/>
            <w:sz w:val="22"/>
          </w:rPr>
          <w:t>View Website Builder plans</w:t>
        </w:r>
      </w:hyperlink>
    </w:p>
    <w:p>
      <w:pPr>
        <w:pStyle w:val="Heading1"/>
      </w:pPr>
      <w:r>
        <w:t>Build and check your pages</w:t>
      </w:r>
    </w:p>
    <w:p>
      <w:r>
        <w:t>Add the pages from this workbook. Transfer your approved wording, upload permission-cleared photos and review each page on desktop and mobile before publishing.</w:t>
      </w:r>
    </w:p>
    <w:p>
      <w:hyperlink r:id="rId17">
        <w:r>
          <w:rPr>
            <w:color w:val="08736F"/>
            <w:u w:val="single"/>
            <w:sz w:val="22"/>
          </w:rPr>
          <w:t>Return to the Website Builder guide</w:t>
        </w:r>
      </w:hyperlink>
    </w:p>
    <w:p>
      <w:pPr>
        <w:pStyle w:val="Heading1"/>
      </w:pPr>
      <w:r>
        <w:t>Using a printed workbook</w:t>
      </w:r>
    </w:p>
    <w:p>
      <w:r>
        <w:t>Type these short addresses into your browser. The account guide includes the Create My Account button.</w:t>
      </w:r>
    </w:p>
    <w:p>
      <w:hyperlink r:id="rId17">
        <w:r>
          <w:rPr>
            <w:color w:val="08736F"/>
            <w:u w:val="single"/>
            <w:sz w:val="20"/>
          </w:rPr>
          <w:t>www.saastech.net/products/website-builder</w:t>
        </w:r>
      </w:hyperlink>
    </w:p>
    <w:p>
      <w:hyperlink r:id="rId22">
        <w:r>
          <w:rPr>
            <w:color w:val="08736F"/>
            <w:u w:val="single"/>
            <w:sz w:val="20"/>
          </w:rPr>
          <w:t>www.saastech.net/create-account</w:t>
        </w:r>
      </w:hyperlink>
    </w:p>
    <w:p>
      <w:pPr>
        <w:spacing w:before="200"/>
      </w:pPr>
      <w:r>
        <w:rPr>
          <w:sz w:val="18"/>
        </w:rPr>
        <w:t>This workbook does not create an account, purchase a plan or publish your website. Keep passwords, payment details and confidential customer information out of your draft.</w:t>
      </w:r>
    </w:p>
    <w:sectPr w:rsidR="00FC693F" w:rsidRPr="0006063C" w:rsidSect="00034616">
      <w:footerReference w:type="default" r:id="rId9"/>
      <w:headerReference w:type="default" r:id="rId18"/>
      <w:footerReference w:type="first" r:id="rId19"/>
      <w:pgSz w:w="12240" w:h="15840"/>
      <w:pgMar w:top="936" w:right="1080" w:bottom="936" w:left="1080" w:header="317" w:footer="432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08736F"/>
          <w:u w:val="single"/>
          <w:sz w:val="18"/>
        </w:rPr>
        <w:t>www.saastech.net</w:t>
      </w:r>
    </w:hyperlink>
    <w:r>
      <w:rPr>
        <w:sz w:val="16"/>
      </w:rPr>
      <w:t xml:space="preserve">   |   </w:t>
    </w:r>
    <w:hyperlink r:id="rId2">
      <w:r>
        <w:rPr>
          <w:sz w:val="16"/>
        </w:rPr>
        <w:t xml:space="preserve">Crafts &amp; Arts website workbook</w:t>
      </w:r>
    </w:hyperlink>
    <w:r>
      <w:rPr>
        <w:sz w:val="16"/>
      </w:rPr>
      <w:t xml:space="preserve">   |  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08736F"/>
          <w:u w:val="single"/>
          <w:sz w:val="18"/>
        </w:rPr>
        <w:t>www.saastech.net</w:t>
      </w:r>
    </w:hyperlink>
    <w:r>
      <w:rPr>
        <w:sz w:val="16"/>
      </w:rPr>
      <w:t xml:space="preserve">   |   </w:t>
    </w:r>
    <w:hyperlink r:id="rId2">
      <w:r>
        <w:rPr>
          <w:sz w:val="16"/>
        </w:rPr>
        <w:t xml:space="preserve">Crafts &amp; Arts website workbook</w:t>
      </w:r>
    </w:hyperlink>
    <w:r>
      <w:rPr>
        <w:sz w:val="16"/>
      </w:rPr>
      <w:t xml:space="preserve">   |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8736F"/>
        <w:sz w:val="18"/>
      </w:rPr>
      <w:t>SaaSTech Servers</w:t>
    </w:r>
    <w:r>
      <w:rPr>
        <w:color w:val="000000"/>
        <w:sz w:val="16"/>
      </w:rPr>
      <w:t xml:space="preserve">   /   CRAFTS &amp; ARTS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4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5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-privacy.png"/><Relationship Id="rId12" Type="http://schemas.openxmlformats.org/officeDocument/2006/relationships/image" Target="media/image3-privacy.png"/><Relationship Id="rId13" Type="http://schemas.openxmlformats.org/officeDocument/2006/relationships/image" Target="media/image4-privacy.png"/><Relationship Id="rId14" Type="http://schemas.openxmlformats.org/officeDocument/2006/relationships/image" Target="media/image5-privacy.png"/><Relationship Id="rId15" Type="http://schemas.openxmlformats.org/officeDocument/2006/relationships/image" Target="media/image6-privacy.png"/><Relationship Id="rId16" Type="http://schemas.openxmlformats.org/officeDocument/2006/relationships/image" Target="media/image7.png"/><Relationship Id="rId17" Type="http://schemas.openxmlformats.org/officeDocument/2006/relationships/hyperlink" Target="https://www.saastech.net/products/website-builder" TargetMode="External"/><Relationship Id="rId18" Type="http://schemas.openxmlformats.org/officeDocument/2006/relationships/header" Target="header1.xml"/><Relationship Id="rId19" Type="http://schemas.openxmlformats.org/officeDocument/2006/relationships/footer" Target="footer2.xml"/><Relationship Id="rId20" Type="http://schemas.openxmlformats.org/officeDocument/2006/relationships/hyperlink" Target="https://sso.secureserver.net/account/create?app=account&amp;path=%2F&amp;plid=115853&amp;prog_id=initech&amp;realm=idp" TargetMode="External"/><Relationship Id="rId21" Type="http://schemas.openxmlformats.org/officeDocument/2006/relationships/hyperlink" Target="https://shop.saastech.net/products/website-builder" TargetMode="External"/><Relationship Id="rId22" Type="http://schemas.openxmlformats.org/officeDocument/2006/relationships/hyperlink" Target="https://www.saastech.net/create-account" TargetMode="External"/><Relationship Id="rId23" Type="http://schemas.openxmlformats.org/officeDocument/2006/relationships/image" Target="media/image8.png"/><Relationship Id="rId24" Type="http://schemas.openxmlformats.org/officeDocument/2006/relationships/image" Target="media/image9.png"/><Relationship Id="rId25" Type="http://schemas.openxmlformats.org/officeDocument/2006/relationships/image" Target="media/image10.png"/><Relationship Id="rId26" Type="http://schemas.openxmlformats.org/officeDocument/2006/relationships/image" Target="media/image11.png"/><Relationship Id="rId27" Type="http://schemas.openxmlformats.org/officeDocument/2006/relationships/image" Target="media/image12.png"/><Relationship Id="rId28" Type="http://schemas.openxmlformats.org/officeDocument/2006/relationships/image" Target="media/image13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" TargetMode="External"/><Relationship Id="rId2" Type="http://schemas.openxmlformats.org/officeDocument/2006/relationships/hyperlink" Target="https://www.saastech.net/industry/crafts-arts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" TargetMode="External"/><Relationship Id="rId2" Type="http://schemas.openxmlformats.org/officeDocument/2006/relationships/hyperlink" Target="https://www.saastech.net/industry/crafts-ar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Crafts &amp; Arts Website Workbook</dc:title>
  <dc:subject>SaaSTech Servers website planning workshop for Crafts &amp; Arts</dc:subject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