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Convenience Stores</w:t>
        <w:br/>
        <w:t>Website workbook</w:t>
      </w:r>
    </w:p>
    <w:p>
      <w:pPr>
        <w:spacing w:after="360"/>
      </w:pPr>
      <w:r>
        <w:t>Plan a clear website for convenience stores.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Location and hours, What we carry, Order, pickup, and delivery, Offers and community, Contact and product enquir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Corner Pine Market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CONVENIENCE STORES</w:t>
      </w:r>
    </w:p>
    <w:p>
      <w:pPr>
        <w:pStyle w:val="Title"/>
      </w:pPr>
      <w:r>
        <w:t>Your website brief</w:t>
      </w:r>
    </w:p>
    <w:p>
      <w:r>
        <w:t>A SaaSTech Servers workshop for convenience stores. Plan your website, learn from the Corner Pine Market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Lead with the location, current hours, strongest everyday categories, and immediate paths to directions, calling, or an available order option.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Corner Pine Market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Find the essentials close to home</w:t>
      </w:r>
    </w:p>
    <w:p>
      <w:r>
        <w:rPr>
          <w:b w:val="0"/>
        </w:rPr>
        <w:t>Check the location, current hours and product categories before visiting. Contact the shop about a specific item. Availability can change and should be confirmed directly.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Location and hour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Location and hours</w:t>
      </w:r>
    </w:p>
    <w:p>
      <w:pPr>
        <w:pStyle w:val="Heading1"/>
      </w:pPr>
      <w:r>
        <w:t>The job of this page</w:t>
      </w:r>
    </w:p>
    <w:p>
      <w:r>
        <w:rPr>
          <w:b w:val="0"/>
        </w:rPr>
        <w:t>Lead with a map, address, phone, regular and holiday hours, accessibility, parking, fuel or charging if applicable, and temporary closures.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location-hour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Corner Pine Market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your visit</w:t>
      </w:r>
    </w:p>
    <w:p>
      <w:r>
        <w:rPr>
          <w:b w:val="0"/>
        </w:rPr>
        <w:t>Check today's opening information and how to find the shop. Ask about access or holiday hours before travelling. Keep location details and public contact information current.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Location and hour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Location and hours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What we car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What we carry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Describe dependable categories, prepared food, local products, household needs, seasonal items, and services without promising every item is always in stock.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what-we-carry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Corner Pine Market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Browse what we carry</w:t>
      </w:r>
    </w:p>
    <w:p>
      <w:r>
        <w:rPr>
          <w:b w:val="0"/>
        </w:rPr>
        <w:t>Explore the main product categories and ask about a particular size or brand. A category photograph is illustrative and does not guarantee stock. Current availability and prices are confirmed by the store.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What we car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What we carry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Order, pickup, and deliv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Order pickup and delivery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eligible products, service area, minimums, fees, substitutions, preparation times, pickup, delivery, refunds, and identification requirements.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order-pickup-delivery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Corner Pine Market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Ask about pickup options</w:t>
      </w:r>
    </w:p>
    <w:p>
      <w:r>
        <w:rPr>
          <w:b w:val="0"/>
        </w:rPr>
        <w:t>Contact the shop to confirm the items, total and collection arrangements. Check whether delivery is available for your location. A product enquiry is not a paid or accepted order.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Order, pickup, and deliv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Order pickup and delivery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Offers and communit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Offers and community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current dated promotions, store news, community involvement, local suppliers, employment information, and appropriate customer updates.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offers-community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Corner Pine Market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Check current offers and local updates</w:t>
      </w:r>
    </w:p>
    <w:p>
      <w:r>
        <w:rPr>
          <w:b w:val="0"/>
        </w:rPr>
        <w:t>Read the dates and conditions on each offer before visiting. Community announcements should identify the organizer and contact. Expired offers should not appear as current promotions.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Offers and communit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Offers and community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Contact and product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Contact and product enquiry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Provide a fast phone-first path plus a simple form for general availability, catering trays, local products, supplier, and employment questions.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contact-product-enquiry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Corner Pine Market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Ask about an item</w:t>
      </w:r>
    </w:p>
    <w:p>
      <w:r>
        <w:rPr>
          <w:b w:val="0"/>
        </w:rPr>
        <w:t>Tell us the product, size or brand you need and your preferred reply method. The team can confirm current availability. Do not send payment-card details through the enquiry form.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Contact and product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Contact and product enquiry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convenience stores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Convenience Stores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Convenience Stores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CONVENIENCE STORES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onvenience-store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onvenience-sto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Convenience Stores Website Workbook</dc:title>
  <dc:subject>SaaSTech Servers website planning workshop for Convenience Stores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