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480"/>
      </w:pPr>
      <w:r>
        <w:drawing>
          <wp:inline xmlns:a="http://schemas.openxmlformats.org/drawingml/2006/main" xmlns:pic="http://schemas.openxmlformats.org/drawingml/2006/picture">
            <wp:extent cx="2286000" cy="747059"/>
            <wp:docPr id="9" name="Picture 9" descr="SaaSTech Servers logo"/>
            <wp:cNvGraphicFramePr>
              <a:graphicFrameLocks noChangeAspect="1"/>
            </wp:cNvGraphicFramePr>
            <a:graphic>
              <a:graphicData uri="http://schemas.openxmlformats.org/drawingml/2006/picture">
                <pic:pic>
                  <pic:nvPicPr>
                    <pic:cNvPr id="0" name="image.png"/>
                    <pic:cNvPicPr/>
                  </pic:nvPicPr>
                  <pic:blipFill>
                    <a:blip r:embed="rId17"/>
                    <a:stretch>
                      <a:fillRect/>
                    </a:stretch>
                  </pic:blipFill>
                  <pic:spPr>
                    <a:xfrm>
                      <a:off x="0" y="0"/>
                      <a:ext cx="2286000" cy="747059"/>
                    </a:xfrm>
                    <a:prstGeom prst="rect"/>
                  </pic:spPr>
                </pic:pic>
              </a:graphicData>
            </a:graphic>
          </wp:inline>
        </w:drawing>
      </w:r>
    </w:p>
    <w:p>
      <w:r>
        <w:rPr>
          <w:b/>
          <w:color w:val="08736F"/>
          <w:sz w:val="20"/>
        </w:rPr>
        <w:t>WEBSITE PLANNING WORKSHOP</w:t>
      </w:r>
    </w:p>
    <w:p>
      <w:pPr>
        <w:pStyle w:val="Title"/>
        <w:spacing w:after="360"/>
      </w:pPr>
      <w:r>
        <w:rPr>
          <w:sz w:val="60"/>
        </w:rPr>
        <w:t>Concrete Companies</w:t>
        <w:br/>
        <w:t>Website workbook</w:t>
      </w:r>
    </w:p>
    <w:p>
      <w:pPr>
        <w:spacing w:after="360"/>
      </w:pPr>
      <w:r>
        <w:t>Plan a clear website for concrete companies. Explore a worked example, shape your own message and prepare to build with SaaSTech Servers.</w:t>
      </w:r>
    </w:p>
    <w:p>
      <w:pPr>
        <w:spacing w:after="320"/>
      </w:pPr>
      <w:r>
        <w:drawing>
          <wp:inline xmlns:a="http://schemas.openxmlformats.org/drawingml/2006/main" xmlns:pic="http://schemas.openxmlformats.org/drawingml/2006/picture">
            <wp:extent cx="6400800" cy="2667000"/>
            <wp:docPr id="10" name="Picture 10" descr="Recommended website pages: Home, Concrete Services, Project Gallery, Our Process, About &amp; Service Area, Request a Quote"/>
            <wp:cNvGraphicFramePr>
              <a:graphicFrameLocks noChangeAspect="1"/>
            </wp:cNvGraphicFramePr>
            <a:graphic>
              <a:graphicData uri="http://schemas.openxmlformats.org/drawingml/2006/picture">
                <pic:pic>
                  <pic:nvPicPr>
                    <pic:cNvPr id="0" name="page-map.png"/>
                    <pic:cNvPicPr/>
                  </pic:nvPicPr>
                  <pic:blipFill>
                    <a:blip r:embed="rId24"/>
                    <a:stretch>
                      <a:fillRect/>
                    </a:stretch>
                  </pic:blipFill>
                  <pic:spPr>
                    <a:xfrm>
                      <a:off x="0" y="0"/>
                      <a:ext cx="6400800" cy="2667000"/>
                    </a:xfrm>
                    <a:prstGeom prst="rect"/>
                  </pic:spPr>
                </pic:pic>
              </a:graphicData>
            </a:graphic>
          </wp:inline>
        </w:drawing>
      </w:r>
    </w:p>
    <w:p>
      <w:pPr>
        <w:pStyle w:val="Heading1"/>
      </w:pPr>
      <w:r>
        <w:t>Inside this workbook</w:t>
      </w:r>
    </w:p>
    <w:p>
      <w:r>
        <w:t>Six page examples • Practical writing exercises • A launch review</w:t>
      </w:r>
    </w:p>
    <w:p>
      <w:r>
        <w:t>Use it in a workshop or at your own pace. Write by hand or complete the response fields in Word. The final page links to Website Builder, plans and account signup.</w:t>
      </w:r>
    </w:p>
    <w:p>
      <w:pPr>
        <w:spacing w:before="320"/>
      </w:pPr>
      <w:r>
        <w:rPr>
          <w:color w:val="08736F"/>
          <w:sz w:val="20"/>
        </w:rPr>
        <w:t>Example business Prairie Stone Concrete</w:t>
      </w:r>
    </w:p>
    <w:p>
      <w:r>
        <w:br w:type="page"/>
      </w:r>
    </w:p>
    <w:p>
      <w:pPr>
        <w:spacing w:after="0" w:line="20" w:lineRule="exact"/>
      </w:pPr>
    </w:p>
    <w:p>
      <w:pPr>
        <w:spacing w:after="100"/>
      </w:pPr>
      <w:r>
        <w:rPr>
          <w:b/>
          <w:color w:val="08736F"/>
          <w:sz w:val="18"/>
        </w:rPr>
        <w:t>CONCRETE COMPANIES</w:t>
      </w:r>
    </w:p>
    <w:p>
      <w:pPr>
        <w:pStyle w:val="Title"/>
      </w:pPr>
      <w:r>
        <w:t>Your website brief</w:t>
      </w:r>
    </w:p>
    <w:p>
      <w:r>
        <w:t>A SaaSTech Servers workshop for concrete companies. Plan your website, learn from the Prairie Stone Concrete example and draft content for your own business.</w:t>
      </w:r>
    </w:p>
    <w:p>
      <w:r>
        <w:rPr>
          <w:b w:val="0"/>
          <w:sz w:val="20"/>
        </w:rPr>
        <w:t>Each page has a reference sheet followed by a writing sheet. Demo excerpts are labelled separately from new sample wording, which may differ from the screenshot. Click a blank response line to type; longer answers may add pages. Replace fictional details and verify every claim before publishing.</w:t>
      </w:r>
    </w:p>
    <w:p>
      <w:pPr>
        <w:keepNext/>
        <w:spacing w:before="140" w:after="20"/>
      </w:pPr>
      <w:r>
        <w:rPr>
          <w:b/>
          <w:sz w:val="22"/>
        </w:rPr>
        <w:t>Your business or organization and workshop date</w:t>
      </w:r>
    </w:p>
    <w:p>
      <w:pPr>
        <w:spacing w:after="0" w:line="440" w:lineRule="exact"/>
        <w:pBdr>
          <w:bottom w:val="single" w:sz="3" w:color="CED3D8"/>
        </w:pBdr>
      </w:pPr>
      <w:sdt>
        <w:sdtPr>
          <w:tag w:val="START_NAME_1"/>
          <w:alias w:val="START_NAME_1"/>
          <w:text/>
        </w:sdtPr>
        <w:sdtContent>
          <w:r>
            <w:t> </w:t>
          </w:r>
        </w:sdtContent>
      </w:sdt>
    </w:p>
    <w:p>
      <w:pPr>
        <w:keepNext/>
        <w:spacing w:before="140" w:after="20"/>
      </w:pPr>
      <w:r>
        <w:rPr>
          <w:b/>
          <w:sz w:val="22"/>
        </w:rPr>
        <w:t>Who should visit your site and what do they need</w:t>
      </w:r>
    </w:p>
    <w:p>
      <w:pPr>
        <w:spacing w:after="0" w:line="440" w:lineRule="exact"/>
        <w:pBdr>
          <w:bottom w:val="single" w:sz="3" w:color="CED3D8"/>
        </w:pBdr>
      </w:pPr>
      <w:sdt>
        <w:sdtPr>
          <w:tag w:val="START_VISITOR_1"/>
          <w:alias w:val="START_VISITOR_1"/>
          <w:text/>
        </w:sdtPr>
        <w:sdtContent>
          <w:r>
            <w:t> </w:t>
          </w:r>
        </w:sdtContent>
      </w:sdt>
    </w:p>
    <w:p>
      <w:pPr>
        <w:spacing w:after="0" w:line="440" w:lineRule="exact"/>
        <w:pBdr>
          <w:bottom w:val="single" w:sz="3" w:color="CED3D8"/>
        </w:pBdr>
      </w:pPr>
      <w:sdt>
        <w:sdtPr>
          <w:tag w:val="START_VISITOR_2"/>
          <w:alias w:val="START_VISITOR_2"/>
          <w:text/>
        </w:sdtPr>
        <w:sdtContent>
          <w:r>
            <w:t> </w:t>
          </w:r>
        </w:sdtContent>
      </w:sdt>
    </w:p>
    <w:p>
      <w:pPr>
        <w:keepNext/>
        <w:spacing w:before="140" w:after="20"/>
      </w:pPr>
      <w:r>
        <w:rPr>
          <w:b/>
          <w:sz w:val="22"/>
        </w:rPr>
        <w:t>The main action you want a visitor to take</w:t>
      </w:r>
    </w:p>
    <w:p>
      <w:pPr>
        <w:spacing w:after="0" w:line="440" w:lineRule="exact"/>
        <w:pBdr>
          <w:bottom w:val="single" w:sz="3" w:color="CED3D8"/>
        </w:pBdr>
      </w:pPr>
      <w:sdt>
        <w:sdtPr>
          <w:tag w:val="START_ACTION_1"/>
          <w:alias w:val="START_ACTION_1"/>
          <w:text/>
        </w:sdtPr>
        <w:sdtContent>
          <w:r>
            <w:t> </w:t>
          </w:r>
        </w:sdtContent>
      </w:sdt>
    </w:p>
    <w:p>
      <w:pPr>
        <w:spacing w:after="0" w:line="440" w:lineRule="exact"/>
        <w:pBdr>
          <w:bottom w:val="single" w:sz="3" w:color="CED3D8"/>
        </w:pBdr>
      </w:pPr>
      <w:sdt>
        <w:sdtPr>
          <w:tag w:val="START_ACTION_2"/>
          <w:alias w:val="START_ACTION_2"/>
          <w:text/>
        </w:sdtPr>
        <w:sdtContent>
          <w:r>
            <w:t> </w:t>
          </w:r>
        </w:sdtContent>
      </w:sdt>
    </w:p>
    <w:p>
      <w:pPr>
        <w:keepNext/>
        <w:spacing w:before="140" w:after="20"/>
      </w:pPr>
      <w:r>
        <w:rPr>
          <w:b/>
          <w:sz w:val="22"/>
        </w:rPr>
        <w:t>What you offer and where or how you provide it</w:t>
      </w:r>
    </w:p>
    <w:p>
      <w:pPr>
        <w:spacing w:after="0" w:line="440" w:lineRule="exact"/>
        <w:pBdr>
          <w:bottom w:val="single" w:sz="3" w:color="CED3D8"/>
        </w:pBdr>
      </w:pPr>
      <w:sdt>
        <w:sdtPr>
          <w:tag w:val="START_OFFER_1"/>
          <w:alias w:val="START_OFFER_1"/>
          <w:text/>
        </w:sdtPr>
        <w:sdtContent>
          <w:r>
            <w:t> </w:t>
          </w:r>
        </w:sdtContent>
      </w:sdt>
    </w:p>
    <w:p>
      <w:pPr>
        <w:spacing w:after="0" w:line="440" w:lineRule="exact"/>
        <w:pBdr>
          <w:bottom w:val="single" w:sz="3" w:color="CED3D8"/>
        </w:pBdr>
      </w:pPr>
      <w:sdt>
        <w:sdtPr>
          <w:tag w:val="START_OFFER_2"/>
          <w:alias w:val="START_OFFER_2"/>
          <w:text/>
        </w:sdtPr>
        <w:sdtContent>
          <w:r>
            <w:t> </w:t>
          </w:r>
        </w:sdtContent>
      </w:sdt>
    </w:p>
    <w:p>
      <w:pPr>
        <w:keepNext/>
        <w:spacing w:before="140" w:after="20"/>
      </w:pPr>
      <w:r>
        <w:rPr>
          <w:b/>
          <w:sz w:val="22"/>
        </w:rPr>
        <w:t>Facts photos and permissions to gather before publishing</w:t>
      </w:r>
    </w:p>
    <w:p>
      <w:pPr>
        <w:spacing w:after="0" w:line="440" w:lineRule="exact"/>
        <w:pBdr>
          <w:bottom w:val="single" w:sz="3" w:color="CED3D8"/>
        </w:pBdr>
      </w:pPr>
      <w:sdt>
        <w:sdtPr>
          <w:tag w:val="START_PROOF_1"/>
          <w:alias w:val="START_PROOF_1"/>
          <w:text/>
        </w:sdtPr>
        <w:sdtContent>
          <w:r>
            <w:t> </w:t>
          </w:r>
        </w:sdtContent>
      </w:sdt>
    </w:p>
    <w:p>
      <w:pPr>
        <w:spacing w:after="0" w:line="440" w:lineRule="exact"/>
        <w:pBdr>
          <w:bottom w:val="single" w:sz="3" w:color="CED3D8"/>
        </w:pBdr>
      </w:pPr>
      <w:sdt>
        <w:sdtPr>
          <w:tag w:val="START_PROOF_2"/>
          <w:alias w:val="START_PROOF_2"/>
          <w:text/>
        </w:sdtPr>
        <w:sdtContent>
          <w:r>
            <w:t> </w:t>
          </w:r>
        </w:sdtContent>
      </w:sdt>
    </w:p>
    <w:p>
      <w:pPr>
        <w:spacing w:before="160"/>
      </w:pPr>
      <w:r>
        <w:rPr>
          <w:sz w:val="20"/>
        </w:rPr>
        <w:t>Workshop rhythm: review the example, write your draft and exchange feedback. Use the final review to choose your next changes. Website Builder and account links are on the last page.</w:t>
      </w:r>
    </w:p>
    <w:p>
      <w:r>
        <w:br w:type="page"/>
      </w:r>
    </w:p>
    <w:p>
      <w:pPr>
        <w:spacing w:after="160"/>
      </w:pPr>
      <w:r>
        <w:drawing>
          <wp:inline xmlns:a="http://schemas.openxmlformats.org/drawingml/2006/main" xmlns:pic="http://schemas.openxmlformats.org/drawingml/2006/picture">
            <wp:extent cx="6400800" cy="746760"/>
            <wp:docPr id="11" name="Picture 11" descr="Page plan with Home selected"/>
            <wp:cNvGraphicFramePr>
              <a:graphicFrameLocks noChangeAspect="1"/>
            </wp:cNvGraphicFramePr>
            <a:graphic>
              <a:graphicData uri="http://schemas.openxmlformats.org/drawingml/2006/picture">
                <pic:pic>
                  <pic:nvPicPr>
                    <pic:cNvPr id="0" name="progress-0.png"/>
                    <pic:cNvPicPr/>
                  </pic:nvPicPr>
                  <pic:blipFill>
                    <a:blip r:embed="rId25"/>
                    <a:stretch>
                      <a:fillRect/>
                    </a:stretch>
                  </pic:blipFill>
                  <pic:spPr>
                    <a:xfrm>
                      <a:off x="0" y="0"/>
                      <a:ext cx="6400800" cy="746760"/>
                    </a:xfrm>
                    <a:prstGeom prst="rect"/>
                  </pic:spPr>
                </pic:pic>
              </a:graphicData>
            </a:graphic>
          </wp:inline>
        </w:drawing>
      </w:r>
    </w:p>
    <w:p>
      <w:pPr>
        <w:spacing w:after="100"/>
      </w:pPr>
      <w:r>
        <w:rPr>
          <w:b/>
          <w:color w:val="08736F"/>
          <w:sz w:val="18"/>
        </w:rPr>
        <w:t>LOOK AND LEARN</w:t>
      </w:r>
    </w:p>
    <w:p>
      <w:pPr>
        <w:pStyle w:val="Title"/>
      </w:pPr>
      <w:r>
        <w:rPr>
          <w:color w:val="000000"/>
          <w:sz w:val="44"/>
        </w:rPr>
        <w:t>Home</w:t>
      </w:r>
    </w:p>
    <w:p>
      <w:pPr>
        <w:pStyle w:val="Heading1"/>
      </w:pPr>
      <w:r>
        <w:t>The job of this page</w:t>
      </w:r>
    </w:p>
    <w:p>
      <w:r>
        <w:rPr>
          <w:b w:val="0"/>
        </w:rPr>
        <w:t>Introduce the crew with a contractor-led hero, the actual service area and one quote-request action.</w:t>
      </w:r>
    </w:p>
    <w:p>
      <w:pPr>
        <w:spacing w:after="100"/>
      </w:pPr>
      <w:r>
        <w:drawing>
          <wp:inline xmlns:a="http://schemas.openxmlformats.org/drawingml/2006/main" xmlns:pic="http://schemas.openxmlformats.org/drawingml/2006/picture">
            <wp:extent cx="5729738" cy="3198996"/>
            <wp:docPr id="2" name="Picture 2" descr="Privacy-cropped excerpt from the retained fictional demonstration; not a new Builder capture."/>
            <wp:cNvGraphicFramePr>
              <a:graphicFrameLocks noChangeAspect="1"/>
            </wp:cNvGraphicFramePr>
            <a:graphic>
              <a:graphicData uri="http://schemas.openxmlformats.org/drawingml/2006/picture">
                <pic:pic>
                  <pic:nvPicPr>
                    <pic:cNvPr id="0" name="01-home.jpg" descr="Privacy-cropped excerpt from the retained fictional demonstration; not a new Builder capture."/>
                    <pic:cNvPicPr/>
                  </pic:nvPicPr>
                  <pic:blipFill>
                    <a:blip r:embed="rId11"/>
                    <a:stretch>
                      <a:fillRect/>
                    </a:stretch>
                  </pic:blipFill>
                  <pic:spPr>
                    <a:xfrm>
                      <a:off x="0" y="0"/>
                      <a:ext cx="5729738" cy="3198996"/>
                    </a:xfrm>
                    <a:prstGeom prst="rect"/>
                  </pic:spPr>
                </pic:pic>
              </a:graphicData>
            </a:graphic>
          </wp:inline>
        </w:drawing>
      </w:r>
    </w:p>
    <w:p>
      <w:r>
        <w:rPr>
          <w:sz w:val="18"/>
        </w:rPr>
        <w:t xml:space="preserve">Prairie Stone Concrete example  |  </w:t>
      </w:r>
      <w:hyperlink r:id="rId18">
        <w:r>
          <w:rPr>
            <w:color w:val="08736F"/>
            <w:u w:val="single"/>
            <w:sz w:val="18"/>
          </w:rPr>
          <w:t>Explore SaaSTech Website Builder</w:t>
        </w:r>
      </w:hyperlink>
    </w:p>
    <w:p>
      <w:pPr>
        <w:pStyle w:val="Heading1"/>
      </w:pPr>
      <w:r>
        <w:t>Demo text example</w:t>
      </w:r>
    </w:p>
    <w:p>
      <w:r>
        <w:rPr>
          <w:b/>
          <w:sz w:val="24"/>
        </w:rPr>
        <w:t>Concrete projects. Clearly planned.</w:t>
      </w:r>
    </w:p>
    <w:p>
      <w:r>
        <w:rPr>
          <w:b w:val="0"/>
        </w:rPr>
        <w:t>Explore driveways, patios and walkways. Start with your project ideas, then discuss scope, site conditions and timing.</w:t>
      </w:r>
    </w:p>
    <w:p>
      <w:pPr>
        <w:pStyle w:val="Heading1"/>
      </w:pPr>
      <w:r>
        <w:t>Pause and plan</w:t>
      </w:r>
    </w:p>
    <w:p>
      <w:r>
        <w:rPr>
          <w:b w:val="0"/>
          <w:sz w:val="20"/>
        </w:rPr>
        <w:t>Could a first-time visitor explain what you do and who it is for after one glance? Choose one main action and the strongest truthful detail that gives them confidence to continue.</w:t>
      </w:r>
    </w:p>
    <w:p>
      <w:r>
        <w:br w:type="page"/>
      </w:r>
    </w:p>
    <w:p>
      <w:pPr>
        <w:spacing w:after="160"/>
      </w:pPr>
      <w:r>
        <w:drawing>
          <wp:inline xmlns:a="http://schemas.openxmlformats.org/drawingml/2006/main" xmlns:pic="http://schemas.openxmlformats.org/drawingml/2006/picture">
            <wp:extent cx="6400800" cy="746760"/>
            <wp:docPr id="12" name="Picture 12" descr="Page plan with Home selected"/>
            <wp:cNvGraphicFramePr>
              <a:graphicFrameLocks noChangeAspect="1"/>
            </wp:cNvGraphicFramePr>
            <a:graphic>
              <a:graphicData uri="http://schemas.openxmlformats.org/drawingml/2006/picture">
                <pic:pic>
                  <pic:nvPicPr>
                    <pic:cNvPr id="0" name="progress-0.png"/>
                    <pic:cNvPicPr/>
                  </pic:nvPicPr>
                  <pic:blipFill>
                    <a:blip r:embed="rId25"/>
                    <a:stretch>
                      <a:fillRect/>
                    </a:stretch>
                  </pic:blipFill>
                  <pic:spPr>
                    <a:xfrm>
                      <a:off x="0" y="0"/>
                      <a:ext cx="6400800" cy="746760"/>
                    </a:xfrm>
                    <a:prstGeom prst="rect"/>
                  </pic:spPr>
                </pic:pic>
              </a:graphicData>
            </a:graphic>
          </wp:inline>
        </w:drawing>
      </w:r>
    </w:p>
    <w:p>
      <w:pPr>
        <w:spacing w:after="100"/>
      </w:pPr>
      <w:r>
        <w:rPr>
          <w:b/>
          <w:color w:val="08736F"/>
          <w:sz w:val="18"/>
        </w:rPr>
        <w:t>WRITE YOUR PAGE</w:t>
      </w:r>
    </w:p>
    <w:p>
      <w:pPr>
        <w:pStyle w:val="Title"/>
      </w:pPr>
      <w:r>
        <w:rPr>
          <w:color w:val="000000"/>
          <w:sz w:val="44"/>
        </w:rPr>
        <w:t>Home</w:t>
      </w:r>
    </w:p>
    <w:p>
      <w:r>
        <w:rPr>
          <w:b w:val="0"/>
          <w:sz w:val="20"/>
        </w:rPr>
        <w:t>Write for your visitor. Be specific about what they need to know and what happens next. You can revise the wording after the workshop.</w:t>
      </w:r>
    </w:p>
    <w:p>
      <w:pPr>
        <w:keepNext/>
        <w:spacing w:before="140" w:after="20"/>
      </w:pPr>
      <w:r>
        <w:rPr>
          <w:b/>
          <w:sz w:val="22"/>
        </w:rPr>
        <w:t>Your page headline</w:t>
      </w:r>
    </w:p>
    <w:p>
      <w:pPr>
        <w:spacing w:after="0" w:line="440" w:lineRule="exact"/>
        <w:pBdr>
          <w:bottom w:val="single" w:sz="3" w:color="CED3D8"/>
        </w:pBdr>
      </w:pPr>
      <w:sdt>
        <w:sdtPr>
          <w:tag w:val="P1_HEADLINE_1"/>
          <w:alias w:val="P1_HEADLINE_1"/>
          <w:text/>
        </w:sdtPr>
        <w:sdtContent>
          <w:r>
            <w:t> </w:t>
          </w:r>
        </w:sdtContent>
      </w:sdt>
    </w:p>
    <w:p>
      <w:pPr>
        <w:keepNext/>
        <w:spacing w:before="140" w:after="20"/>
      </w:pPr>
      <w:r>
        <w:rPr>
          <w:b/>
          <w:sz w:val="22"/>
        </w:rPr>
        <w:t>Your opening paragraph</w:t>
      </w:r>
    </w:p>
    <w:p>
      <w:pPr>
        <w:spacing w:after="0" w:line="440" w:lineRule="exact"/>
        <w:pBdr>
          <w:bottom w:val="single" w:sz="3" w:color="CED3D8"/>
        </w:pBdr>
      </w:pPr>
      <w:sdt>
        <w:sdtPr>
          <w:tag w:val="P1_INTRO_1"/>
          <w:alias w:val="P1_INTRO_1"/>
          <w:text/>
        </w:sdtPr>
        <w:sdtContent>
          <w:r>
            <w:t> </w:t>
          </w:r>
        </w:sdtContent>
      </w:sdt>
    </w:p>
    <w:p>
      <w:pPr>
        <w:spacing w:after="0" w:line="440" w:lineRule="exact"/>
        <w:pBdr>
          <w:bottom w:val="single" w:sz="3" w:color="CED3D8"/>
        </w:pBdr>
      </w:pPr>
      <w:sdt>
        <w:sdtPr>
          <w:tag w:val="P1_INTRO_2"/>
          <w:alias w:val="P1_INTRO_2"/>
          <w:text/>
        </w:sdtPr>
        <w:sdtContent>
          <w:r>
            <w:t> </w:t>
          </w:r>
        </w:sdtContent>
      </w:sdt>
    </w:p>
    <w:p>
      <w:pPr>
        <w:spacing w:after="0" w:line="440" w:lineRule="exact"/>
        <w:pBdr>
          <w:bottom w:val="single" w:sz="3" w:color="CED3D8"/>
        </w:pBdr>
      </w:pPr>
      <w:sdt>
        <w:sdtPr>
          <w:tag w:val="P1_INTRO_3"/>
          <w:alias w:val="P1_INTRO_3"/>
          <w:text/>
        </w:sdtPr>
        <w:sdtContent>
          <w:r>
            <w:t> </w:t>
          </w:r>
        </w:sdtContent>
      </w:sdt>
    </w:p>
    <w:p>
      <w:pPr>
        <w:keepNext/>
        <w:spacing w:before="140" w:after="20"/>
      </w:pPr>
      <w:r>
        <w:rPr>
          <w:b/>
          <w:sz w:val="22"/>
        </w:rPr>
        <w:t>Your offer audience location and most useful supporting details</w:t>
      </w:r>
    </w:p>
    <w:p>
      <w:pPr>
        <w:spacing w:after="0" w:line="440" w:lineRule="exact"/>
        <w:pBdr>
          <w:bottom w:val="single" w:sz="3" w:color="CED3D8"/>
        </w:pBdr>
      </w:pPr>
      <w:sdt>
        <w:sdtPr>
          <w:tag w:val="P1_DETAILS_1"/>
          <w:alias w:val="P1_DETAILS_1"/>
          <w:text/>
        </w:sdtPr>
        <w:sdtContent>
          <w:r>
            <w:t> </w:t>
          </w:r>
        </w:sdtContent>
      </w:sdt>
    </w:p>
    <w:p>
      <w:pPr>
        <w:spacing w:after="0" w:line="440" w:lineRule="exact"/>
        <w:pBdr>
          <w:bottom w:val="single" w:sz="3" w:color="CED3D8"/>
        </w:pBdr>
      </w:pPr>
      <w:sdt>
        <w:sdtPr>
          <w:tag w:val="P1_DETAILS_2"/>
          <w:alias w:val="P1_DETAILS_2"/>
          <w:text/>
        </w:sdtPr>
        <w:sdtContent>
          <w:r>
            <w:t> </w:t>
          </w:r>
        </w:sdtContent>
      </w:sdt>
    </w:p>
    <w:p>
      <w:pPr>
        <w:spacing w:after="0" w:line="440" w:lineRule="exact"/>
        <w:pBdr>
          <w:bottom w:val="single" w:sz="3" w:color="CED3D8"/>
        </w:pBdr>
      </w:pPr>
      <w:sdt>
        <w:sdtPr>
          <w:tag w:val="P1_DETAILS_3"/>
          <w:alias w:val="P1_DETAILS_3"/>
          <w:text/>
        </w:sdtPr>
        <w:sdtContent>
          <w:r>
            <w:t> </w:t>
          </w:r>
        </w:sdtContent>
      </w:sdt>
    </w:p>
    <w:p>
      <w:pPr>
        <w:spacing w:after="0" w:line="440" w:lineRule="exact"/>
        <w:pBdr>
          <w:bottom w:val="single" w:sz="3" w:color="CED3D8"/>
        </w:pBdr>
      </w:pPr>
      <w:sdt>
        <w:sdtPr>
          <w:tag w:val="P1_DETAILS_4"/>
          <w:alias w:val="P1_DETAILS_4"/>
          <w:text/>
        </w:sdtPr>
        <w:sdtContent>
          <w:r>
            <w:t> </w:t>
          </w:r>
        </w:sdtContent>
      </w:sdt>
    </w:p>
    <w:p>
      <w:pPr>
        <w:spacing w:after="0" w:line="440" w:lineRule="exact"/>
        <w:pBdr>
          <w:bottom w:val="single" w:sz="3" w:color="CED3D8"/>
        </w:pBdr>
      </w:pPr>
      <w:sdt>
        <w:sdtPr>
          <w:tag w:val="P1_DETAILS_5"/>
          <w:alias w:val="P1_DETAILS_5"/>
          <w:text/>
        </w:sdtPr>
        <w:sdtContent>
          <w:r>
            <w:t> </w:t>
          </w:r>
        </w:sdtContent>
      </w:sdt>
    </w:p>
    <w:p>
      <w:pPr>
        <w:keepNext/>
        <w:spacing w:before="140" w:after="20"/>
      </w:pPr>
      <w:r>
        <w:rPr>
          <w:b/>
          <w:sz w:val="22"/>
        </w:rPr>
        <w:t>Button or link wording and where it should lead</w:t>
      </w:r>
    </w:p>
    <w:p>
      <w:pPr>
        <w:spacing w:after="0" w:line="440" w:lineRule="exact"/>
        <w:pBdr>
          <w:bottom w:val="single" w:sz="3" w:color="CED3D8"/>
        </w:pBdr>
      </w:pPr>
      <w:sdt>
        <w:sdtPr>
          <w:tag w:val="P1_ACTION_1"/>
          <w:alias w:val="P1_ACTION_1"/>
          <w:text/>
        </w:sdtPr>
        <w:sdtContent>
          <w:r>
            <w:t> </w:t>
          </w:r>
        </w:sdtContent>
      </w:sdt>
    </w:p>
    <w:p>
      <w:pPr>
        <w:spacing w:after="0" w:line="440" w:lineRule="exact"/>
        <w:pBdr>
          <w:bottom w:val="single" w:sz="3" w:color="CED3D8"/>
        </w:pBdr>
      </w:pPr>
      <w:sdt>
        <w:sdtPr>
          <w:tag w:val="P1_ACTION_2"/>
          <w:alias w:val="P1_ACTION_2"/>
          <w:text/>
        </w:sdtPr>
        <w:sdtContent>
          <w:r>
            <w:t> </w:t>
          </w:r>
        </w:sdtContent>
      </w:sdt>
    </w:p>
    <w:p>
      <w:pPr>
        <w:keepNext/>
        <w:spacing w:before="140" w:after="20"/>
      </w:pPr>
      <w:r>
        <w:rPr>
          <w:b/>
          <w:sz w:val="22"/>
        </w:rPr>
        <w:t>Photo idea caption and permission or credit needed</w:t>
      </w:r>
    </w:p>
    <w:p>
      <w:pPr>
        <w:spacing w:after="0" w:line="440" w:lineRule="exact"/>
        <w:pBdr>
          <w:bottom w:val="single" w:sz="3" w:color="CED3D8"/>
        </w:pBdr>
      </w:pPr>
      <w:sdt>
        <w:sdtPr>
          <w:tag w:val="P1_PHOTO_1"/>
          <w:alias w:val="P1_PHOTO_1"/>
          <w:text/>
        </w:sdtPr>
        <w:sdtContent>
          <w:r>
            <w:t> </w:t>
          </w:r>
        </w:sdtContent>
      </w:sdt>
    </w:p>
    <w:p>
      <w:pPr>
        <w:spacing w:after="0" w:line="440" w:lineRule="exact"/>
        <w:pBdr>
          <w:bottom w:val="single" w:sz="3" w:color="CED3D8"/>
        </w:pBdr>
      </w:pPr>
      <w:sdt>
        <w:sdtPr>
          <w:tag w:val="P1_PHOTO_2"/>
          <w:alias w:val="P1_PHOTO_2"/>
          <w:text/>
        </w:sdtPr>
        <w:sdtContent>
          <w:r>
            <w:t> </w:t>
          </w:r>
        </w:sdtContent>
      </w:sdt>
    </w:p>
    <w:p>
      <w:pPr>
        <w:keepNext/>
        <w:spacing w:before="140" w:after="20"/>
      </w:pPr>
      <w:r>
        <w:rPr>
          <w:b/>
          <w:sz w:val="22"/>
        </w:rPr>
        <w:t>Facts to verify or questions to resolve</w:t>
      </w:r>
    </w:p>
    <w:p>
      <w:pPr>
        <w:spacing w:after="0" w:line="440" w:lineRule="exact"/>
        <w:pBdr>
          <w:bottom w:val="single" w:sz="3" w:color="CED3D8"/>
        </w:pBdr>
      </w:pPr>
      <w:sdt>
        <w:sdtPr>
          <w:tag w:val="P1_VERIFY_1"/>
          <w:alias w:val="P1_VERIFY_1"/>
          <w:text/>
        </w:sdtPr>
        <w:sdtContent>
          <w:r>
            <w:t> </w:t>
          </w:r>
        </w:sdtContent>
      </w:sdt>
    </w:p>
    <w:p>
      <w:pPr>
        <w:spacing w:after="0" w:line="440" w:lineRule="exact"/>
        <w:pBdr>
          <w:bottom w:val="single" w:sz="3" w:color="CED3D8"/>
        </w:pBdr>
      </w:pPr>
      <w:sdt>
        <w:sdtPr>
          <w:tag w:val="P1_VERIFY_2"/>
          <w:alias w:val="P1_VERIFY_2"/>
          <w:text/>
        </w:sdtPr>
        <w:sdtContent>
          <w:r>
            <w:t> </w:t>
          </w:r>
        </w:sdtContent>
      </w:sdt>
    </w:p>
    <w:p>
      <w:r>
        <w:br w:type="page"/>
      </w:r>
    </w:p>
    <w:p>
      <w:pPr>
        <w:spacing w:after="160"/>
      </w:pPr>
      <w:r>
        <w:drawing>
          <wp:inline xmlns:a="http://schemas.openxmlformats.org/drawingml/2006/main" xmlns:pic="http://schemas.openxmlformats.org/drawingml/2006/picture">
            <wp:extent cx="6400800" cy="746760"/>
            <wp:docPr id="13" name="Picture 13" descr="Page plan with Concrete Services selected"/>
            <wp:cNvGraphicFramePr>
              <a:graphicFrameLocks noChangeAspect="1"/>
            </wp:cNvGraphicFramePr>
            <a:graphic>
              <a:graphicData uri="http://schemas.openxmlformats.org/drawingml/2006/picture">
                <pic:pic>
                  <pic:nvPicPr>
                    <pic:cNvPr id="0" name="progress-1.png"/>
                    <pic:cNvPicPr/>
                  </pic:nvPicPr>
                  <pic:blipFill>
                    <a:blip r:embed="rId26"/>
                    <a:stretch>
                      <a:fillRect/>
                    </a:stretch>
                  </pic:blipFill>
                  <pic:spPr>
                    <a:xfrm>
                      <a:off x="0" y="0"/>
                      <a:ext cx="6400800" cy="746760"/>
                    </a:xfrm>
                    <a:prstGeom prst="rect"/>
                  </pic:spPr>
                </pic:pic>
              </a:graphicData>
            </a:graphic>
          </wp:inline>
        </w:drawing>
      </w:r>
    </w:p>
    <w:p>
      <w:pPr>
        <w:spacing w:after="100"/>
      </w:pPr>
      <w:r>
        <w:rPr>
          <w:b/>
          <w:color w:val="08736F"/>
          <w:sz w:val="18"/>
        </w:rPr>
        <w:t>LOOK AND LEARN</w:t>
      </w:r>
    </w:p>
    <w:p>
      <w:pPr>
        <w:pStyle w:val="Title"/>
      </w:pPr>
      <w:r>
        <w:rPr>
          <w:color w:val="000000"/>
          <w:sz w:val="44"/>
        </w:rPr>
        <w:t>Concrete Services</w:t>
      </w:r>
    </w:p>
    <w:p>
      <w:pPr>
        <w:pStyle w:val="Heading1"/>
      </w:pPr>
      <w:r>
        <w:t>The job of this page</w:t>
      </w:r>
    </w:p>
    <w:p>
      <w:r>
        <w:rPr>
          <w:b w:val="0"/>
        </w:rPr>
        <w:t>Explain driveways, patios, walkways and foundation work actually offered. Distinguish new work, replacement and specialist work that requires assessment.</w:t>
      </w:r>
    </w:p>
    <w:p>
      <w:pPr>
        <w:spacing w:after="100"/>
      </w:pPr>
      <w:r>
        <w:drawing>
          <wp:inline xmlns:a="http://schemas.openxmlformats.org/drawingml/2006/main" xmlns:pic="http://schemas.openxmlformats.org/drawingml/2006/picture">
            <wp:extent cx="5729738" cy="3198996"/>
            <wp:docPr id="3" name="Picture 3" descr="Privacy-cropped excerpt from the retained fictional demonstration; not a new Builder capture."/>
            <wp:cNvGraphicFramePr>
              <a:graphicFrameLocks noChangeAspect="1"/>
            </wp:cNvGraphicFramePr>
            <a:graphic>
              <a:graphicData uri="http://schemas.openxmlformats.org/drawingml/2006/picture">
                <pic:pic>
                  <pic:nvPicPr>
                    <pic:cNvPr id="0" name="02-services.jpg" descr="Privacy-cropped excerpt from the retained fictional demonstration; not a new Builder capture."/>
                    <pic:cNvPicPr/>
                  </pic:nvPicPr>
                  <pic:blipFill>
                    <a:blip r:embed="rId12"/>
                    <a:stretch>
                      <a:fillRect/>
                    </a:stretch>
                  </pic:blipFill>
                  <pic:spPr>
                    <a:xfrm>
                      <a:off x="0" y="0"/>
                      <a:ext cx="5729738" cy="3198996"/>
                    </a:xfrm>
                    <a:prstGeom prst="rect"/>
                  </pic:spPr>
                </pic:pic>
              </a:graphicData>
            </a:graphic>
          </wp:inline>
        </w:drawing>
      </w:r>
    </w:p>
    <w:p>
      <w:r>
        <w:rPr>
          <w:sz w:val="18"/>
        </w:rPr>
        <w:t xml:space="preserve">Prairie Stone Concrete example  |  </w:t>
      </w:r>
      <w:hyperlink r:id="rId18">
        <w:r>
          <w:rPr>
            <w:color w:val="08736F"/>
            <w:u w:val="single"/>
            <w:sz w:val="18"/>
          </w:rPr>
          <w:t>Explore SaaSTech Website Builder</w:t>
        </w:r>
      </w:hyperlink>
    </w:p>
    <w:p>
      <w:pPr>
        <w:pStyle w:val="Heading1"/>
      </w:pPr>
      <w:r>
        <w:t>Demo text example</w:t>
      </w:r>
    </w:p>
    <w:p>
      <w:r>
        <w:rPr>
          <w:b/>
          <w:sz w:val="24"/>
        </w:rPr>
        <w:t>Concrete work starts with a clear plan</w:t>
      </w:r>
    </w:p>
    <w:p>
      <w:r>
        <w:rPr>
          <w:b w:val="0"/>
        </w:rPr>
        <w:t>Plan a driveway, patio, walkway or foundation project. Tell us the community, approximate size and whether you need new work or replacement.</w:t>
      </w:r>
    </w:p>
    <w:p>
      <w:pPr>
        <w:pStyle w:val="Heading1"/>
      </w:pPr>
      <w:r>
        <w:t>Pause and plan</w:t>
      </w:r>
    </w:p>
    <w:p>
      <w:r>
        <w:rPr>
          <w:b w:val="0"/>
          <w:sz w:val="20"/>
        </w:rPr>
        <w:t>Who is each option for, what does it include and where are its limits? Describe the information needed to check fit. Make the next step clear without promising an outcome before assessment.</w:t>
      </w:r>
    </w:p>
    <w:p>
      <w:r>
        <w:br w:type="page"/>
      </w:r>
    </w:p>
    <w:p>
      <w:pPr>
        <w:spacing w:after="160"/>
      </w:pPr>
      <w:r>
        <w:drawing>
          <wp:inline xmlns:a="http://schemas.openxmlformats.org/drawingml/2006/main" xmlns:pic="http://schemas.openxmlformats.org/drawingml/2006/picture">
            <wp:extent cx="6400800" cy="746760"/>
            <wp:docPr id="14" name="Picture 14" descr="Page plan with Concrete Services selected"/>
            <wp:cNvGraphicFramePr>
              <a:graphicFrameLocks noChangeAspect="1"/>
            </wp:cNvGraphicFramePr>
            <a:graphic>
              <a:graphicData uri="http://schemas.openxmlformats.org/drawingml/2006/picture">
                <pic:pic>
                  <pic:nvPicPr>
                    <pic:cNvPr id="0" name="progress-1.png"/>
                    <pic:cNvPicPr/>
                  </pic:nvPicPr>
                  <pic:blipFill>
                    <a:blip r:embed="rId26"/>
                    <a:stretch>
                      <a:fillRect/>
                    </a:stretch>
                  </pic:blipFill>
                  <pic:spPr>
                    <a:xfrm>
                      <a:off x="0" y="0"/>
                      <a:ext cx="6400800" cy="746760"/>
                    </a:xfrm>
                    <a:prstGeom prst="rect"/>
                  </pic:spPr>
                </pic:pic>
              </a:graphicData>
            </a:graphic>
          </wp:inline>
        </w:drawing>
      </w:r>
    </w:p>
    <w:p>
      <w:pPr>
        <w:spacing w:after="100"/>
      </w:pPr>
      <w:r>
        <w:rPr>
          <w:b/>
          <w:color w:val="08736F"/>
          <w:sz w:val="18"/>
        </w:rPr>
        <w:t>WRITE YOUR PAGE</w:t>
      </w:r>
    </w:p>
    <w:p>
      <w:pPr>
        <w:pStyle w:val="Title"/>
      </w:pPr>
      <w:r>
        <w:rPr>
          <w:color w:val="000000"/>
          <w:sz w:val="44"/>
        </w:rPr>
        <w:t>Concrete Services</w:t>
      </w:r>
    </w:p>
    <w:p>
      <w:r>
        <w:rPr>
          <w:b w:val="0"/>
          <w:sz w:val="20"/>
        </w:rPr>
        <w:t>Write for your visitor. Be specific about what they need to know and what happens next. You can revise the wording after the workshop.</w:t>
      </w:r>
    </w:p>
    <w:p>
      <w:pPr>
        <w:keepNext/>
        <w:spacing w:before="140" w:after="20"/>
      </w:pPr>
      <w:r>
        <w:rPr>
          <w:b/>
          <w:sz w:val="22"/>
        </w:rPr>
        <w:t>Your page headline</w:t>
      </w:r>
    </w:p>
    <w:p>
      <w:pPr>
        <w:spacing w:after="0" w:line="440" w:lineRule="exact"/>
        <w:pBdr>
          <w:bottom w:val="single" w:sz="3" w:color="CED3D8"/>
        </w:pBdr>
      </w:pPr>
      <w:sdt>
        <w:sdtPr>
          <w:tag w:val="P2_HEADLINE_1"/>
          <w:alias w:val="P2_HEADLINE_1"/>
          <w:text/>
        </w:sdtPr>
        <w:sdtContent>
          <w:r>
            <w:t> </w:t>
          </w:r>
        </w:sdtContent>
      </w:sdt>
    </w:p>
    <w:p>
      <w:pPr>
        <w:keepNext/>
        <w:spacing w:before="140" w:after="20"/>
      </w:pPr>
      <w:r>
        <w:rPr>
          <w:b/>
          <w:sz w:val="22"/>
        </w:rPr>
        <w:t>Your opening paragraph</w:t>
      </w:r>
    </w:p>
    <w:p>
      <w:pPr>
        <w:spacing w:after="0" w:line="440" w:lineRule="exact"/>
        <w:pBdr>
          <w:bottom w:val="single" w:sz="3" w:color="CED3D8"/>
        </w:pBdr>
      </w:pPr>
      <w:sdt>
        <w:sdtPr>
          <w:tag w:val="P2_INTRO_1"/>
          <w:alias w:val="P2_INTRO_1"/>
          <w:text/>
        </w:sdtPr>
        <w:sdtContent>
          <w:r>
            <w:t> </w:t>
          </w:r>
        </w:sdtContent>
      </w:sdt>
    </w:p>
    <w:p>
      <w:pPr>
        <w:spacing w:after="0" w:line="440" w:lineRule="exact"/>
        <w:pBdr>
          <w:bottom w:val="single" w:sz="3" w:color="CED3D8"/>
        </w:pBdr>
      </w:pPr>
      <w:sdt>
        <w:sdtPr>
          <w:tag w:val="P2_INTRO_2"/>
          <w:alias w:val="P2_INTRO_2"/>
          <w:text/>
        </w:sdtPr>
        <w:sdtContent>
          <w:r>
            <w:t> </w:t>
          </w:r>
        </w:sdtContent>
      </w:sdt>
    </w:p>
    <w:p>
      <w:pPr>
        <w:spacing w:after="0" w:line="440" w:lineRule="exact"/>
        <w:pBdr>
          <w:bottom w:val="single" w:sz="3" w:color="CED3D8"/>
        </w:pBdr>
      </w:pPr>
      <w:sdt>
        <w:sdtPr>
          <w:tag w:val="P2_INTRO_3"/>
          <w:alias w:val="P2_INTRO_3"/>
          <w:text/>
        </w:sdtPr>
        <w:sdtContent>
          <w:r>
            <w:t> </w:t>
          </w:r>
        </w:sdtContent>
      </w:sdt>
    </w:p>
    <w:p>
      <w:pPr>
        <w:keepNext/>
        <w:spacing w:before="140" w:after="20"/>
      </w:pPr>
      <w:r>
        <w:rPr>
          <w:b/>
          <w:sz w:val="22"/>
        </w:rPr>
        <w:t>Service options who they suit and what each includes</w:t>
      </w:r>
    </w:p>
    <w:p>
      <w:pPr>
        <w:spacing w:after="0" w:line="440" w:lineRule="exact"/>
        <w:pBdr>
          <w:bottom w:val="single" w:sz="3" w:color="CED3D8"/>
        </w:pBdr>
      </w:pPr>
      <w:sdt>
        <w:sdtPr>
          <w:tag w:val="P2_DETAILS_1"/>
          <w:alias w:val="P2_DETAILS_1"/>
          <w:text/>
        </w:sdtPr>
        <w:sdtContent>
          <w:r>
            <w:t> </w:t>
          </w:r>
        </w:sdtContent>
      </w:sdt>
    </w:p>
    <w:p>
      <w:pPr>
        <w:spacing w:after="0" w:line="440" w:lineRule="exact"/>
        <w:pBdr>
          <w:bottom w:val="single" w:sz="3" w:color="CED3D8"/>
        </w:pBdr>
      </w:pPr>
      <w:sdt>
        <w:sdtPr>
          <w:tag w:val="P2_DETAILS_2"/>
          <w:alias w:val="P2_DETAILS_2"/>
          <w:text/>
        </w:sdtPr>
        <w:sdtContent>
          <w:r>
            <w:t> </w:t>
          </w:r>
        </w:sdtContent>
      </w:sdt>
    </w:p>
    <w:p>
      <w:pPr>
        <w:spacing w:after="0" w:line="440" w:lineRule="exact"/>
        <w:pBdr>
          <w:bottom w:val="single" w:sz="3" w:color="CED3D8"/>
        </w:pBdr>
      </w:pPr>
      <w:sdt>
        <w:sdtPr>
          <w:tag w:val="P2_DETAILS_3"/>
          <w:alias w:val="P2_DETAILS_3"/>
          <w:text/>
        </w:sdtPr>
        <w:sdtContent>
          <w:r>
            <w:t> </w:t>
          </w:r>
        </w:sdtContent>
      </w:sdt>
    </w:p>
    <w:p>
      <w:pPr>
        <w:spacing w:after="0" w:line="440" w:lineRule="exact"/>
        <w:pBdr>
          <w:bottom w:val="single" w:sz="3" w:color="CED3D8"/>
        </w:pBdr>
      </w:pPr>
      <w:sdt>
        <w:sdtPr>
          <w:tag w:val="P2_DETAILS_4"/>
          <w:alias w:val="P2_DETAILS_4"/>
          <w:text/>
        </w:sdtPr>
        <w:sdtContent>
          <w:r>
            <w:t> </w:t>
          </w:r>
        </w:sdtContent>
      </w:sdt>
    </w:p>
    <w:p>
      <w:pPr>
        <w:spacing w:after="0" w:line="440" w:lineRule="exact"/>
        <w:pBdr>
          <w:bottom w:val="single" w:sz="3" w:color="CED3D8"/>
        </w:pBdr>
      </w:pPr>
      <w:sdt>
        <w:sdtPr>
          <w:tag w:val="P2_DETAILS_5"/>
          <w:alias w:val="P2_DETAILS_5"/>
          <w:text/>
        </w:sdtPr>
        <w:sdtContent>
          <w:r>
            <w:t> </w:t>
          </w:r>
        </w:sdtContent>
      </w:sdt>
    </w:p>
    <w:p>
      <w:pPr>
        <w:keepNext/>
        <w:spacing w:before="140" w:after="20"/>
      </w:pPr>
      <w:r>
        <w:rPr>
          <w:b/>
          <w:sz w:val="22"/>
        </w:rPr>
        <w:t>Button or link wording and where it should lead</w:t>
      </w:r>
    </w:p>
    <w:p>
      <w:pPr>
        <w:spacing w:after="0" w:line="440" w:lineRule="exact"/>
        <w:pBdr>
          <w:bottom w:val="single" w:sz="3" w:color="CED3D8"/>
        </w:pBdr>
      </w:pPr>
      <w:sdt>
        <w:sdtPr>
          <w:tag w:val="P2_ACTION_1"/>
          <w:alias w:val="P2_ACTION_1"/>
          <w:text/>
        </w:sdtPr>
        <w:sdtContent>
          <w:r>
            <w:t> </w:t>
          </w:r>
        </w:sdtContent>
      </w:sdt>
    </w:p>
    <w:p>
      <w:pPr>
        <w:spacing w:after="0" w:line="440" w:lineRule="exact"/>
        <w:pBdr>
          <w:bottom w:val="single" w:sz="3" w:color="CED3D8"/>
        </w:pBdr>
      </w:pPr>
      <w:sdt>
        <w:sdtPr>
          <w:tag w:val="P2_ACTION_2"/>
          <w:alias w:val="P2_ACTION_2"/>
          <w:text/>
        </w:sdtPr>
        <w:sdtContent>
          <w:r>
            <w:t> </w:t>
          </w:r>
        </w:sdtContent>
      </w:sdt>
    </w:p>
    <w:p>
      <w:pPr>
        <w:keepNext/>
        <w:spacing w:before="140" w:after="20"/>
      </w:pPr>
      <w:r>
        <w:rPr>
          <w:b/>
          <w:sz w:val="22"/>
        </w:rPr>
        <w:t>Photo idea caption and permission or credit needed</w:t>
      </w:r>
    </w:p>
    <w:p>
      <w:pPr>
        <w:spacing w:after="0" w:line="440" w:lineRule="exact"/>
        <w:pBdr>
          <w:bottom w:val="single" w:sz="3" w:color="CED3D8"/>
        </w:pBdr>
      </w:pPr>
      <w:sdt>
        <w:sdtPr>
          <w:tag w:val="P2_PHOTO_1"/>
          <w:alias w:val="P2_PHOTO_1"/>
          <w:text/>
        </w:sdtPr>
        <w:sdtContent>
          <w:r>
            <w:t> </w:t>
          </w:r>
        </w:sdtContent>
      </w:sdt>
    </w:p>
    <w:p>
      <w:pPr>
        <w:spacing w:after="0" w:line="440" w:lineRule="exact"/>
        <w:pBdr>
          <w:bottom w:val="single" w:sz="3" w:color="CED3D8"/>
        </w:pBdr>
      </w:pPr>
      <w:sdt>
        <w:sdtPr>
          <w:tag w:val="P2_PHOTO_2"/>
          <w:alias w:val="P2_PHOTO_2"/>
          <w:text/>
        </w:sdtPr>
        <w:sdtContent>
          <w:r>
            <w:t> </w:t>
          </w:r>
        </w:sdtContent>
      </w:sdt>
    </w:p>
    <w:p>
      <w:pPr>
        <w:keepNext/>
        <w:spacing w:before="140" w:after="20"/>
      </w:pPr>
      <w:r>
        <w:rPr>
          <w:b/>
          <w:sz w:val="22"/>
        </w:rPr>
        <w:t>Facts to verify or questions to resolve</w:t>
      </w:r>
    </w:p>
    <w:p>
      <w:pPr>
        <w:spacing w:after="0" w:line="440" w:lineRule="exact"/>
        <w:pBdr>
          <w:bottom w:val="single" w:sz="3" w:color="CED3D8"/>
        </w:pBdr>
      </w:pPr>
      <w:sdt>
        <w:sdtPr>
          <w:tag w:val="P2_VERIFY_1"/>
          <w:alias w:val="P2_VERIFY_1"/>
          <w:text/>
        </w:sdtPr>
        <w:sdtContent>
          <w:r>
            <w:t> </w:t>
          </w:r>
        </w:sdtContent>
      </w:sdt>
    </w:p>
    <w:p>
      <w:pPr>
        <w:spacing w:after="0" w:line="440" w:lineRule="exact"/>
        <w:pBdr>
          <w:bottom w:val="single" w:sz="3" w:color="CED3D8"/>
        </w:pBdr>
      </w:pPr>
      <w:sdt>
        <w:sdtPr>
          <w:tag w:val="P2_VERIFY_2"/>
          <w:alias w:val="P2_VERIFY_2"/>
          <w:text/>
        </w:sdtPr>
        <w:sdtContent>
          <w:r>
            <w:t> </w:t>
          </w:r>
        </w:sdtContent>
      </w:sdt>
    </w:p>
    <w:p>
      <w:r>
        <w:br w:type="page"/>
      </w:r>
    </w:p>
    <w:p>
      <w:pPr>
        <w:spacing w:after="160"/>
      </w:pPr>
      <w:r>
        <w:drawing>
          <wp:inline xmlns:a="http://schemas.openxmlformats.org/drawingml/2006/main" xmlns:pic="http://schemas.openxmlformats.org/drawingml/2006/picture">
            <wp:extent cx="6400800" cy="746760"/>
            <wp:docPr id="15" name="Picture 15" descr="Page plan with Project Gallery selected"/>
            <wp:cNvGraphicFramePr>
              <a:graphicFrameLocks noChangeAspect="1"/>
            </wp:cNvGraphicFramePr>
            <a:graphic>
              <a:graphicData uri="http://schemas.openxmlformats.org/drawingml/2006/picture">
                <pic:pic>
                  <pic:nvPicPr>
                    <pic:cNvPr id="0" name="progress-2.png"/>
                    <pic:cNvPicPr/>
                  </pic:nvPicPr>
                  <pic:blipFill>
                    <a:blip r:embed="rId27"/>
                    <a:stretch>
                      <a:fillRect/>
                    </a:stretch>
                  </pic:blipFill>
                  <pic:spPr>
                    <a:xfrm>
                      <a:off x="0" y="0"/>
                      <a:ext cx="6400800" cy="746760"/>
                    </a:xfrm>
                    <a:prstGeom prst="rect"/>
                  </pic:spPr>
                </pic:pic>
              </a:graphicData>
            </a:graphic>
          </wp:inline>
        </w:drawing>
      </w:r>
    </w:p>
    <w:p>
      <w:pPr>
        <w:spacing w:after="100"/>
      </w:pPr>
      <w:r>
        <w:rPr>
          <w:b/>
          <w:color w:val="08736F"/>
          <w:sz w:val="18"/>
        </w:rPr>
        <w:t>LOOK AND LEARN</w:t>
      </w:r>
    </w:p>
    <w:p>
      <w:pPr>
        <w:pStyle w:val="Title"/>
      </w:pPr>
      <w:r>
        <w:rPr>
          <w:color w:val="000000"/>
          <w:sz w:val="44"/>
        </w:rPr>
        <w:t>Project Gallery</w:t>
      </w:r>
    </w:p>
    <w:p>
      <w:pPr>
        <w:pStyle w:val="Heading1"/>
      </w:pPr>
      <w:r>
        <w:t>The job of this page</w:t>
      </w:r>
    </w:p>
    <w:p>
      <w:r>
        <w:rPr>
          <w:b w:val="0"/>
        </w:rPr>
        <w:t>Show distinct examples with captions describing the work and finish. Label illustrative images; use genuine completed-project photos only with permission.</w:t>
      </w:r>
    </w:p>
    <w:p>
      <w:pPr>
        <w:spacing w:after="100"/>
      </w:pPr>
      <w:r>
        <w:drawing>
          <wp:inline xmlns:a="http://schemas.openxmlformats.org/drawingml/2006/main" xmlns:pic="http://schemas.openxmlformats.org/drawingml/2006/picture">
            <wp:extent cx="5729738" cy="3198996"/>
            <wp:docPr id="4" name="Picture 4" descr="Privacy-cropped excerpt from the retained fictional demonstration; not a new Builder capture."/>
            <wp:cNvGraphicFramePr>
              <a:graphicFrameLocks noChangeAspect="1"/>
            </wp:cNvGraphicFramePr>
            <a:graphic>
              <a:graphicData uri="http://schemas.openxmlformats.org/drawingml/2006/picture">
                <pic:pic>
                  <pic:nvPicPr>
                    <pic:cNvPr id="0" name="04-gallery.jpg" descr="Privacy-cropped excerpt from the retained fictional demonstration; not a new Builder capture."/>
                    <pic:cNvPicPr/>
                  </pic:nvPicPr>
                  <pic:blipFill>
                    <a:blip r:embed="rId13"/>
                    <a:stretch>
                      <a:fillRect/>
                    </a:stretch>
                  </pic:blipFill>
                  <pic:spPr>
                    <a:xfrm>
                      <a:off x="0" y="0"/>
                      <a:ext cx="5729738" cy="3198996"/>
                    </a:xfrm>
                    <a:prstGeom prst="rect"/>
                  </pic:spPr>
                </pic:pic>
              </a:graphicData>
            </a:graphic>
          </wp:inline>
        </w:drawing>
      </w:r>
    </w:p>
    <w:p>
      <w:r>
        <w:rPr>
          <w:sz w:val="18"/>
        </w:rPr>
        <w:t xml:space="preserve">Prairie Stone Concrete example  |  </w:t>
      </w:r>
      <w:hyperlink r:id="rId18">
        <w:r>
          <w:rPr>
            <w:color w:val="08736F"/>
            <w:u w:val="single"/>
            <w:sz w:val="18"/>
          </w:rPr>
          <w:t>Explore SaaSTech Website Builder</w:t>
        </w:r>
      </w:hyperlink>
    </w:p>
    <w:p>
      <w:pPr>
        <w:pStyle w:val="Heading1"/>
      </w:pPr>
      <w:r>
        <w:t>Demo text example</w:t>
      </w:r>
    </w:p>
    <w:p>
      <w:r>
        <w:rPr>
          <w:b/>
          <w:sz w:val="24"/>
        </w:rPr>
        <w:t>Concrete project inspiration</w:t>
      </w:r>
    </w:p>
    <w:p>
      <w:r>
        <w:rPr>
          <w:b w:val="0"/>
        </w:rPr>
        <w:t>Patio inspiration: plan space for seating, access and the finish you prefer.</w:t>
      </w:r>
    </w:p>
    <w:p>
      <w:pPr>
        <w:pStyle w:val="Heading1"/>
      </w:pPr>
      <w:r>
        <w:t>Pause and plan</w:t>
      </w:r>
    </w:p>
    <w:p>
      <w:r>
        <w:rPr>
          <w:b w:val="0"/>
          <w:sz w:val="20"/>
        </w:rPr>
        <w:t>Which examples best support this page? Explain the context, your contribution and the permissions or credits needed. Label illustrative work and distinguish it from genuine completed projects or customer results.</w:t>
      </w:r>
    </w:p>
    <w:p>
      <w:r>
        <w:br w:type="page"/>
      </w:r>
    </w:p>
    <w:p>
      <w:pPr>
        <w:spacing w:after="160"/>
      </w:pPr>
      <w:r>
        <w:drawing>
          <wp:inline xmlns:a="http://schemas.openxmlformats.org/drawingml/2006/main" xmlns:pic="http://schemas.openxmlformats.org/drawingml/2006/picture">
            <wp:extent cx="6400800" cy="746760"/>
            <wp:docPr id="16" name="Picture 16" descr="Page plan with Project Gallery selected"/>
            <wp:cNvGraphicFramePr>
              <a:graphicFrameLocks noChangeAspect="1"/>
            </wp:cNvGraphicFramePr>
            <a:graphic>
              <a:graphicData uri="http://schemas.openxmlformats.org/drawingml/2006/picture">
                <pic:pic>
                  <pic:nvPicPr>
                    <pic:cNvPr id="0" name="progress-2.png"/>
                    <pic:cNvPicPr/>
                  </pic:nvPicPr>
                  <pic:blipFill>
                    <a:blip r:embed="rId27"/>
                    <a:stretch>
                      <a:fillRect/>
                    </a:stretch>
                  </pic:blipFill>
                  <pic:spPr>
                    <a:xfrm>
                      <a:off x="0" y="0"/>
                      <a:ext cx="6400800" cy="746760"/>
                    </a:xfrm>
                    <a:prstGeom prst="rect"/>
                  </pic:spPr>
                </pic:pic>
              </a:graphicData>
            </a:graphic>
          </wp:inline>
        </w:drawing>
      </w:r>
    </w:p>
    <w:p>
      <w:pPr>
        <w:spacing w:after="100"/>
      </w:pPr>
      <w:r>
        <w:rPr>
          <w:b/>
          <w:color w:val="08736F"/>
          <w:sz w:val="18"/>
        </w:rPr>
        <w:t>WRITE YOUR PAGE</w:t>
      </w:r>
    </w:p>
    <w:p>
      <w:pPr>
        <w:pStyle w:val="Title"/>
      </w:pPr>
      <w:r>
        <w:rPr>
          <w:color w:val="000000"/>
          <w:sz w:val="44"/>
        </w:rPr>
        <w:t>Project Gallery</w:t>
      </w:r>
    </w:p>
    <w:p>
      <w:r>
        <w:rPr>
          <w:b w:val="0"/>
          <w:sz w:val="20"/>
        </w:rPr>
        <w:t>Write for your visitor. Be specific about what they need to know and what happens next. You can revise the wording after the workshop.</w:t>
      </w:r>
    </w:p>
    <w:p>
      <w:pPr>
        <w:keepNext/>
        <w:spacing w:before="140" w:after="20"/>
      </w:pPr>
      <w:r>
        <w:rPr>
          <w:b/>
          <w:sz w:val="22"/>
        </w:rPr>
        <w:t>Your page headline</w:t>
      </w:r>
    </w:p>
    <w:p>
      <w:pPr>
        <w:spacing w:after="0" w:line="440" w:lineRule="exact"/>
        <w:pBdr>
          <w:bottom w:val="single" w:sz="3" w:color="CED3D8"/>
        </w:pBdr>
      </w:pPr>
      <w:sdt>
        <w:sdtPr>
          <w:tag w:val="P3_HEADLINE_1"/>
          <w:alias w:val="P3_HEADLINE_1"/>
          <w:text/>
        </w:sdtPr>
        <w:sdtContent>
          <w:r>
            <w:t> </w:t>
          </w:r>
        </w:sdtContent>
      </w:sdt>
    </w:p>
    <w:p>
      <w:pPr>
        <w:keepNext/>
        <w:spacing w:before="140" w:after="20"/>
      </w:pPr>
      <w:r>
        <w:rPr>
          <w:b/>
          <w:sz w:val="22"/>
        </w:rPr>
        <w:t>Your opening paragraph</w:t>
      </w:r>
    </w:p>
    <w:p>
      <w:pPr>
        <w:spacing w:after="0" w:line="440" w:lineRule="exact"/>
        <w:pBdr>
          <w:bottom w:val="single" w:sz="3" w:color="CED3D8"/>
        </w:pBdr>
      </w:pPr>
      <w:sdt>
        <w:sdtPr>
          <w:tag w:val="P3_INTRO_1"/>
          <w:alias w:val="P3_INTRO_1"/>
          <w:text/>
        </w:sdtPr>
        <w:sdtContent>
          <w:r>
            <w:t> </w:t>
          </w:r>
        </w:sdtContent>
      </w:sdt>
    </w:p>
    <w:p>
      <w:pPr>
        <w:spacing w:after="0" w:line="440" w:lineRule="exact"/>
        <w:pBdr>
          <w:bottom w:val="single" w:sz="3" w:color="CED3D8"/>
        </w:pBdr>
      </w:pPr>
      <w:sdt>
        <w:sdtPr>
          <w:tag w:val="P3_INTRO_2"/>
          <w:alias w:val="P3_INTRO_2"/>
          <w:text/>
        </w:sdtPr>
        <w:sdtContent>
          <w:r>
            <w:t> </w:t>
          </w:r>
        </w:sdtContent>
      </w:sdt>
    </w:p>
    <w:p>
      <w:pPr>
        <w:spacing w:after="0" w:line="440" w:lineRule="exact"/>
        <w:pBdr>
          <w:bottom w:val="single" w:sz="3" w:color="CED3D8"/>
        </w:pBdr>
      </w:pPr>
      <w:sdt>
        <w:sdtPr>
          <w:tag w:val="P3_INTRO_3"/>
          <w:alias w:val="P3_INTRO_3"/>
          <w:text/>
        </w:sdtPr>
        <w:sdtContent>
          <w:r>
            <w:t> </w:t>
          </w:r>
        </w:sdtContent>
      </w:sdt>
    </w:p>
    <w:p>
      <w:pPr>
        <w:keepNext/>
        <w:spacing w:before="140" w:after="20"/>
      </w:pPr>
      <w:r>
        <w:rPr>
          <w:b/>
          <w:sz w:val="22"/>
        </w:rPr>
        <w:t>Examples captions context and evidence to include</w:t>
      </w:r>
    </w:p>
    <w:p>
      <w:pPr>
        <w:spacing w:after="0" w:line="440" w:lineRule="exact"/>
        <w:pBdr>
          <w:bottom w:val="single" w:sz="3" w:color="CED3D8"/>
        </w:pBdr>
      </w:pPr>
      <w:sdt>
        <w:sdtPr>
          <w:tag w:val="P3_DETAILS_1"/>
          <w:alias w:val="P3_DETAILS_1"/>
          <w:text/>
        </w:sdtPr>
        <w:sdtContent>
          <w:r>
            <w:t> </w:t>
          </w:r>
        </w:sdtContent>
      </w:sdt>
    </w:p>
    <w:p>
      <w:pPr>
        <w:spacing w:after="0" w:line="440" w:lineRule="exact"/>
        <w:pBdr>
          <w:bottom w:val="single" w:sz="3" w:color="CED3D8"/>
        </w:pBdr>
      </w:pPr>
      <w:sdt>
        <w:sdtPr>
          <w:tag w:val="P3_DETAILS_2"/>
          <w:alias w:val="P3_DETAILS_2"/>
          <w:text/>
        </w:sdtPr>
        <w:sdtContent>
          <w:r>
            <w:t> </w:t>
          </w:r>
        </w:sdtContent>
      </w:sdt>
    </w:p>
    <w:p>
      <w:pPr>
        <w:spacing w:after="0" w:line="440" w:lineRule="exact"/>
        <w:pBdr>
          <w:bottom w:val="single" w:sz="3" w:color="CED3D8"/>
        </w:pBdr>
      </w:pPr>
      <w:sdt>
        <w:sdtPr>
          <w:tag w:val="P3_DETAILS_3"/>
          <w:alias w:val="P3_DETAILS_3"/>
          <w:text/>
        </w:sdtPr>
        <w:sdtContent>
          <w:r>
            <w:t> </w:t>
          </w:r>
        </w:sdtContent>
      </w:sdt>
    </w:p>
    <w:p>
      <w:pPr>
        <w:spacing w:after="0" w:line="440" w:lineRule="exact"/>
        <w:pBdr>
          <w:bottom w:val="single" w:sz="3" w:color="CED3D8"/>
        </w:pBdr>
      </w:pPr>
      <w:sdt>
        <w:sdtPr>
          <w:tag w:val="P3_DETAILS_4"/>
          <w:alias w:val="P3_DETAILS_4"/>
          <w:text/>
        </w:sdtPr>
        <w:sdtContent>
          <w:r>
            <w:t> </w:t>
          </w:r>
        </w:sdtContent>
      </w:sdt>
    </w:p>
    <w:p>
      <w:pPr>
        <w:spacing w:after="0" w:line="440" w:lineRule="exact"/>
        <w:pBdr>
          <w:bottom w:val="single" w:sz="3" w:color="CED3D8"/>
        </w:pBdr>
      </w:pPr>
      <w:sdt>
        <w:sdtPr>
          <w:tag w:val="P3_DETAILS_5"/>
          <w:alias w:val="P3_DETAILS_5"/>
          <w:text/>
        </w:sdtPr>
        <w:sdtContent>
          <w:r>
            <w:t> </w:t>
          </w:r>
        </w:sdtContent>
      </w:sdt>
    </w:p>
    <w:p>
      <w:pPr>
        <w:keepNext/>
        <w:spacing w:before="140" w:after="20"/>
      </w:pPr>
      <w:r>
        <w:rPr>
          <w:b/>
          <w:sz w:val="22"/>
        </w:rPr>
        <w:t>Button or link wording and where it should lead</w:t>
      </w:r>
    </w:p>
    <w:p>
      <w:pPr>
        <w:spacing w:after="0" w:line="440" w:lineRule="exact"/>
        <w:pBdr>
          <w:bottom w:val="single" w:sz="3" w:color="CED3D8"/>
        </w:pBdr>
      </w:pPr>
      <w:sdt>
        <w:sdtPr>
          <w:tag w:val="P3_ACTION_1"/>
          <w:alias w:val="P3_ACTION_1"/>
          <w:text/>
        </w:sdtPr>
        <w:sdtContent>
          <w:r>
            <w:t> </w:t>
          </w:r>
        </w:sdtContent>
      </w:sdt>
    </w:p>
    <w:p>
      <w:pPr>
        <w:spacing w:after="0" w:line="440" w:lineRule="exact"/>
        <w:pBdr>
          <w:bottom w:val="single" w:sz="3" w:color="CED3D8"/>
        </w:pBdr>
      </w:pPr>
      <w:sdt>
        <w:sdtPr>
          <w:tag w:val="P3_ACTION_2"/>
          <w:alias w:val="P3_ACTION_2"/>
          <w:text/>
        </w:sdtPr>
        <w:sdtContent>
          <w:r>
            <w:t> </w:t>
          </w:r>
        </w:sdtContent>
      </w:sdt>
    </w:p>
    <w:p>
      <w:pPr>
        <w:keepNext/>
        <w:spacing w:before="140" w:after="20"/>
      </w:pPr>
      <w:r>
        <w:rPr>
          <w:b/>
          <w:sz w:val="22"/>
        </w:rPr>
        <w:t>Photo idea caption and permission or credit needed</w:t>
      </w:r>
    </w:p>
    <w:p>
      <w:pPr>
        <w:spacing w:after="0" w:line="440" w:lineRule="exact"/>
        <w:pBdr>
          <w:bottom w:val="single" w:sz="3" w:color="CED3D8"/>
        </w:pBdr>
      </w:pPr>
      <w:sdt>
        <w:sdtPr>
          <w:tag w:val="P3_PHOTO_1"/>
          <w:alias w:val="P3_PHOTO_1"/>
          <w:text/>
        </w:sdtPr>
        <w:sdtContent>
          <w:r>
            <w:t> </w:t>
          </w:r>
        </w:sdtContent>
      </w:sdt>
    </w:p>
    <w:p>
      <w:pPr>
        <w:spacing w:after="0" w:line="440" w:lineRule="exact"/>
        <w:pBdr>
          <w:bottom w:val="single" w:sz="3" w:color="CED3D8"/>
        </w:pBdr>
      </w:pPr>
      <w:sdt>
        <w:sdtPr>
          <w:tag w:val="P3_PHOTO_2"/>
          <w:alias w:val="P3_PHOTO_2"/>
          <w:text/>
        </w:sdtPr>
        <w:sdtContent>
          <w:r>
            <w:t> </w:t>
          </w:r>
        </w:sdtContent>
      </w:sdt>
    </w:p>
    <w:p>
      <w:pPr>
        <w:keepNext/>
        <w:spacing w:before="140" w:after="20"/>
      </w:pPr>
      <w:r>
        <w:rPr>
          <w:b/>
          <w:sz w:val="22"/>
        </w:rPr>
        <w:t>Facts to verify or questions to resolve</w:t>
      </w:r>
    </w:p>
    <w:p>
      <w:pPr>
        <w:spacing w:after="0" w:line="440" w:lineRule="exact"/>
        <w:pBdr>
          <w:bottom w:val="single" w:sz="3" w:color="CED3D8"/>
        </w:pBdr>
      </w:pPr>
      <w:sdt>
        <w:sdtPr>
          <w:tag w:val="P3_VERIFY_1"/>
          <w:alias w:val="P3_VERIFY_1"/>
          <w:text/>
        </w:sdtPr>
        <w:sdtContent>
          <w:r>
            <w:t> </w:t>
          </w:r>
        </w:sdtContent>
      </w:sdt>
    </w:p>
    <w:p>
      <w:pPr>
        <w:spacing w:after="0" w:line="440" w:lineRule="exact"/>
        <w:pBdr>
          <w:bottom w:val="single" w:sz="3" w:color="CED3D8"/>
        </w:pBdr>
      </w:pPr>
      <w:sdt>
        <w:sdtPr>
          <w:tag w:val="P3_VERIFY_2"/>
          <w:alias w:val="P3_VERIFY_2"/>
          <w:text/>
        </w:sdtPr>
        <w:sdtContent>
          <w:r>
            <w:t> </w:t>
          </w:r>
        </w:sdtContent>
      </w:sdt>
    </w:p>
    <w:p>
      <w:r>
        <w:br w:type="page"/>
      </w:r>
    </w:p>
    <w:p>
      <w:pPr>
        <w:spacing w:after="160"/>
      </w:pPr>
      <w:r>
        <w:drawing>
          <wp:inline xmlns:a="http://schemas.openxmlformats.org/drawingml/2006/main" xmlns:pic="http://schemas.openxmlformats.org/drawingml/2006/picture">
            <wp:extent cx="6400800" cy="746760"/>
            <wp:docPr id="17" name="Picture 17" descr="Page plan with Our Process selected"/>
            <wp:cNvGraphicFramePr>
              <a:graphicFrameLocks noChangeAspect="1"/>
            </wp:cNvGraphicFramePr>
            <a:graphic>
              <a:graphicData uri="http://schemas.openxmlformats.org/drawingml/2006/picture">
                <pic:pic>
                  <pic:nvPicPr>
                    <pic:cNvPr id="0" name="progress-3.png"/>
                    <pic:cNvPicPr/>
                  </pic:nvPicPr>
                  <pic:blipFill>
                    <a:blip r:embed="rId28"/>
                    <a:stretch>
                      <a:fillRect/>
                    </a:stretch>
                  </pic:blipFill>
                  <pic:spPr>
                    <a:xfrm>
                      <a:off x="0" y="0"/>
                      <a:ext cx="6400800" cy="746760"/>
                    </a:xfrm>
                    <a:prstGeom prst="rect"/>
                  </pic:spPr>
                </pic:pic>
              </a:graphicData>
            </a:graphic>
          </wp:inline>
        </w:drawing>
      </w:r>
    </w:p>
    <w:p>
      <w:pPr>
        <w:spacing w:after="100"/>
      </w:pPr>
      <w:r>
        <w:rPr>
          <w:b/>
          <w:color w:val="08736F"/>
          <w:sz w:val="18"/>
        </w:rPr>
        <w:t>LOOK AND LEARN</w:t>
      </w:r>
    </w:p>
    <w:p>
      <w:pPr>
        <w:pStyle w:val="Title"/>
      </w:pPr>
      <w:r>
        <w:rPr>
          <w:color w:val="000000"/>
          <w:sz w:val="44"/>
        </w:rPr>
        <w:t>Our Process</w:t>
      </w:r>
    </w:p>
    <w:p>
      <w:pPr>
        <w:pStyle w:val="Heading1"/>
      </w:pPr>
      <w:r>
        <w:t>The job of this page</w:t>
      </w:r>
    </w:p>
    <w:p>
      <w:r>
        <w:rPr>
          <w:b w:val="0"/>
        </w:rPr>
        <w:t>Explain enquiry, site review, written scope, scheduling and handover. Confirm site access, preparation and care instructions with the contractor rather than offering generic technical advice.</w:t>
      </w:r>
    </w:p>
    <w:p>
      <w:pPr>
        <w:spacing w:after="100"/>
      </w:pPr>
      <w:r>
        <w:drawing>
          <wp:inline xmlns:a="http://schemas.openxmlformats.org/drawingml/2006/main" xmlns:pic="http://schemas.openxmlformats.org/drawingml/2006/picture">
            <wp:extent cx="5729738" cy="3198996"/>
            <wp:docPr id="5" name="Picture 5" descr="Privacy-cropped excerpt from the retained fictional demonstration; not a new Builder capture."/>
            <wp:cNvGraphicFramePr>
              <a:graphicFrameLocks noChangeAspect="1"/>
            </wp:cNvGraphicFramePr>
            <a:graphic>
              <a:graphicData uri="http://schemas.openxmlformats.org/drawingml/2006/picture">
                <pic:pic>
                  <pic:nvPicPr>
                    <pic:cNvPr id="0" name="03-process.jpg" descr="Privacy-cropped excerpt from the retained fictional demonstration; not a new Builder capture."/>
                    <pic:cNvPicPr/>
                  </pic:nvPicPr>
                  <pic:blipFill>
                    <a:blip r:embed="rId14"/>
                    <a:stretch>
                      <a:fillRect/>
                    </a:stretch>
                  </pic:blipFill>
                  <pic:spPr>
                    <a:xfrm>
                      <a:off x="0" y="0"/>
                      <a:ext cx="5729738" cy="3198996"/>
                    </a:xfrm>
                    <a:prstGeom prst="rect"/>
                  </pic:spPr>
                </pic:pic>
              </a:graphicData>
            </a:graphic>
          </wp:inline>
        </w:drawing>
      </w:r>
    </w:p>
    <w:p>
      <w:r>
        <w:rPr>
          <w:sz w:val="18"/>
        </w:rPr>
        <w:t xml:space="preserve">Prairie Stone Concrete example  |  </w:t>
      </w:r>
      <w:hyperlink r:id="rId18">
        <w:r>
          <w:rPr>
            <w:color w:val="08736F"/>
            <w:u w:val="single"/>
            <w:sz w:val="18"/>
          </w:rPr>
          <w:t>Explore SaaSTech Website Builder</w:t>
        </w:r>
      </w:hyperlink>
    </w:p>
    <w:p>
      <w:pPr>
        <w:pStyle w:val="Heading1"/>
      </w:pPr>
      <w:r>
        <w:t>Demo text example</w:t>
      </w:r>
    </w:p>
    <w:p>
      <w:r>
        <w:rPr>
          <w:b/>
          <w:sz w:val="24"/>
        </w:rPr>
        <w:t>From first enquiry to handover</w:t>
      </w:r>
    </w:p>
    <w:p>
      <w:r>
        <w:rPr>
          <w:b w:val="0"/>
        </w:rPr>
        <w:t>Share your project, arrange a site review and agree a written scope.</w:t>
      </w:r>
    </w:p>
    <w:p>
      <w:pPr>
        <w:pStyle w:val="Heading1"/>
      </w:pPr>
      <w:r>
        <w:t>Pause and plan</w:t>
      </w:r>
    </w:p>
    <w:p>
      <w:r>
        <w:rPr>
          <w:b w:val="0"/>
          <w:sz w:val="20"/>
        </w:rPr>
        <w:t>What question brings a visitor to this page? List the details they need, the evidence you can provide and the next useful action. Remove content that does not help them decide or proceed.</w:t>
      </w:r>
    </w:p>
    <w:p>
      <w:r>
        <w:br w:type="page"/>
      </w:r>
    </w:p>
    <w:p>
      <w:pPr>
        <w:spacing w:after="160"/>
      </w:pPr>
      <w:r>
        <w:drawing>
          <wp:inline xmlns:a="http://schemas.openxmlformats.org/drawingml/2006/main" xmlns:pic="http://schemas.openxmlformats.org/drawingml/2006/picture">
            <wp:extent cx="6400800" cy="746760"/>
            <wp:docPr id="18" name="Picture 18" descr="Page plan with Our Process selected"/>
            <wp:cNvGraphicFramePr>
              <a:graphicFrameLocks noChangeAspect="1"/>
            </wp:cNvGraphicFramePr>
            <a:graphic>
              <a:graphicData uri="http://schemas.openxmlformats.org/drawingml/2006/picture">
                <pic:pic>
                  <pic:nvPicPr>
                    <pic:cNvPr id="0" name="progress-3.png"/>
                    <pic:cNvPicPr/>
                  </pic:nvPicPr>
                  <pic:blipFill>
                    <a:blip r:embed="rId28"/>
                    <a:stretch>
                      <a:fillRect/>
                    </a:stretch>
                  </pic:blipFill>
                  <pic:spPr>
                    <a:xfrm>
                      <a:off x="0" y="0"/>
                      <a:ext cx="6400800" cy="746760"/>
                    </a:xfrm>
                    <a:prstGeom prst="rect"/>
                  </pic:spPr>
                </pic:pic>
              </a:graphicData>
            </a:graphic>
          </wp:inline>
        </w:drawing>
      </w:r>
    </w:p>
    <w:p>
      <w:pPr>
        <w:spacing w:after="100"/>
      </w:pPr>
      <w:r>
        <w:rPr>
          <w:b/>
          <w:color w:val="08736F"/>
          <w:sz w:val="18"/>
        </w:rPr>
        <w:t>WRITE YOUR PAGE</w:t>
      </w:r>
    </w:p>
    <w:p>
      <w:pPr>
        <w:pStyle w:val="Title"/>
      </w:pPr>
      <w:r>
        <w:rPr>
          <w:color w:val="000000"/>
          <w:sz w:val="44"/>
        </w:rPr>
        <w:t>Our Process</w:t>
      </w:r>
    </w:p>
    <w:p>
      <w:r>
        <w:rPr>
          <w:b w:val="0"/>
          <w:sz w:val="20"/>
        </w:rPr>
        <w:t>Write for your visitor. Be specific about what they need to know and what happens next. You can revise the wording after the workshop.</w:t>
      </w:r>
    </w:p>
    <w:p>
      <w:pPr>
        <w:keepNext/>
        <w:spacing w:before="140" w:after="20"/>
      </w:pPr>
      <w:r>
        <w:rPr>
          <w:b/>
          <w:sz w:val="22"/>
        </w:rPr>
        <w:t>Your page headline</w:t>
      </w:r>
    </w:p>
    <w:p>
      <w:pPr>
        <w:spacing w:after="0" w:line="440" w:lineRule="exact"/>
        <w:pBdr>
          <w:bottom w:val="single" w:sz="3" w:color="CED3D8"/>
        </w:pBdr>
      </w:pPr>
      <w:sdt>
        <w:sdtPr>
          <w:tag w:val="P4_HEADLINE_1"/>
          <w:alias w:val="P4_HEADLINE_1"/>
          <w:text/>
        </w:sdtPr>
        <w:sdtContent>
          <w:r>
            <w:t> </w:t>
          </w:r>
        </w:sdtContent>
      </w:sdt>
    </w:p>
    <w:p>
      <w:pPr>
        <w:keepNext/>
        <w:spacing w:before="140" w:after="20"/>
      </w:pPr>
      <w:r>
        <w:rPr>
          <w:b/>
          <w:sz w:val="22"/>
        </w:rPr>
        <w:t>Your opening paragraph</w:t>
      </w:r>
    </w:p>
    <w:p>
      <w:pPr>
        <w:spacing w:after="0" w:line="440" w:lineRule="exact"/>
        <w:pBdr>
          <w:bottom w:val="single" w:sz="3" w:color="CED3D8"/>
        </w:pBdr>
      </w:pPr>
      <w:sdt>
        <w:sdtPr>
          <w:tag w:val="P4_INTRO_1"/>
          <w:alias w:val="P4_INTRO_1"/>
          <w:text/>
        </w:sdtPr>
        <w:sdtContent>
          <w:r>
            <w:t> </w:t>
          </w:r>
        </w:sdtContent>
      </w:sdt>
    </w:p>
    <w:p>
      <w:pPr>
        <w:spacing w:after="0" w:line="440" w:lineRule="exact"/>
        <w:pBdr>
          <w:bottom w:val="single" w:sz="3" w:color="CED3D8"/>
        </w:pBdr>
      </w:pPr>
      <w:sdt>
        <w:sdtPr>
          <w:tag w:val="P4_INTRO_2"/>
          <w:alias w:val="P4_INTRO_2"/>
          <w:text/>
        </w:sdtPr>
        <w:sdtContent>
          <w:r>
            <w:t> </w:t>
          </w:r>
        </w:sdtContent>
      </w:sdt>
    </w:p>
    <w:p>
      <w:pPr>
        <w:spacing w:after="0" w:line="440" w:lineRule="exact"/>
        <w:pBdr>
          <w:bottom w:val="single" w:sz="3" w:color="CED3D8"/>
        </w:pBdr>
      </w:pPr>
      <w:sdt>
        <w:sdtPr>
          <w:tag w:val="P4_INTRO_3"/>
          <w:alias w:val="P4_INTRO_3"/>
          <w:text/>
        </w:sdtPr>
        <w:sdtContent>
          <w:r>
            <w:t> </w:t>
          </w:r>
        </w:sdtContent>
      </w:sdt>
    </w:p>
    <w:p>
      <w:pPr>
        <w:keepNext/>
        <w:spacing w:before="140" w:after="20"/>
      </w:pPr>
      <w:r>
        <w:rPr>
          <w:b/>
          <w:sz w:val="22"/>
        </w:rPr>
        <w:t>Key sections visitor questions and supporting details</w:t>
      </w:r>
    </w:p>
    <w:p>
      <w:pPr>
        <w:spacing w:after="0" w:line="440" w:lineRule="exact"/>
        <w:pBdr>
          <w:bottom w:val="single" w:sz="3" w:color="CED3D8"/>
        </w:pBdr>
      </w:pPr>
      <w:sdt>
        <w:sdtPr>
          <w:tag w:val="P4_DETAILS_1"/>
          <w:alias w:val="P4_DETAILS_1"/>
          <w:text/>
        </w:sdtPr>
        <w:sdtContent>
          <w:r>
            <w:t> </w:t>
          </w:r>
        </w:sdtContent>
      </w:sdt>
    </w:p>
    <w:p>
      <w:pPr>
        <w:spacing w:after="0" w:line="440" w:lineRule="exact"/>
        <w:pBdr>
          <w:bottom w:val="single" w:sz="3" w:color="CED3D8"/>
        </w:pBdr>
      </w:pPr>
      <w:sdt>
        <w:sdtPr>
          <w:tag w:val="P4_DETAILS_2"/>
          <w:alias w:val="P4_DETAILS_2"/>
          <w:text/>
        </w:sdtPr>
        <w:sdtContent>
          <w:r>
            <w:t> </w:t>
          </w:r>
        </w:sdtContent>
      </w:sdt>
    </w:p>
    <w:p>
      <w:pPr>
        <w:spacing w:after="0" w:line="440" w:lineRule="exact"/>
        <w:pBdr>
          <w:bottom w:val="single" w:sz="3" w:color="CED3D8"/>
        </w:pBdr>
      </w:pPr>
      <w:sdt>
        <w:sdtPr>
          <w:tag w:val="P4_DETAILS_3"/>
          <w:alias w:val="P4_DETAILS_3"/>
          <w:text/>
        </w:sdtPr>
        <w:sdtContent>
          <w:r>
            <w:t> </w:t>
          </w:r>
        </w:sdtContent>
      </w:sdt>
    </w:p>
    <w:p>
      <w:pPr>
        <w:spacing w:after="0" w:line="440" w:lineRule="exact"/>
        <w:pBdr>
          <w:bottom w:val="single" w:sz="3" w:color="CED3D8"/>
        </w:pBdr>
      </w:pPr>
      <w:sdt>
        <w:sdtPr>
          <w:tag w:val="P4_DETAILS_4"/>
          <w:alias w:val="P4_DETAILS_4"/>
          <w:text/>
        </w:sdtPr>
        <w:sdtContent>
          <w:r>
            <w:t> </w:t>
          </w:r>
        </w:sdtContent>
      </w:sdt>
    </w:p>
    <w:p>
      <w:pPr>
        <w:spacing w:after="0" w:line="440" w:lineRule="exact"/>
        <w:pBdr>
          <w:bottom w:val="single" w:sz="3" w:color="CED3D8"/>
        </w:pBdr>
      </w:pPr>
      <w:sdt>
        <w:sdtPr>
          <w:tag w:val="P4_DETAILS_5"/>
          <w:alias w:val="P4_DETAILS_5"/>
          <w:text/>
        </w:sdtPr>
        <w:sdtContent>
          <w:r>
            <w:t> </w:t>
          </w:r>
        </w:sdtContent>
      </w:sdt>
    </w:p>
    <w:p>
      <w:pPr>
        <w:keepNext/>
        <w:spacing w:before="140" w:after="20"/>
      </w:pPr>
      <w:r>
        <w:rPr>
          <w:b/>
          <w:sz w:val="22"/>
        </w:rPr>
        <w:t>Button or link wording and where it should lead</w:t>
      </w:r>
    </w:p>
    <w:p>
      <w:pPr>
        <w:spacing w:after="0" w:line="440" w:lineRule="exact"/>
        <w:pBdr>
          <w:bottom w:val="single" w:sz="3" w:color="CED3D8"/>
        </w:pBdr>
      </w:pPr>
      <w:sdt>
        <w:sdtPr>
          <w:tag w:val="P4_ACTION_1"/>
          <w:alias w:val="P4_ACTION_1"/>
          <w:text/>
        </w:sdtPr>
        <w:sdtContent>
          <w:r>
            <w:t> </w:t>
          </w:r>
        </w:sdtContent>
      </w:sdt>
    </w:p>
    <w:p>
      <w:pPr>
        <w:spacing w:after="0" w:line="440" w:lineRule="exact"/>
        <w:pBdr>
          <w:bottom w:val="single" w:sz="3" w:color="CED3D8"/>
        </w:pBdr>
      </w:pPr>
      <w:sdt>
        <w:sdtPr>
          <w:tag w:val="P4_ACTION_2"/>
          <w:alias w:val="P4_ACTION_2"/>
          <w:text/>
        </w:sdtPr>
        <w:sdtContent>
          <w:r>
            <w:t> </w:t>
          </w:r>
        </w:sdtContent>
      </w:sdt>
    </w:p>
    <w:p>
      <w:pPr>
        <w:keepNext/>
        <w:spacing w:before="140" w:after="20"/>
      </w:pPr>
      <w:r>
        <w:rPr>
          <w:b/>
          <w:sz w:val="22"/>
        </w:rPr>
        <w:t>Photo idea caption and permission or credit needed</w:t>
      </w:r>
    </w:p>
    <w:p>
      <w:pPr>
        <w:spacing w:after="0" w:line="440" w:lineRule="exact"/>
        <w:pBdr>
          <w:bottom w:val="single" w:sz="3" w:color="CED3D8"/>
        </w:pBdr>
      </w:pPr>
      <w:sdt>
        <w:sdtPr>
          <w:tag w:val="P4_PHOTO_1"/>
          <w:alias w:val="P4_PHOTO_1"/>
          <w:text/>
        </w:sdtPr>
        <w:sdtContent>
          <w:r>
            <w:t> </w:t>
          </w:r>
        </w:sdtContent>
      </w:sdt>
    </w:p>
    <w:p>
      <w:pPr>
        <w:spacing w:after="0" w:line="440" w:lineRule="exact"/>
        <w:pBdr>
          <w:bottom w:val="single" w:sz="3" w:color="CED3D8"/>
        </w:pBdr>
      </w:pPr>
      <w:sdt>
        <w:sdtPr>
          <w:tag w:val="P4_PHOTO_2"/>
          <w:alias w:val="P4_PHOTO_2"/>
          <w:text/>
        </w:sdtPr>
        <w:sdtContent>
          <w:r>
            <w:t> </w:t>
          </w:r>
        </w:sdtContent>
      </w:sdt>
    </w:p>
    <w:p>
      <w:pPr>
        <w:keepNext/>
        <w:spacing w:before="140" w:after="20"/>
      </w:pPr>
      <w:r>
        <w:rPr>
          <w:b/>
          <w:sz w:val="22"/>
        </w:rPr>
        <w:t>Facts to verify or questions to resolve</w:t>
      </w:r>
    </w:p>
    <w:p>
      <w:pPr>
        <w:spacing w:after="0" w:line="440" w:lineRule="exact"/>
        <w:pBdr>
          <w:bottom w:val="single" w:sz="3" w:color="CED3D8"/>
        </w:pBdr>
      </w:pPr>
      <w:sdt>
        <w:sdtPr>
          <w:tag w:val="P4_VERIFY_1"/>
          <w:alias w:val="P4_VERIFY_1"/>
          <w:text/>
        </w:sdtPr>
        <w:sdtContent>
          <w:r>
            <w:t> </w:t>
          </w:r>
        </w:sdtContent>
      </w:sdt>
    </w:p>
    <w:p>
      <w:pPr>
        <w:spacing w:after="0" w:line="440" w:lineRule="exact"/>
        <w:pBdr>
          <w:bottom w:val="single" w:sz="3" w:color="CED3D8"/>
        </w:pBdr>
      </w:pPr>
      <w:sdt>
        <w:sdtPr>
          <w:tag w:val="P4_VERIFY_2"/>
          <w:alias w:val="P4_VERIFY_2"/>
          <w:text/>
        </w:sdtPr>
        <w:sdtContent>
          <w:r>
            <w:t> </w:t>
          </w:r>
        </w:sdtContent>
      </w:sdt>
    </w:p>
    <w:p>
      <w:r>
        <w:br w:type="page"/>
      </w:r>
    </w:p>
    <w:p>
      <w:pPr>
        <w:spacing w:after="160"/>
      </w:pPr>
      <w:r>
        <w:drawing>
          <wp:inline xmlns:a="http://schemas.openxmlformats.org/drawingml/2006/main" xmlns:pic="http://schemas.openxmlformats.org/drawingml/2006/picture">
            <wp:extent cx="6400800" cy="746760"/>
            <wp:docPr id="19" name="Picture 19" descr="Page plan with About &amp; Service Area selected"/>
            <wp:cNvGraphicFramePr>
              <a:graphicFrameLocks noChangeAspect="1"/>
            </wp:cNvGraphicFramePr>
            <a:graphic>
              <a:graphicData uri="http://schemas.openxmlformats.org/drawingml/2006/picture">
                <pic:pic>
                  <pic:nvPicPr>
                    <pic:cNvPr id="0" name="progress-4.png"/>
                    <pic:cNvPicPr/>
                  </pic:nvPicPr>
                  <pic:blipFill>
                    <a:blip r:embed="rId29"/>
                    <a:stretch>
                      <a:fillRect/>
                    </a:stretch>
                  </pic:blipFill>
                  <pic:spPr>
                    <a:xfrm>
                      <a:off x="0" y="0"/>
                      <a:ext cx="6400800" cy="746760"/>
                    </a:xfrm>
                    <a:prstGeom prst="rect"/>
                  </pic:spPr>
                </pic:pic>
              </a:graphicData>
            </a:graphic>
          </wp:inline>
        </w:drawing>
      </w:r>
    </w:p>
    <w:p>
      <w:pPr>
        <w:spacing w:after="100"/>
      </w:pPr>
      <w:r>
        <w:rPr>
          <w:b/>
          <w:color w:val="08736F"/>
          <w:sz w:val="18"/>
        </w:rPr>
        <w:t>LOOK AND LEARN</w:t>
      </w:r>
    </w:p>
    <w:p>
      <w:pPr>
        <w:pStyle w:val="Title"/>
      </w:pPr>
      <w:r>
        <w:rPr>
          <w:color w:val="000000"/>
          <w:sz w:val="44"/>
        </w:rPr>
        <w:t>About Service Area</w:t>
      </w:r>
    </w:p>
    <w:p>
      <w:pPr>
        <w:pStyle w:val="Heading1"/>
      </w:pPr>
      <w:r>
        <w:t>The job of this page</w:t>
      </w:r>
    </w:p>
    <w:p>
      <w:r>
        <w:rPr>
          <w:b w:val="0"/>
        </w:rPr>
        <w:t>Introduce the team and communities served. Publish only verified qualifications, insurance, experience and customer feedback.</w:t>
      </w:r>
    </w:p>
    <w:p>
      <w:pPr>
        <w:spacing w:after="100"/>
      </w:pPr>
      <w:r>
        <w:drawing>
          <wp:inline xmlns:a="http://schemas.openxmlformats.org/drawingml/2006/main" xmlns:pic="http://schemas.openxmlformats.org/drawingml/2006/picture">
            <wp:extent cx="5729738" cy="3198996"/>
            <wp:docPr id="6" name="Picture 6" descr="Privacy-cropped excerpt from the retained fictional demonstration; not a new Builder capture."/>
            <wp:cNvGraphicFramePr>
              <a:graphicFrameLocks noChangeAspect="1"/>
            </wp:cNvGraphicFramePr>
            <a:graphic>
              <a:graphicData uri="http://schemas.openxmlformats.org/drawingml/2006/picture">
                <pic:pic>
                  <pic:nvPicPr>
                    <pic:cNvPr id="0" name="05-about.jpg" descr="Privacy-cropped excerpt from the retained fictional demonstration; not a new Builder capture."/>
                    <pic:cNvPicPr/>
                  </pic:nvPicPr>
                  <pic:blipFill>
                    <a:blip r:embed="rId15"/>
                    <a:stretch>
                      <a:fillRect/>
                    </a:stretch>
                  </pic:blipFill>
                  <pic:spPr>
                    <a:xfrm>
                      <a:off x="0" y="0"/>
                      <a:ext cx="5729738" cy="3198996"/>
                    </a:xfrm>
                    <a:prstGeom prst="rect"/>
                  </pic:spPr>
                </pic:pic>
              </a:graphicData>
            </a:graphic>
          </wp:inline>
        </w:drawing>
      </w:r>
    </w:p>
    <w:p>
      <w:r>
        <w:rPr>
          <w:sz w:val="18"/>
        </w:rPr>
        <w:t xml:space="preserve">Prairie Stone Concrete example  |  </w:t>
      </w:r>
      <w:hyperlink r:id="rId18">
        <w:r>
          <w:rPr>
            <w:color w:val="08736F"/>
            <w:u w:val="single"/>
            <w:sz w:val="18"/>
          </w:rPr>
          <w:t>Explore SaaSTech Website Builder</w:t>
        </w:r>
      </w:hyperlink>
    </w:p>
    <w:p>
      <w:pPr>
        <w:pStyle w:val="Heading1"/>
      </w:pPr>
      <w:r>
        <w:t>Demo text example</w:t>
      </w:r>
    </w:p>
    <w:p>
      <w:r>
        <w:rPr>
          <w:b/>
          <w:sz w:val="24"/>
        </w:rPr>
        <w:t>A clear scope. A local conversation.</w:t>
      </w:r>
    </w:p>
    <w:p>
      <w:r>
        <w:rPr>
          <w:b w:val="0"/>
        </w:rPr>
        <w:t>Prairie Stone is a fictional Regina-area concrete company. This demo shows how to explain services and collect project details.</w:t>
      </w:r>
    </w:p>
    <w:p>
      <w:pPr>
        <w:pStyle w:val="Heading1"/>
      </w:pPr>
      <w:r>
        <w:t>Pause and plan</w:t>
      </w:r>
    </w:p>
    <w:p>
      <w:r>
        <w:rPr>
          <w:b w:val="0"/>
          <w:sz w:val="20"/>
        </w:rPr>
        <w:t>Which names, roles and qualifications can you verify? What would help a visitor feel comfortable contacting you? Obtain permission for portraits and describe actual experience without unsupported claims.</w:t>
      </w:r>
    </w:p>
    <w:p>
      <w:r>
        <w:br w:type="page"/>
      </w:r>
    </w:p>
    <w:p>
      <w:pPr>
        <w:spacing w:after="160"/>
      </w:pPr>
      <w:r>
        <w:drawing>
          <wp:inline xmlns:a="http://schemas.openxmlformats.org/drawingml/2006/main" xmlns:pic="http://schemas.openxmlformats.org/drawingml/2006/picture">
            <wp:extent cx="6400800" cy="746760"/>
            <wp:docPr id="20" name="Picture 20" descr="Page plan with About &amp; Service Area selected"/>
            <wp:cNvGraphicFramePr>
              <a:graphicFrameLocks noChangeAspect="1"/>
            </wp:cNvGraphicFramePr>
            <a:graphic>
              <a:graphicData uri="http://schemas.openxmlformats.org/drawingml/2006/picture">
                <pic:pic>
                  <pic:nvPicPr>
                    <pic:cNvPr id="0" name="progress-4.png"/>
                    <pic:cNvPicPr/>
                  </pic:nvPicPr>
                  <pic:blipFill>
                    <a:blip r:embed="rId29"/>
                    <a:stretch>
                      <a:fillRect/>
                    </a:stretch>
                  </pic:blipFill>
                  <pic:spPr>
                    <a:xfrm>
                      <a:off x="0" y="0"/>
                      <a:ext cx="6400800" cy="746760"/>
                    </a:xfrm>
                    <a:prstGeom prst="rect"/>
                  </pic:spPr>
                </pic:pic>
              </a:graphicData>
            </a:graphic>
          </wp:inline>
        </w:drawing>
      </w:r>
    </w:p>
    <w:p>
      <w:pPr>
        <w:spacing w:after="100"/>
      </w:pPr>
      <w:r>
        <w:rPr>
          <w:b/>
          <w:color w:val="08736F"/>
          <w:sz w:val="18"/>
        </w:rPr>
        <w:t>WRITE YOUR PAGE</w:t>
      </w:r>
    </w:p>
    <w:p>
      <w:pPr>
        <w:pStyle w:val="Title"/>
      </w:pPr>
      <w:r>
        <w:rPr>
          <w:color w:val="000000"/>
          <w:sz w:val="44"/>
        </w:rPr>
        <w:t>About Service Area</w:t>
      </w:r>
    </w:p>
    <w:p>
      <w:r>
        <w:rPr>
          <w:b w:val="0"/>
          <w:sz w:val="20"/>
        </w:rPr>
        <w:t>Write for your visitor. Be specific about what they need to know and what happens next. You can revise the wording after the workshop.</w:t>
      </w:r>
    </w:p>
    <w:p>
      <w:pPr>
        <w:keepNext/>
        <w:spacing w:before="140" w:after="20"/>
      </w:pPr>
      <w:r>
        <w:rPr>
          <w:b/>
          <w:sz w:val="22"/>
        </w:rPr>
        <w:t>Your page headline</w:t>
      </w:r>
    </w:p>
    <w:p>
      <w:pPr>
        <w:spacing w:after="0" w:line="440" w:lineRule="exact"/>
        <w:pBdr>
          <w:bottom w:val="single" w:sz="3" w:color="CED3D8"/>
        </w:pBdr>
      </w:pPr>
      <w:sdt>
        <w:sdtPr>
          <w:tag w:val="P5_HEADLINE_1"/>
          <w:alias w:val="P5_HEADLINE_1"/>
          <w:text/>
        </w:sdtPr>
        <w:sdtContent>
          <w:r>
            <w:t> </w:t>
          </w:r>
        </w:sdtContent>
      </w:sdt>
    </w:p>
    <w:p>
      <w:pPr>
        <w:keepNext/>
        <w:spacing w:before="140" w:after="20"/>
      </w:pPr>
      <w:r>
        <w:rPr>
          <w:b/>
          <w:sz w:val="22"/>
        </w:rPr>
        <w:t>Your opening paragraph</w:t>
      </w:r>
    </w:p>
    <w:p>
      <w:pPr>
        <w:spacing w:after="0" w:line="440" w:lineRule="exact"/>
        <w:pBdr>
          <w:bottom w:val="single" w:sz="3" w:color="CED3D8"/>
        </w:pBdr>
      </w:pPr>
      <w:sdt>
        <w:sdtPr>
          <w:tag w:val="P5_INTRO_1"/>
          <w:alias w:val="P5_INTRO_1"/>
          <w:text/>
        </w:sdtPr>
        <w:sdtContent>
          <w:r>
            <w:t> </w:t>
          </w:r>
        </w:sdtContent>
      </w:sdt>
    </w:p>
    <w:p>
      <w:pPr>
        <w:spacing w:after="0" w:line="440" w:lineRule="exact"/>
        <w:pBdr>
          <w:bottom w:val="single" w:sz="3" w:color="CED3D8"/>
        </w:pBdr>
      </w:pPr>
      <w:sdt>
        <w:sdtPr>
          <w:tag w:val="P5_INTRO_2"/>
          <w:alias w:val="P5_INTRO_2"/>
          <w:text/>
        </w:sdtPr>
        <w:sdtContent>
          <w:r>
            <w:t> </w:t>
          </w:r>
        </w:sdtContent>
      </w:sdt>
    </w:p>
    <w:p>
      <w:pPr>
        <w:spacing w:after="0" w:line="440" w:lineRule="exact"/>
        <w:pBdr>
          <w:bottom w:val="single" w:sz="3" w:color="CED3D8"/>
        </w:pBdr>
      </w:pPr>
      <w:sdt>
        <w:sdtPr>
          <w:tag w:val="P5_INTRO_3"/>
          <w:alias w:val="P5_INTRO_3"/>
          <w:text/>
        </w:sdtPr>
        <w:sdtContent>
          <w:r>
            <w:t> </w:t>
          </w:r>
        </w:sdtContent>
      </w:sdt>
    </w:p>
    <w:p>
      <w:pPr>
        <w:keepNext/>
        <w:spacing w:before="140" w:after="20"/>
      </w:pPr>
      <w:r>
        <w:rPr>
          <w:b/>
          <w:sz w:val="22"/>
        </w:rPr>
        <w:t>People roles approach and verified credentials to introduce</w:t>
      </w:r>
    </w:p>
    <w:p>
      <w:pPr>
        <w:spacing w:after="0" w:line="440" w:lineRule="exact"/>
        <w:pBdr>
          <w:bottom w:val="single" w:sz="3" w:color="CED3D8"/>
        </w:pBdr>
      </w:pPr>
      <w:sdt>
        <w:sdtPr>
          <w:tag w:val="P5_DETAILS_1"/>
          <w:alias w:val="P5_DETAILS_1"/>
          <w:text/>
        </w:sdtPr>
        <w:sdtContent>
          <w:r>
            <w:t> </w:t>
          </w:r>
        </w:sdtContent>
      </w:sdt>
    </w:p>
    <w:p>
      <w:pPr>
        <w:spacing w:after="0" w:line="440" w:lineRule="exact"/>
        <w:pBdr>
          <w:bottom w:val="single" w:sz="3" w:color="CED3D8"/>
        </w:pBdr>
      </w:pPr>
      <w:sdt>
        <w:sdtPr>
          <w:tag w:val="P5_DETAILS_2"/>
          <w:alias w:val="P5_DETAILS_2"/>
          <w:text/>
        </w:sdtPr>
        <w:sdtContent>
          <w:r>
            <w:t> </w:t>
          </w:r>
        </w:sdtContent>
      </w:sdt>
    </w:p>
    <w:p>
      <w:pPr>
        <w:spacing w:after="0" w:line="440" w:lineRule="exact"/>
        <w:pBdr>
          <w:bottom w:val="single" w:sz="3" w:color="CED3D8"/>
        </w:pBdr>
      </w:pPr>
      <w:sdt>
        <w:sdtPr>
          <w:tag w:val="P5_DETAILS_3"/>
          <w:alias w:val="P5_DETAILS_3"/>
          <w:text/>
        </w:sdtPr>
        <w:sdtContent>
          <w:r>
            <w:t> </w:t>
          </w:r>
        </w:sdtContent>
      </w:sdt>
    </w:p>
    <w:p>
      <w:pPr>
        <w:spacing w:after="0" w:line="440" w:lineRule="exact"/>
        <w:pBdr>
          <w:bottom w:val="single" w:sz="3" w:color="CED3D8"/>
        </w:pBdr>
      </w:pPr>
      <w:sdt>
        <w:sdtPr>
          <w:tag w:val="P5_DETAILS_4"/>
          <w:alias w:val="P5_DETAILS_4"/>
          <w:text/>
        </w:sdtPr>
        <w:sdtContent>
          <w:r>
            <w:t> </w:t>
          </w:r>
        </w:sdtContent>
      </w:sdt>
    </w:p>
    <w:p>
      <w:pPr>
        <w:spacing w:after="0" w:line="440" w:lineRule="exact"/>
        <w:pBdr>
          <w:bottom w:val="single" w:sz="3" w:color="CED3D8"/>
        </w:pBdr>
      </w:pPr>
      <w:sdt>
        <w:sdtPr>
          <w:tag w:val="P5_DETAILS_5"/>
          <w:alias w:val="P5_DETAILS_5"/>
          <w:text/>
        </w:sdtPr>
        <w:sdtContent>
          <w:r>
            <w:t> </w:t>
          </w:r>
        </w:sdtContent>
      </w:sdt>
    </w:p>
    <w:p>
      <w:pPr>
        <w:keepNext/>
        <w:spacing w:before="140" w:after="20"/>
      </w:pPr>
      <w:r>
        <w:rPr>
          <w:b/>
          <w:sz w:val="22"/>
        </w:rPr>
        <w:t>Button or link wording and where it should lead</w:t>
      </w:r>
    </w:p>
    <w:p>
      <w:pPr>
        <w:spacing w:after="0" w:line="440" w:lineRule="exact"/>
        <w:pBdr>
          <w:bottom w:val="single" w:sz="3" w:color="CED3D8"/>
        </w:pBdr>
      </w:pPr>
      <w:sdt>
        <w:sdtPr>
          <w:tag w:val="P5_ACTION_1"/>
          <w:alias w:val="P5_ACTION_1"/>
          <w:text/>
        </w:sdtPr>
        <w:sdtContent>
          <w:r>
            <w:t> </w:t>
          </w:r>
        </w:sdtContent>
      </w:sdt>
    </w:p>
    <w:p>
      <w:pPr>
        <w:spacing w:after="0" w:line="440" w:lineRule="exact"/>
        <w:pBdr>
          <w:bottom w:val="single" w:sz="3" w:color="CED3D8"/>
        </w:pBdr>
      </w:pPr>
      <w:sdt>
        <w:sdtPr>
          <w:tag w:val="P5_ACTION_2"/>
          <w:alias w:val="P5_ACTION_2"/>
          <w:text/>
        </w:sdtPr>
        <w:sdtContent>
          <w:r>
            <w:t> </w:t>
          </w:r>
        </w:sdtContent>
      </w:sdt>
    </w:p>
    <w:p>
      <w:pPr>
        <w:keepNext/>
        <w:spacing w:before="140" w:after="20"/>
      </w:pPr>
      <w:r>
        <w:rPr>
          <w:b/>
          <w:sz w:val="22"/>
        </w:rPr>
        <w:t>Photo idea caption and permission or credit needed</w:t>
      </w:r>
    </w:p>
    <w:p>
      <w:pPr>
        <w:spacing w:after="0" w:line="440" w:lineRule="exact"/>
        <w:pBdr>
          <w:bottom w:val="single" w:sz="3" w:color="CED3D8"/>
        </w:pBdr>
      </w:pPr>
      <w:sdt>
        <w:sdtPr>
          <w:tag w:val="P5_PHOTO_1"/>
          <w:alias w:val="P5_PHOTO_1"/>
          <w:text/>
        </w:sdtPr>
        <w:sdtContent>
          <w:r>
            <w:t> </w:t>
          </w:r>
        </w:sdtContent>
      </w:sdt>
    </w:p>
    <w:p>
      <w:pPr>
        <w:spacing w:after="0" w:line="440" w:lineRule="exact"/>
        <w:pBdr>
          <w:bottom w:val="single" w:sz="3" w:color="CED3D8"/>
        </w:pBdr>
      </w:pPr>
      <w:sdt>
        <w:sdtPr>
          <w:tag w:val="P5_PHOTO_2"/>
          <w:alias w:val="P5_PHOTO_2"/>
          <w:text/>
        </w:sdtPr>
        <w:sdtContent>
          <w:r>
            <w:t> </w:t>
          </w:r>
        </w:sdtContent>
      </w:sdt>
    </w:p>
    <w:p>
      <w:pPr>
        <w:keepNext/>
        <w:spacing w:before="140" w:after="20"/>
      </w:pPr>
      <w:r>
        <w:rPr>
          <w:b/>
          <w:sz w:val="22"/>
        </w:rPr>
        <w:t>Facts to verify or questions to resolve</w:t>
      </w:r>
    </w:p>
    <w:p>
      <w:pPr>
        <w:spacing w:after="0" w:line="440" w:lineRule="exact"/>
        <w:pBdr>
          <w:bottom w:val="single" w:sz="3" w:color="CED3D8"/>
        </w:pBdr>
      </w:pPr>
      <w:sdt>
        <w:sdtPr>
          <w:tag w:val="P5_VERIFY_1"/>
          <w:alias w:val="P5_VERIFY_1"/>
          <w:text/>
        </w:sdtPr>
        <w:sdtContent>
          <w:r>
            <w:t> </w:t>
          </w:r>
        </w:sdtContent>
      </w:sdt>
    </w:p>
    <w:p>
      <w:pPr>
        <w:spacing w:after="0" w:line="440" w:lineRule="exact"/>
        <w:pBdr>
          <w:bottom w:val="single" w:sz="3" w:color="CED3D8"/>
        </w:pBdr>
      </w:pPr>
      <w:sdt>
        <w:sdtPr>
          <w:tag w:val="P5_VERIFY_2"/>
          <w:alias w:val="P5_VERIFY_2"/>
          <w:text/>
        </w:sdtPr>
        <w:sdtContent>
          <w:r>
            <w:t> </w:t>
          </w:r>
        </w:sdtContent>
      </w:sdt>
    </w:p>
    <w:p>
      <w:r>
        <w:br w:type="page"/>
      </w:r>
    </w:p>
    <w:p>
      <w:pPr>
        <w:spacing w:after="160"/>
      </w:pPr>
      <w:r>
        <w:drawing>
          <wp:inline xmlns:a="http://schemas.openxmlformats.org/drawingml/2006/main" xmlns:pic="http://schemas.openxmlformats.org/drawingml/2006/picture">
            <wp:extent cx="6400800" cy="746760"/>
            <wp:docPr id="21" name="Picture 21" descr="Page plan with Request a Quote selected"/>
            <wp:cNvGraphicFramePr>
              <a:graphicFrameLocks noChangeAspect="1"/>
            </wp:cNvGraphicFramePr>
            <a:graphic>
              <a:graphicData uri="http://schemas.openxmlformats.org/drawingml/2006/picture">
                <pic:pic>
                  <pic:nvPicPr>
                    <pic:cNvPr id="0" name="progress-5.png"/>
                    <pic:cNvPicPr/>
                  </pic:nvPicPr>
                  <pic:blipFill>
                    <a:blip r:embed="rId30"/>
                    <a:stretch>
                      <a:fillRect/>
                    </a:stretch>
                  </pic:blipFill>
                  <pic:spPr>
                    <a:xfrm>
                      <a:off x="0" y="0"/>
                      <a:ext cx="6400800" cy="746760"/>
                    </a:xfrm>
                    <a:prstGeom prst="rect"/>
                  </pic:spPr>
                </pic:pic>
              </a:graphicData>
            </a:graphic>
          </wp:inline>
        </w:drawing>
      </w:r>
    </w:p>
    <w:p>
      <w:pPr>
        <w:spacing w:after="100"/>
      </w:pPr>
      <w:r>
        <w:rPr>
          <w:b/>
          <w:color w:val="08736F"/>
          <w:sz w:val="18"/>
        </w:rPr>
        <w:t>LOOK AND LEARN</w:t>
      </w:r>
    </w:p>
    <w:p>
      <w:pPr>
        <w:pStyle w:val="Title"/>
      </w:pPr>
      <w:r>
        <w:rPr>
          <w:color w:val="000000"/>
          <w:sz w:val="44"/>
        </w:rPr>
        <w:t>Request a Quote</w:t>
      </w:r>
    </w:p>
    <w:p>
      <w:pPr>
        <w:pStyle w:val="Heading1"/>
      </w:pPr>
      <w:r>
        <w:t>The job of this page</w:t>
      </w:r>
    </w:p>
    <w:p>
      <w:r>
        <w:rPr>
          <w:b w:val="0"/>
        </w:rPr>
        <w:t>Ask for contact details, community, project type, approximate dimensions, existing surface, access considerations and preferred timing. Explain that scope, price and scheduling require confirmation.</w:t>
      </w:r>
    </w:p>
    <w:p>
      <w:pPr>
        <w:spacing w:after="100"/>
      </w:pPr>
      <w:r>
        <w:drawing>
          <wp:inline xmlns:a="http://schemas.openxmlformats.org/drawingml/2006/main" xmlns:pic="http://schemas.openxmlformats.org/drawingml/2006/picture">
            <wp:extent cx="5729738" cy="3198996"/>
            <wp:docPr id="7" name="Picture 7" descr="Privacy-cropped excerpt from the retained fictional demonstration; not a new Builder capture."/>
            <wp:cNvGraphicFramePr>
              <a:graphicFrameLocks noChangeAspect="1"/>
            </wp:cNvGraphicFramePr>
            <a:graphic>
              <a:graphicData uri="http://schemas.openxmlformats.org/drawingml/2006/picture">
                <pic:pic>
                  <pic:nvPicPr>
                    <pic:cNvPr id="0" name="06-request-quote.jpg" descr="Privacy-cropped excerpt from the retained fictional demonstration; not a new Builder capture."/>
                    <pic:cNvPicPr/>
                  </pic:nvPicPr>
                  <pic:blipFill>
                    <a:blip r:embed="rId16"/>
                    <a:stretch>
                      <a:fillRect/>
                    </a:stretch>
                  </pic:blipFill>
                  <pic:spPr>
                    <a:xfrm>
                      <a:off x="0" y="0"/>
                      <a:ext cx="5729738" cy="3198996"/>
                    </a:xfrm>
                    <a:prstGeom prst="rect"/>
                  </pic:spPr>
                </pic:pic>
              </a:graphicData>
            </a:graphic>
          </wp:inline>
        </w:drawing>
      </w:r>
    </w:p>
    <w:p>
      <w:r>
        <w:rPr>
          <w:sz w:val="18"/>
        </w:rPr>
        <w:t xml:space="preserve">Prairie Stone Concrete example  |  </w:t>
      </w:r>
      <w:hyperlink r:id="rId18">
        <w:r>
          <w:rPr>
            <w:color w:val="08736F"/>
            <w:u w:val="single"/>
            <w:sz w:val="18"/>
          </w:rPr>
          <w:t>Explore SaaSTech Website Builder</w:t>
        </w:r>
      </w:hyperlink>
    </w:p>
    <w:p>
      <w:pPr>
        <w:pStyle w:val="Heading1"/>
      </w:pPr>
      <w:r>
        <w:t>Sample wording to adapt</w:t>
      </w:r>
    </w:p>
    <w:p>
      <w:r>
        <w:rPr>
          <w:b/>
          <w:sz w:val="24"/>
        </w:rPr>
        <w:t>Start with your project details</w:t>
      </w:r>
    </w:p>
    <w:p>
      <w:r>
        <w:rPr>
          <w:b w:val="0"/>
        </w:rPr>
        <w:t>Tell us your community, approximate area, existing surface and preferred timing. We will discuss site access and the next assessment step before confirming scope, price or a construction date.</w:t>
      </w:r>
    </w:p>
    <w:p>
      <w:pPr>
        <w:pStyle w:val="Heading1"/>
      </w:pPr>
      <w:r>
        <w:t>Pause and plan</w:t>
      </w:r>
    </w:p>
    <w:p>
      <w:r>
        <w:rPr>
          <w:b w:val="0"/>
          <w:sz w:val="20"/>
        </w:rPr>
        <w:t>What must someone provide, and what happens after they send it? Separate a request from a confirmed booking, order or place. Decide what information should stay out of a public form.</w:t>
      </w:r>
    </w:p>
    <w:p>
      <w:r>
        <w:br w:type="page"/>
      </w:r>
    </w:p>
    <w:p>
      <w:pPr>
        <w:spacing w:after="160"/>
      </w:pPr>
      <w:r>
        <w:drawing>
          <wp:inline xmlns:a="http://schemas.openxmlformats.org/drawingml/2006/main" xmlns:pic="http://schemas.openxmlformats.org/drawingml/2006/picture">
            <wp:extent cx="6400800" cy="746760"/>
            <wp:docPr id="22" name="Picture 22" descr="Page plan with Request a Quote selected"/>
            <wp:cNvGraphicFramePr>
              <a:graphicFrameLocks noChangeAspect="1"/>
            </wp:cNvGraphicFramePr>
            <a:graphic>
              <a:graphicData uri="http://schemas.openxmlformats.org/drawingml/2006/picture">
                <pic:pic>
                  <pic:nvPicPr>
                    <pic:cNvPr id="0" name="progress-5.png"/>
                    <pic:cNvPicPr/>
                  </pic:nvPicPr>
                  <pic:blipFill>
                    <a:blip r:embed="rId30"/>
                    <a:stretch>
                      <a:fillRect/>
                    </a:stretch>
                  </pic:blipFill>
                  <pic:spPr>
                    <a:xfrm>
                      <a:off x="0" y="0"/>
                      <a:ext cx="6400800" cy="746760"/>
                    </a:xfrm>
                    <a:prstGeom prst="rect"/>
                  </pic:spPr>
                </pic:pic>
              </a:graphicData>
            </a:graphic>
          </wp:inline>
        </w:drawing>
      </w:r>
    </w:p>
    <w:p>
      <w:pPr>
        <w:spacing w:after="100"/>
      </w:pPr>
      <w:r>
        <w:rPr>
          <w:b/>
          <w:color w:val="08736F"/>
          <w:sz w:val="18"/>
        </w:rPr>
        <w:t>WRITE YOUR PAGE</w:t>
      </w:r>
    </w:p>
    <w:p>
      <w:pPr>
        <w:pStyle w:val="Title"/>
      </w:pPr>
      <w:r>
        <w:rPr>
          <w:color w:val="000000"/>
          <w:sz w:val="44"/>
        </w:rPr>
        <w:t>Request a Quote</w:t>
      </w:r>
    </w:p>
    <w:p>
      <w:r>
        <w:rPr>
          <w:b w:val="0"/>
          <w:sz w:val="20"/>
        </w:rPr>
        <w:t>Write for your visitor. Be specific about what they need to know and what happens next. You can revise the wording after the workshop.</w:t>
      </w:r>
    </w:p>
    <w:p>
      <w:pPr>
        <w:keepNext/>
        <w:spacing w:before="140" w:after="20"/>
      </w:pPr>
      <w:r>
        <w:rPr>
          <w:b/>
          <w:sz w:val="22"/>
        </w:rPr>
        <w:t>Your page headline</w:t>
      </w:r>
    </w:p>
    <w:p>
      <w:pPr>
        <w:spacing w:after="0" w:line="440" w:lineRule="exact"/>
        <w:pBdr>
          <w:bottom w:val="single" w:sz="3" w:color="CED3D8"/>
        </w:pBdr>
      </w:pPr>
      <w:sdt>
        <w:sdtPr>
          <w:tag w:val="P6_HEADLINE_1"/>
          <w:alias w:val="P6_HEADLINE_1"/>
          <w:text/>
        </w:sdtPr>
        <w:sdtContent>
          <w:r>
            <w:t> </w:t>
          </w:r>
        </w:sdtContent>
      </w:sdt>
    </w:p>
    <w:p>
      <w:pPr>
        <w:keepNext/>
        <w:spacing w:before="140" w:after="20"/>
      </w:pPr>
      <w:r>
        <w:rPr>
          <w:b/>
          <w:sz w:val="22"/>
        </w:rPr>
        <w:t>Your opening paragraph</w:t>
      </w:r>
    </w:p>
    <w:p>
      <w:pPr>
        <w:spacing w:after="0" w:line="440" w:lineRule="exact"/>
        <w:pBdr>
          <w:bottom w:val="single" w:sz="3" w:color="CED3D8"/>
        </w:pBdr>
      </w:pPr>
      <w:sdt>
        <w:sdtPr>
          <w:tag w:val="P6_INTRO_1"/>
          <w:alias w:val="P6_INTRO_1"/>
          <w:text/>
        </w:sdtPr>
        <w:sdtContent>
          <w:r>
            <w:t> </w:t>
          </w:r>
        </w:sdtContent>
      </w:sdt>
    </w:p>
    <w:p>
      <w:pPr>
        <w:spacing w:after="0" w:line="440" w:lineRule="exact"/>
        <w:pBdr>
          <w:bottom w:val="single" w:sz="3" w:color="CED3D8"/>
        </w:pBdr>
      </w:pPr>
      <w:sdt>
        <w:sdtPr>
          <w:tag w:val="P6_INTRO_2"/>
          <w:alias w:val="P6_INTRO_2"/>
          <w:text/>
        </w:sdtPr>
        <w:sdtContent>
          <w:r>
            <w:t> </w:t>
          </w:r>
        </w:sdtContent>
      </w:sdt>
    </w:p>
    <w:p>
      <w:pPr>
        <w:spacing w:after="0" w:line="440" w:lineRule="exact"/>
        <w:pBdr>
          <w:bottom w:val="single" w:sz="3" w:color="CED3D8"/>
        </w:pBdr>
      </w:pPr>
      <w:sdt>
        <w:sdtPr>
          <w:tag w:val="P6_INTRO_3"/>
          <w:alias w:val="P6_INTRO_3"/>
          <w:text/>
        </w:sdtPr>
        <w:sdtContent>
          <w:r>
            <w:t> </w:t>
          </w:r>
        </w:sdtContent>
      </w:sdt>
    </w:p>
    <w:p>
      <w:pPr>
        <w:keepNext/>
        <w:spacing w:before="140" w:after="20"/>
      </w:pPr>
      <w:r>
        <w:rPr>
          <w:b/>
          <w:sz w:val="22"/>
        </w:rPr>
        <w:t>Information to request and how you will reply or confirm</w:t>
      </w:r>
    </w:p>
    <w:p>
      <w:pPr>
        <w:spacing w:after="0" w:line="440" w:lineRule="exact"/>
        <w:pBdr>
          <w:bottom w:val="single" w:sz="3" w:color="CED3D8"/>
        </w:pBdr>
      </w:pPr>
      <w:sdt>
        <w:sdtPr>
          <w:tag w:val="P6_DETAILS_1"/>
          <w:alias w:val="P6_DETAILS_1"/>
          <w:text/>
        </w:sdtPr>
        <w:sdtContent>
          <w:r>
            <w:t> </w:t>
          </w:r>
        </w:sdtContent>
      </w:sdt>
    </w:p>
    <w:p>
      <w:pPr>
        <w:spacing w:after="0" w:line="440" w:lineRule="exact"/>
        <w:pBdr>
          <w:bottom w:val="single" w:sz="3" w:color="CED3D8"/>
        </w:pBdr>
      </w:pPr>
      <w:sdt>
        <w:sdtPr>
          <w:tag w:val="P6_DETAILS_2"/>
          <w:alias w:val="P6_DETAILS_2"/>
          <w:text/>
        </w:sdtPr>
        <w:sdtContent>
          <w:r>
            <w:t> </w:t>
          </w:r>
        </w:sdtContent>
      </w:sdt>
    </w:p>
    <w:p>
      <w:pPr>
        <w:spacing w:after="0" w:line="440" w:lineRule="exact"/>
        <w:pBdr>
          <w:bottom w:val="single" w:sz="3" w:color="CED3D8"/>
        </w:pBdr>
      </w:pPr>
      <w:sdt>
        <w:sdtPr>
          <w:tag w:val="P6_DETAILS_3"/>
          <w:alias w:val="P6_DETAILS_3"/>
          <w:text/>
        </w:sdtPr>
        <w:sdtContent>
          <w:r>
            <w:t> </w:t>
          </w:r>
        </w:sdtContent>
      </w:sdt>
    </w:p>
    <w:p>
      <w:pPr>
        <w:spacing w:after="0" w:line="440" w:lineRule="exact"/>
        <w:pBdr>
          <w:bottom w:val="single" w:sz="3" w:color="CED3D8"/>
        </w:pBdr>
      </w:pPr>
      <w:sdt>
        <w:sdtPr>
          <w:tag w:val="P6_DETAILS_4"/>
          <w:alias w:val="P6_DETAILS_4"/>
          <w:text/>
        </w:sdtPr>
        <w:sdtContent>
          <w:r>
            <w:t> </w:t>
          </w:r>
        </w:sdtContent>
      </w:sdt>
    </w:p>
    <w:p>
      <w:pPr>
        <w:spacing w:after="0" w:line="440" w:lineRule="exact"/>
        <w:pBdr>
          <w:bottom w:val="single" w:sz="3" w:color="CED3D8"/>
        </w:pBdr>
      </w:pPr>
      <w:sdt>
        <w:sdtPr>
          <w:tag w:val="P6_DETAILS_5"/>
          <w:alias w:val="P6_DETAILS_5"/>
          <w:text/>
        </w:sdtPr>
        <w:sdtContent>
          <w:r>
            <w:t> </w:t>
          </w:r>
        </w:sdtContent>
      </w:sdt>
    </w:p>
    <w:p>
      <w:pPr>
        <w:keepNext/>
        <w:spacing w:before="140" w:after="20"/>
      </w:pPr>
      <w:r>
        <w:rPr>
          <w:b/>
          <w:sz w:val="22"/>
        </w:rPr>
        <w:t>Button or link wording and where it should lead</w:t>
      </w:r>
    </w:p>
    <w:p>
      <w:pPr>
        <w:spacing w:after="0" w:line="440" w:lineRule="exact"/>
        <w:pBdr>
          <w:bottom w:val="single" w:sz="3" w:color="CED3D8"/>
        </w:pBdr>
      </w:pPr>
      <w:sdt>
        <w:sdtPr>
          <w:tag w:val="P6_ACTION_1"/>
          <w:alias w:val="P6_ACTION_1"/>
          <w:text/>
        </w:sdtPr>
        <w:sdtContent>
          <w:r>
            <w:t> </w:t>
          </w:r>
        </w:sdtContent>
      </w:sdt>
    </w:p>
    <w:p>
      <w:pPr>
        <w:spacing w:after="0" w:line="440" w:lineRule="exact"/>
        <w:pBdr>
          <w:bottom w:val="single" w:sz="3" w:color="CED3D8"/>
        </w:pBdr>
      </w:pPr>
      <w:sdt>
        <w:sdtPr>
          <w:tag w:val="P6_ACTION_2"/>
          <w:alias w:val="P6_ACTION_2"/>
          <w:text/>
        </w:sdtPr>
        <w:sdtContent>
          <w:r>
            <w:t> </w:t>
          </w:r>
        </w:sdtContent>
      </w:sdt>
    </w:p>
    <w:p>
      <w:pPr>
        <w:keepNext/>
        <w:spacing w:before="140" w:after="20"/>
      </w:pPr>
      <w:r>
        <w:rPr>
          <w:b/>
          <w:sz w:val="22"/>
        </w:rPr>
        <w:t>Photo idea caption and permission or credit needed</w:t>
      </w:r>
    </w:p>
    <w:p>
      <w:pPr>
        <w:spacing w:after="0" w:line="440" w:lineRule="exact"/>
        <w:pBdr>
          <w:bottom w:val="single" w:sz="3" w:color="CED3D8"/>
        </w:pBdr>
      </w:pPr>
      <w:sdt>
        <w:sdtPr>
          <w:tag w:val="P6_PHOTO_1"/>
          <w:alias w:val="P6_PHOTO_1"/>
          <w:text/>
        </w:sdtPr>
        <w:sdtContent>
          <w:r>
            <w:t> </w:t>
          </w:r>
        </w:sdtContent>
      </w:sdt>
    </w:p>
    <w:p>
      <w:pPr>
        <w:spacing w:after="0" w:line="440" w:lineRule="exact"/>
        <w:pBdr>
          <w:bottom w:val="single" w:sz="3" w:color="CED3D8"/>
        </w:pBdr>
      </w:pPr>
      <w:sdt>
        <w:sdtPr>
          <w:tag w:val="P6_PHOTO_2"/>
          <w:alias w:val="P6_PHOTO_2"/>
          <w:text/>
        </w:sdtPr>
        <w:sdtContent>
          <w:r>
            <w:t> </w:t>
          </w:r>
        </w:sdtContent>
      </w:sdt>
    </w:p>
    <w:p>
      <w:pPr>
        <w:keepNext/>
        <w:spacing w:before="140" w:after="20"/>
      </w:pPr>
      <w:r>
        <w:rPr>
          <w:b/>
          <w:sz w:val="22"/>
        </w:rPr>
        <w:t>Facts to verify or questions to resolve</w:t>
      </w:r>
    </w:p>
    <w:p>
      <w:pPr>
        <w:spacing w:after="0" w:line="440" w:lineRule="exact"/>
        <w:pBdr>
          <w:bottom w:val="single" w:sz="3" w:color="CED3D8"/>
        </w:pBdr>
      </w:pPr>
      <w:sdt>
        <w:sdtPr>
          <w:tag w:val="P6_VERIFY_1"/>
          <w:alias w:val="P6_VERIFY_1"/>
          <w:text/>
        </w:sdtPr>
        <w:sdtContent>
          <w:r>
            <w:t> </w:t>
          </w:r>
        </w:sdtContent>
      </w:sdt>
    </w:p>
    <w:p>
      <w:pPr>
        <w:spacing w:after="0" w:line="440" w:lineRule="exact"/>
        <w:pBdr>
          <w:bottom w:val="single" w:sz="3" w:color="CED3D8"/>
        </w:pBdr>
      </w:pPr>
      <w:sdt>
        <w:sdtPr>
          <w:tag w:val="P6_VERIFY_2"/>
          <w:alias w:val="P6_VERIFY_2"/>
          <w:text/>
        </w:sdtPr>
        <w:sdtContent>
          <w:r>
            <w:t> </w:t>
          </w:r>
        </w:sdtContent>
      </w:sdt>
    </w:p>
    <w:p>
      <w:r>
        <w:br w:type="page"/>
      </w:r>
    </w:p>
    <w:p>
      <w:pPr>
        <w:spacing w:after="100"/>
      </w:pPr>
      <w:r>
        <w:rPr>
          <w:b/>
          <w:color w:val="08736F"/>
          <w:sz w:val="18"/>
        </w:rPr>
        <w:t>WORKSHOP CLOSE</w:t>
      </w:r>
    </w:p>
    <w:p>
      <w:pPr>
        <w:pStyle w:val="Title"/>
      </w:pPr>
      <w:r>
        <w:rPr>
          <w:color w:val="000000"/>
          <w:sz w:val="44"/>
        </w:rPr>
        <w:t>Review and next steps</w:t>
      </w:r>
    </w:p>
    <w:p>
      <w:r>
        <w:rPr>
          <w:b w:val="0"/>
        </w:rPr>
        <w:t>Ask a partner to read your draft as a first-time visitor. Can they explain what you offer, who it is for and the next step without extra help?</w:t>
      </w:r>
    </w:p>
    <w:p>
      <w:pPr>
        <w:pStyle w:val="Heading1"/>
      </w:pPr>
      <w:r>
        <w:t>Before you publish</w:t>
      </w:r>
    </w:p>
    <w:p>
      <w:r>
        <w:rPr>
          <w:b w:val="0"/>
          <w:sz w:val="20"/>
        </w:rPr>
        <w:t>[ ] Every page has a clear purpose and a useful next step.</w:t>
      </w:r>
    </w:p>
    <w:p>
      <w:r>
        <w:rPr>
          <w:b w:val="0"/>
          <w:sz w:val="20"/>
        </w:rPr>
        <w:t>[ ] Headlines are specific and the wording sounds like your business.</w:t>
      </w:r>
    </w:p>
    <w:p>
      <w:r>
        <w:rPr>
          <w:b w:val="0"/>
          <w:sz w:val="20"/>
        </w:rPr>
        <w:t>[ ] Names, service areas, prices, dates and policies have been checked.</w:t>
      </w:r>
    </w:p>
    <w:p>
      <w:r>
        <w:rPr>
          <w:b w:val="0"/>
          <w:sz w:val="20"/>
        </w:rPr>
        <w:t>[ ] Credentials, testimonials and results are genuine and permission-cleared.</w:t>
      </w:r>
    </w:p>
    <w:p>
      <w:r>
        <w:rPr>
          <w:b w:val="0"/>
          <w:sz w:val="20"/>
        </w:rPr>
        <w:t>[ ] Photos support the text, do not repeat needlessly and have appropriate permissions.</w:t>
      </w:r>
    </w:p>
    <w:p>
      <w:r>
        <w:rPr>
          <w:b w:val="0"/>
          <w:sz w:val="20"/>
        </w:rPr>
        <w:t>[ ] Forms ask only for necessary information and explain what happens next.</w:t>
      </w:r>
    </w:p>
    <w:p>
      <w:r>
        <w:rPr>
          <w:b w:val="0"/>
          <w:sz w:val="20"/>
        </w:rPr>
        <w:t>[ ] Links, downloads and the main visitor task work on a phone.</w:t>
      </w:r>
    </w:p>
    <w:p>
      <w:pPr>
        <w:keepNext/>
        <w:spacing w:before="140" w:after="20"/>
      </w:pPr>
      <w:r>
        <w:rPr>
          <w:b/>
          <w:sz w:val="22"/>
        </w:rPr>
        <w:t>The most useful feedback from your workshop partner</w:t>
      </w:r>
    </w:p>
    <w:p>
      <w:pPr>
        <w:spacing w:after="0" w:line="440" w:lineRule="exact"/>
        <w:pBdr>
          <w:bottom w:val="single" w:sz="3" w:color="CED3D8"/>
        </w:pBdr>
      </w:pPr>
      <w:sdt>
        <w:sdtPr>
          <w:tag w:val="END_FEEDBACK_1"/>
          <w:alias w:val="END_FEEDBACK_1"/>
          <w:text/>
        </w:sdtPr>
        <w:sdtContent>
          <w:r>
            <w:t> </w:t>
          </w:r>
        </w:sdtContent>
      </w:sdt>
    </w:p>
    <w:p>
      <w:pPr>
        <w:spacing w:after="0" w:line="440" w:lineRule="exact"/>
        <w:pBdr>
          <w:bottom w:val="single" w:sz="3" w:color="CED3D8"/>
        </w:pBdr>
      </w:pPr>
      <w:sdt>
        <w:sdtPr>
          <w:tag w:val="END_FEEDBACK_2"/>
          <w:alias w:val="END_FEEDBACK_2"/>
          <w:text/>
        </w:sdtPr>
        <w:sdtContent>
          <w:r>
            <w:t> </w:t>
          </w:r>
        </w:sdtContent>
      </w:sdt>
    </w:p>
    <w:p>
      <w:pPr>
        <w:keepNext/>
        <w:spacing w:before="140" w:after="20"/>
      </w:pPr>
      <w:r>
        <w:rPr>
          <w:b/>
          <w:sz w:val="22"/>
        </w:rPr>
        <w:t>First change to make and who will do it</w:t>
      </w:r>
    </w:p>
    <w:p>
      <w:pPr>
        <w:spacing w:after="0" w:line="440" w:lineRule="exact"/>
        <w:pBdr>
          <w:bottom w:val="single" w:sz="3" w:color="CED3D8"/>
        </w:pBdr>
      </w:pPr>
      <w:sdt>
        <w:sdtPr>
          <w:tag w:val="END_ACTION_1"/>
          <w:alias w:val="END_ACTION_1"/>
          <w:text/>
        </w:sdtPr>
        <w:sdtContent>
          <w:r>
            <w:t> </w:t>
          </w:r>
        </w:sdtContent>
      </w:sdt>
    </w:p>
    <w:p>
      <w:pPr>
        <w:spacing w:after="0" w:line="440" w:lineRule="exact"/>
        <w:pBdr>
          <w:bottom w:val="single" w:sz="3" w:color="CED3D8"/>
        </w:pBdr>
      </w:pPr>
      <w:sdt>
        <w:sdtPr>
          <w:tag w:val="END_ACTION_2"/>
          <w:alias w:val="END_ACTION_2"/>
          <w:text/>
        </w:sdtPr>
        <w:sdtContent>
          <w:r>
            <w:t> </w:t>
          </w:r>
        </w:sdtContent>
      </w:sdt>
    </w:p>
    <w:p>
      <w:pPr>
        <w:keepNext/>
        <w:spacing w:before="140" w:after="20"/>
      </w:pPr>
      <w:r>
        <w:rPr>
          <w:b/>
          <w:sz w:val="22"/>
        </w:rPr>
        <w:t>Information or photographs still needed</w:t>
      </w:r>
    </w:p>
    <w:p>
      <w:pPr>
        <w:spacing w:after="0" w:line="440" w:lineRule="exact"/>
        <w:pBdr>
          <w:bottom w:val="single" w:sz="3" w:color="CED3D8"/>
        </w:pBdr>
      </w:pPr>
      <w:sdt>
        <w:sdtPr>
          <w:tag w:val="END_MISSING_1"/>
          <w:alias w:val="END_MISSING_1"/>
          <w:text/>
        </w:sdtPr>
        <w:sdtContent>
          <w:r>
            <w:t> </w:t>
          </w:r>
        </w:sdtContent>
      </w:sdt>
    </w:p>
    <w:p>
      <w:pPr>
        <w:spacing w:after="0" w:line="440" w:lineRule="exact"/>
        <w:pBdr>
          <w:bottom w:val="single" w:sz="3" w:color="CED3D8"/>
        </w:pBdr>
      </w:pPr>
      <w:sdt>
        <w:sdtPr>
          <w:tag w:val="END_MISSING_2"/>
          <w:alias w:val="END_MISSING_2"/>
          <w:text/>
        </w:sdtPr>
        <w:sdtContent>
          <w:r>
            <w:t> </w:t>
          </w:r>
        </w:sdtContent>
      </w:sdt>
    </w:p>
    <w:p>
      <w:pPr>
        <w:keepNext/>
        <w:spacing w:before="140" w:after="20"/>
      </w:pPr>
      <w:r>
        <w:rPr>
          <w:b/>
          <w:sz w:val="22"/>
        </w:rPr>
        <w:t>Target review date and who will approve the final content</w:t>
      </w:r>
    </w:p>
    <w:p>
      <w:pPr>
        <w:spacing w:after="0" w:line="440" w:lineRule="exact"/>
        <w:pBdr>
          <w:bottom w:val="single" w:sz="3" w:color="CED3D8"/>
        </w:pBdr>
      </w:pPr>
      <w:sdt>
        <w:sdtPr>
          <w:tag w:val="END_DATE_1"/>
          <w:alias w:val="END_DATE_1"/>
          <w:text/>
        </w:sdtPr>
        <w:sdtContent>
          <w:r>
            <w:t> </w:t>
          </w:r>
        </w:sdtContent>
      </w:sdt>
    </w:p>
    <w:p>
      <w:pPr>
        <w:spacing w:before="160"/>
      </w:pPr>
      <w:r>
        <w:rPr>
          <w:b w:val="0"/>
          <w:sz w:val="18"/>
        </w:rPr>
        <w:t>Keep sensitive customer, patient, employee and payment information out of this workbook. Completing it does not publish a website or connect to Website Builder.</w:t>
      </w:r>
    </w:p>
    <w:p>
      <w:r>
        <w:br w:type="page"/>
      </w:r>
    </w:p>
    <w:p>
      <w:r>
        <w:rPr>
          <w:b/>
          <w:color w:val="08736F"/>
          <w:sz w:val="18"/>
        </w:rPr>
        <w:t>BUILD WITH SAASTECH SERVERS</w:t>
      </w:r>
    </w:p>
    <w:p>
      <w:pPr>
        <w:pStyle w:val="Title"/>
      </w:pPr>
      <w:r>
        <w:t>Put your draft into Website Builder</w:t>
      </w:r>
    </w:p>
    <w:p>
      <w:r>
        <w:t>Use the content you have written to build your own site. Keep the concrete companies demo as a reference, and replace its company name, images and claims with your verified business information.</w:t>
      </w:r>
    </w:p>
    <w:p>
      <w:pPr>
        <w:pStyle w:val="Heading1"/>
      </w:pPr>
      <w:r>
        <w:t>Explore the builder</w:t>
      </w:r>
    </w:p>
    <w:p>
      <w:r>
        <w:t>See the editor, compare available plans and decide which features your business needs. Confirm current pricing and terms before purchasing.</w:t>
      </w:r>
    </w:p>
    <w:p>
      <w:hyperlink r:id="rId18">
        <w:r>
          <w:rPr>
            <w:color w:val="08736F"/>
            <w:u w:val="single"/>
            <w:sz w:val="22"/>
          </w:rPr>
          <w:t>Website Builder overview</w:t>
        </w:r>
      </w:hyperlink>
    </w:p>
    <w:p>
      <w:pPr>
        <w:pStyle w:val="Heading1"/>
      </w:pPr>
      <w:r>
        <w:t>Create your account</w:t>
      </w:r>
    </w:p>
    <w:p>
      <w:r>
        <w:t>Set up your SaaSTech Servers customer account using your own details. Creating an account is separate from purchasing a Website Builder plan.</w:t>
      </w:r>
    </w:p>
    <w:p>
      <w:hyperlink r:id="rId21">
        <w:r>
          <w:rPr>
            <w:color w:val="08736F"/>
            <w:u w:val="single"/>
            <w:sz w:val="22"/>
          </w:rPr>
          <w:t>Create your SaaSTech account</w:t>
        </w:r>
      </w:hyperlink>
    </w:p>
    <w:p>
      <w:pPr>
        <w:pStyle w:val="Heading1"/>
      </w:pPr>
      <w:r>
        <w:t>Choose your plan</w:t>
      </w:r>
    </w:p>
    <w:p>
      <w:r>
        <w:t>Open the secure shop to review the plan, subscription term and final total. Use the account connected to your purchase when you open your service.</w:t>
      </w:r>
    </w:p>
    <w:p>
      <w:hyperlink r:id="rId22">
        <w:r>
          <w:rPr>
            <w:color w:val="08736F"/>
            <w:u w:val="single"/>
            <w:sz w:val="22"/>
          </w:rPr>
          <w:t>View Website Builder plans</w:t>
        </w:r>
      </w:hyperlink>
    </w:p>
    <w:p>
      <w:pPr>
        <w:pStyle w:val="Heading1"/>
      </w:pPr>
      <w:r>
        <w:t>Build and check your pages</w:t>
      </w:r>
    </w:p>
    <w:p>
      <w:r>
        <w:t>Add the pages from this workbook. Transfer your approved wording, upload permission-cleared photos and review each page on desktop and mobile before publishing.</w:t>
      </w:r>
    </w:p>
    <w:p>
      <w:hyperlink r:id="rId18">
        <w:r>
          <w:rPr>
            <w:color w:val="08736F"/>
            <w:u w:val="single"/>
            <w:sz w:val="22"/>
          </w:rPr>
          <w:t>Return to the Website Builder guide</w:t>
        </w:r>
      </w:hyperlink>
    </w:p>
    <w:p>
      <w:pPr>
        <w:pStyle w:val="Heading1"/>
      </w:pPr>
      <w:r>
        <w:t>Using a printed workbook</w:t>
      </w:r>
    </w:p>
    <w:p>
      <w:r>
        <w:t>Type these short addresses into your browser. The account guide includes the Create My Account button.</w:t>
      </w:r>
    </w:p>
    <w:p>
      <w:hyperlink r:id="rId18">
        <w:r>
          <w:rPr>
            <w:color w:val="08736F"/>
            <w:u w:val="single"/>
            <w:sz w:val="20"/>
          </w:rPr>
          <w:t>www.saastech.net/products/website-builder</w:t>
        </w:r>
      </w:hyperlink>
    </w:p>
    <w:p>
      <w:hyperlink r:id="rId23">
        <w:r>
          <w:rPr>
            <w:color w:val="08736F"/>
            <w:u w:val="single"/>
            <w:sz w:val="20"/>
          </w:rPr>
          <w:t>www.saastech.net/create-account</w:t>
        </w:r>
      </w:hyperlink>
    </w:p>
    <w:p>
      <w:pPr>
        <w:spacing w:before="200"/>
      </w:pPr>
      <w:r>
        <w:rPr>
          <w:sz w:val="18"/>
        </w:rPr>
        <w:t>This workbook does not create an account, purchase a plan or publish your website. Keep passwords, payment details and confidential customer information out of your draft.</w:t>
      </w:r>
    </w:p>
    <w:sectPr w:rsidR="00FC693F" w:rsidRPr="0006063C" w:rsidSect="00034616">
      <w:footerReference w:type="default" r:id="rId9"/>
      <w:headerReference w:type="default" r:id="rId19"/>
      <w:footerReference w:type="first" r:id="rId20"/>
      <w:pgSz w:w="12240" w:h="15840"/>
      <w:pgMar w:top="936" w:right="1080" w:bottom="936" w:left="1080" w:header="317" w:footer="432"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hyperlink r:id="rId1">
      <w:r>
        <w:rPr>
          <w:color w:val="08736F"/>
          <w:u w:val="single"/>
          <w:sz w:val="18"/>
        </w:rPr>
        <w:t>www.saastech.net</w:t>
      </w:r>
    </w:hyperlink>
    <w:r>
      <w:rPr>
        <w:sz w:val="16"/>
      </w:rPr>
      <w:t xml:space="preserve">   |   </w:t>
    </w:r>
    <w:hyperlink r:id="rId2">
      <w:r>
        <w:rPr>
          <w:sz w:val="16"/>
        </w:rPr>
        <w:t xml:space="preserve">Concrete Companies website workbook</w:t>
      </w:r>
    </w:hyperlink>
    <w:r>
      <w:rPr>
        <w:sz w:val="16"/>
      </w:rPr>
      <w:t xml:space="preserve">   |   </w:t>
    </w:r>
    <w:fldSimple w:instr="PAGE"/>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hyperlink r:id="rId1">
      <w:r>
        <w:rPr>
          <w:color w:val="08736F"/>
          <w:u w:val="single"/>
          <w:sz w:val="18"/>
        </w:rPr>
        <w:t>www.saastech.net</w:t>
      </w:r>
    </w:hyperlink>
    <w:r>
      <w:rPr>
        <w:sz w:val="16"/>
      </w:rPr>
      <w:t xml:space="preserve">   |   </w:t>
    </w:r>
    <w:hyperlink r:id="rId2">
      <w:r>
        <w:rPr>
          <w:sz w:val="16"/>
        </w:rPr>
        <w:t xml:space="preserve">Concrete Companies website workbook</w:t>
      </w:r>
    </w:hyperlink>
    <w:r>
      <w:rPr>
        <w:sz w:val="16"/>
      </w:rPr>
      <w:t xml:space="preserve">   |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b/>
        <w:color w:val="08736F"/>
        <w:sz w:val="18"/>
      </w:rPr>
      <w:t>SaaSTech Servers</w:t>
    </w:r>
    <w:r>
      <w:rPr>
        <w:color w:val="000000"/>
        <w:sz w:val="16"/>
      </w:rPr>
      <w:t xml:space="preserve">   /   CONCRETE COMPANIES WEBSITE WORKSHOP</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40" w:line="254" w:lineRule="auto"/>
    </w:pPr>
    <w:rPr>
      <w:rFonts w:ascii="Arial" w:hAnsi="Arial"/>
      <w:color w:val="000000"/>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180" w:after="140" w:line="254" w:lineRule="auto"/>
      <w:outlineLvl w:val="0"/>
    </w:pPr>
    <w:rPr>
      <w:rFonts w:asciiTheme="majorHAnsi" w:eastAsiaTheme="majorEastAsia" w:hAnsiTheme="majorHAnsi" w:cstheme="majorBidi" w:ascii="Arial" w:hAnsi="Arial"/>
      <w:b/>
      <w:bCs/>
      <w:color w:val="000000"/>
      <w:sz w:val="26"/>
      <w:szCs w:val="28"/>
    </w:rPr>
  </w:style>
  <w:style w:type="paragraph" w:styleId="Heading2">
    <w:name w:val="heading 2"/>
    <w:basedOn w:val="Normal"/>
    <w:next w:val="Normal"/>
    <w:link w:val="Heading2Char"/>
    <w:uiPriority w:val="9"/>
    <w:unhideWhenUsed/>
    <w:qFormat/>
    <w:rsid w:val="00FC693F"/>
    <w:pPr>
      <w:keepNext/>
      <w:keepLines/>
      <w:spacing w:before="200" w:after="140" w:line="254" w:lineRule="auto"/>
      <w:outlineLvl w:val="1"/>
    </w:pPr>
    <w:rPr>
      <w:rFonts w:asciiTheme="majorHAnsi" w:eastAsiaTheme="majorEastAsia" w:hAnsiTheme="majorHAnsi" w:cstheme="majorBidi" w:ascii="Arial" w:hAnsi="Arial"/>
      <w:b/>
      <w:bCs/>
      <w:color w:val="000000"/>
      <w:sz w:val="22"/>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180" w:line="254" w:lineRule="auto"/>
      <w:contextualSpacing/>
    </w:pPr>
    <w:rPr>
      <w:rFonts w:asciiTheme="majorHAnsi" w:eastAsiaTheme="majorEastAsia" w:hAnsiTheme="majorHAnsi" w:cstheme="majorBidi" w:ascii="Arial" w:hAnsi="Arial"/>
      <w:color w:val="000000"/>
      <w:spacing w:val="5"/>
      <w:kern w:val="28"/>
      <w:sz w:val="46"/>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image" Target="media/image1.png"/><Relationship Id="rId11" Type="http://schemas.openxmlformats.org/officeDocument/2006/relationships/image" Target="media/image2-privacy.png"/><Relationship Id="rId12" Type="http://schemas.openxmlformats.org/officeDocument/2006/relationships/image" Target="media/image3-privacy.png"/><Relationship Id="rId13" Type="http://schemas.openxmlformats.org/officeDocument/2006/relationships/image" Target="media/image4-privacy.png"/><Relationship Id="rId14" Type="http://schemas.openxmlformats.org/officeDocument/2006/relationships/image" Target="media/image5-privacy.png"/><Relationship Id="rId15" Type="http://schemas.openxmlformats.org/officeDocument/2006/relationships/image" Target="media/image6-privacy.png"/><Relationship Id="rId16" Type="http://schemas.openxmlformats.org/officeDocument/2006/relationships/image" Target="media/image7-privacy.png"/><Relationship Id="rId17" Type="http://schemas.openxmlformats.org/officeDocument/2006/relationships/image" Target="media/image8.png"/><Relationship Id="rId18" Type="http://schemas.openxmlformats.org/officeDocument/2006/relationships/hyperlink" Target="https://www.saastech.net/products/website-builder" TargetMode="External"/><Relationship Id="rId19" Type="http://schemas.openxmlformats.org/officeDocument/2006/relationships/header" Target="header1.xml"/><Relationship Id="rId20" Type="http://schemas.openxmlformats.org/officeDocument/2006/relationships/footer" Target="footer2.xml"/><Relationship Id="rId21" Type="http://schemas.openxmlformats.org/officeDocument/2006/relationships/hyperlink" Target="https://sso.secureserver.net/account/create?app=account&amp;path=%2F&amp;plid=115853&amp;prog_id=initech&amp;realm=idp" TargetMode="External"/><Relationship Id="rId22" Type="http://schemas.openxmlformats.org/officeDocument/2006/relationships/hyperlink" Target="https://shop.saastech.net/products/website-builder" TargetMode="External"/><Relationship Id="rId23" Type="http://schemas.openxmlformats.org/officeDocument/2006/relationships/hyperlink" Target="https://www.saastech.net/create-account" TargetMode="External"/><Relationship Id="rId24" Type="http://schemas.openxmlformats.org/officeDocument/2006/relationships/image" Target="media/image9.png"/><Relationship Id="rId25" Type="http://schemas.openxmlformats.org/officeDocument/2006/relationships/image" Target="media/image10.png"/><Relationship Id="rId26" Type="http://schemas.openxmlformats.org/officeDocument/2006/relationships/image" Target="media/image11.png"/><Relationship Id="rId27" Type="http://schemas.openxmlformats.org/officeDocument/2006/relationships/image" Target="media/image12.png"/><Relationship Id="rId28" Type="http://schemas.openxmlformats.org/officeDocument/2006/relationships/image" Target="media/image13.png"/><Relationship Id="rId29" Type="http://schemas.openxmlformats.org/officeDocument/2006/relationships/image" Target="media/image14.png"/><Relationship Id="rId30" Type="http://schemas.openxmlformats.org/officeDocument/2006/relationships/image" Target="media/image15.png"/></Relationships>
</file>

<file path=word/_rels/footer1.xml.rels><?xml version='1.0' encoding='UTF-8' standalone='yes'?>
<Relationships xmlns="http://schemas.openxmlformats.org/package/2006/relationships"><Relationship Id="rId1" Type="http://schemas.openxmlformats.org/officeDocument/2006/relationships/hyperlink" Target="https://www.saastech.net" TargetMode="External"/><Relationship Id="rId2" Type="http://schemas.openxmlformats.org/officeDocument/2006/relationships/hyperlink" Target="https://www.saastech.net/industry/concrete" TargetMode="External"/></Relationships>
</file>

<file path=word/_rels/footer2.xml.rels><?xml version='1.0' encoding='UTF-8' standalone='yes'?>
<Relationships xmlns="http://schemas.openxmlformats.org/package/2006/relationships"><Relationship Id="rId1" Type="http://schemas.openxmlformats.org/officeDocument/2006/relationships/hyperlink" Target="https://www.saastech.net" TargetMode="External"/><Relationship Id="rId2" Type="http://schemas.openxmlformats.org/officeDocument/2006/relationships/hyperlink" Target="https://www.saastech.net/industry/concret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Concrete Companies Website Workbook</dc:title>
  <dc:subject>SaaSTech Servers website planning workshop for Concrete Companies</dc:subject>
  <dc:creator>SaaSTech Servers</dc:creator>
  <cp:keywords/>
  <dc:description>generated by python-docx</dc:description>
  <cp:lastModifiedBy/>
  <cp:revision>1</cp:revision>
  <dcterms:created xsi:type="dcterms:W3CDTF">2013-12-23T23:15:00Z</dcterms:created>
  <dcterms:modified xsi:type="dcterms:W3CDTF">2013-12-23T23:15:00Z</dcterms:modified>
  <cp:category/>
</cp:coreProperties>
</file>