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media/image2.png" ContentType="image/jpeg"/>
  <Override PartName="/word/media/image3.png" ContentType="image/jpeg"/>
  <Override PartName="/word/media/image4.png" ContentType="image/jpeg"/>
  <Override PartName="/word/media/image5.png" ContentType="image/jpeg"/>
  <Override PartName="/word/media/image6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</w:pPr>
      <w:r>
        <w:drawing>
          <wp:inline xmlns:a="http://schemas.openxmlformats.org/drawingml/2006/main" xmlns:pic="http://schemas.openxmlformats.org/drawingml/2006/picture">
            <wp:extent cx="2286000" cy="747059"/>
            <wp:docPr id="8" name="Picture 8" descr="SaaSTech Server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47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8736F"/>
          <w:sz w:val="20"/>
        </w:rPr>
        <w:t>WEBSITE PLANNING WORKSHOP</w:t>
      </w:r>
    </w:p>
    <w:p>
      <w:pPr>
        <w:pStyle w:val="Title"/>
        <w:spacing w:after="360"/>
      </w:pPr>
      <w:r>
        <w:rPr>
          <w:sz w:val="60"/>
        </w:rPr>
        <w:t>Clubs &amp; Special-Interest Groups</w:t>
        <w:br/>
        <w:t>Website workbook</w:t>
      </w:r>
    </w:p>
    <w:p>
      <w:pPr>
        <w:spacing w:after="360"/>
      </w:pPr>
      <w:r>
        <w:t>Plan a clear website for clubs &amp; special-interest groups. Explore a worked example, shape your own message and prepare to build with SaaSTech Servers.</w:t>
      </w:r>
    </w:p>
    <w:p>
      <w:pPr>
        <w:spacing w:after="320"/>
      </w:pPr>
      <w:r>
        <w:drawing>
          <wp:inline xmlns:a="http://schemas.openxmlformats.org/drawingml/2006/main" xmlns:pic="http://schemas.openxmlformats.org/drawingml/2006/picture">
            <wp:extent cx="6400800" cy="2667000"/>
            <wp:docPr id="9" name="Picture 9" descr="Recommended website pages: Welcome and purpose, Activities and events, Membership, Resources and gallery, Leadership and contac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map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66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Inside this workbook</w:t>
      </w:r>
    </w:p>
    <w:p>
      <w:r>
        <w:t>Five page examples • Practical writing exercises • A launch review</w:t>
      </w:r>
    </w:p>
    <w:p>
      <w:r>
        <w:t>Use it in a workshop or at your own pace. Write by hand or complete the response fields in Word. The final page links to Website Builder, plans and account signup.</w:t>
      </w:r>
    </w:p>
    <w:p>
      <w:pPr>
        <w:spacing w:before="320"/>
      </w:pPr>
      <w:r>
        <w:rPr>
          <w:color w:val="08736F"/>
          <w:sz w:val="20"/>
        </w:rPr>
        <w:t>Example business Prairie Sky Astronomy Club</w:t>
      </w:r>
    </w:p>
    <w:p>
      <w:r>
        <w:br w:type="page"/>
      </w:r>
    </w:p>
    <w:p>
      <w:pPr>
        <w:spacing w:after="0" w:line="20" w:lineRule="exact"/>
      </w:pPr>
    </w:p>
    <w:p>
      <w:pPr>
        <w:spacing w:after="100"/>
      </w:pPr>
      <w:r>
        <w:rPr>
          <w:b/>
          <w:color w:val="08736F"/>
          <w:sz w:val="18"/>
        </w:rPr>
        <w:t>CLUBS &amp; SPECIAL-INTEREST GROUPS</w:t>
      </w:r>
    </w:p>
    <w:p>
      <w:pPr>
        <w:pStyle w:val="Title"/>
      </w:pPr>
      <w:r>
        <w:t>Your website brief</w:t>
      </w:r>
    </w:p>
    <w:p>
      <w:r>
        <w:t>A SaaSTech Servers workshop for clubs &amp; special-interest groups. Plan your website, learn from the Prairie Sky Astronomy Club example and draft content for your own business.</w:t>
      </w:r>
    </w:p>
    <w:p>
      <w:r>
        <w:rPr>
          <w:b w:val="0"/>
          <w:sz w:val="20"/>
        </w:rPr>
        <w:t>Each page has a reference sheet followed by a writing sheet. Demo excerpts are labelled separately from new sample wording, which may differ from the screenshot. Click a blank response line to type; longer answers may add pages. Replace fictional details and verify every claim before publishing.</w:t>
      </w:r>
    </w:p>
    <w:p>
      <w:pPr>
        <w:keepNext/>
        <w:spacing w:before="140" w:after="20"/>
      </w:pPr>
      <w:r>
        <w:rPr>
          <w:b/>
          <w:sz w:val="22"/>
        </w:rPr>
        <w:t>Your business or organization and workshop date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NAME_1"/>
          <w:alias w:val="START_NAM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Who should visit your site and what do they need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1"/>
          <w:alias w:val="START_VISITO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2"/>
          <w:alias w:val="START_VISITO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The main action you want a visitor to take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1"/>
          <w:alias w:val="START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2"/>
          <w:alias w:val="START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What you offer and where or how you provide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1"/>
          <w:alias w:val="START_OFFE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2"/>
          <w:alias w:val="START_OFFE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photos and permissions to gather before publishing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1"/>
          <w:alias w:val="START_PROOF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2"/>
          <w:alias w:val="START_PROOF_2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sz w:val="20"/>
        </w:rPr>
        <w:t>Workshop rhythm: review the example, write your draft and exchange feedback. Use the final review to choose your next changes. Website Builder and account links are on the last page.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0" name="Picture 10" descr="Page plan with Welcome and purpos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Welcome and purpose</w:t>
      </w:r>
    </w:p>
    <w:p>
      <w:pPr>
        <w:pStyle w:val="Heading1"/>
      </w:pPr>
      <w:r>
        <w:t>The job of this page</w:t>
      </w:r>
    </w:p>
    <w:p>
      <w:r>
        <w:rPr>
          <w:b w:val="0"/>
        </w:rPr>
        <w:t>Explain the interest, who can participate, where the group meets, and the easiest first activity for a newcomer.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2" name="Picture 2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home.png" descr="Privacy-cropped excerpt from the retained fictional demonstration; not a new Builder capture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Sky Astronomy Club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Explore the night sky with others</w:t>
      </w:r>
    </w:p>
    <w:p>
      <w:r>
        <w:rPr>
          <w:b w:val="0"/>
        </w:rPr>
        <w:t>Find out what the club does, who can join and how to attend a first gathering. Check current event details before travelling. Beginners can ask about equipment and what to expect.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Could a first-time visitor explain what you do and who it is for after one glance? Choose one main action and the strongest truthful detail that gives them confidence to continue.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1" name="Picture 11" descr="Page plan with Welcome and purpos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Welcome and purpose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HEADLINE_1"/>
          <w:alias w:val="P1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1"/>
          <w:alias w:val="P1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2"/>
          <w:alias w:val="P1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3"/>
          <w:alias w:val="P1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offer audience location and most useful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1"/>
          <w:alias w:val="P1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2"/>
          <w:alias w:val="P1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3"/>
          <w:alias w:val="P1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4"/>
          <w:alias w:val="P1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5"/>
          <w:alias w:val="P1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1"/>
          <w:alias w:val="P1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2"/>
          <w:alias w:val="P1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1"/>
          <w:alias w:val="P1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2"/>
          <w:alias w:val="P1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1"/>
          <w:alias w:val="P1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2"/>
          <w:alias w:val="P1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2" name="Picture 12" descr="Page plan with Activities and event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Activities and events</w:t>
      </w:r>
    </w:p>
    <w:p>
      <w:pPr>
        <w:pStyle w:val="Heading1"/>
      </w:pPr>
      <w:r>
        <w:t>The job of this page</w:t>
      </w:r>
    </w:p>
    <w:p>
      <w:r>
        <w:rPr>
          <w:b w:val="0"/>
        </w:rPr>
        <w:t>Publish current meetings, workshops, outings, shows, competitions, accessibility, costs, and registration details.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3" name="Picture 3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events.png" descr="Privacy-cropped excerpt from the retained fictional demonstration; not a new Builder capture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Sky Astronomy Club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Plan your next club outing</w:t>
      </w:r>
    </w:p>
    <w:p>
      <w:r>
        <w:rPr>
          <w:b w:val="0"/>
        </w:rPr>
        <w:t>Read the date, location, weather arrangements and participation requirements. Confirm changes through the club's update channel. Some activities may need registration or suitable equipment.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Which dates and locations need to stay current? Decide who will update changes and where visitors should check before travelling. Separate archived information and illustrative schedules from current availability.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3" name="Picture 13" descr="Page plan with Activities and event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Activities and events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HEADLINE_1"/>
          <w:alias w:val="P2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1"/>
          <w:alias w:val="P2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2"/>
          <w:alias w:val="P2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3"/>
          <w:alias w:val="P2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Dates locations update process and participation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1"/>
          <w:alias w:val="P2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2"/>
          <w:alias w:val="P2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3"/>
          <w:alias w:val="P2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4"/>
          <w:alias w:val="P2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5"/>
          <w:alias w:val="P2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1"/>
          <w:alias w:val="P2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2"/>
          <w:alias w:val="P2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1"/>
          <w:alias w:val="P2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2"/>
          <w:alias w:val="P2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1"/>
          <w:alias w:val="P2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2"/>
          <w:alias w:val="P2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4" name="Picture 14" descr="Page plan with Membership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Membership</w:t>
      </w:r>
    </w:p>
    <w:p>
      <w:pPr>
        <w:pStyle w:val="Heading1"/>
      </w:pPr>
      <w:r>
        <w:t>The job of this page</w:t>
      </w:r>
    </w:p>
    <w:p>
      <w:r>
        <w:rPr>
          <w:b w:val="0"/>
        </w:rPr>
        <w:t>Explain benefits, eligibility, dues, renewal, conduct, insurance boundaries, and what happens after joining.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membership.png" descr="Privacy-cropped excerpt from the retained fictional demonstration; not a new Builder capture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Sky Astronomy Club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Find out how membership works</w:t>
      </w:r>
    </w:p>
    <w:p>
      <w:r>
        <w:rPr>
          <w:b w:val="0"/>
        </w:rPr>
        <w:t>Review the current fees, benefits and expectations before joining. Ask how your application is confirmed and when renewal is due. An enquiry does not automatically create membership.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question brings a visitor to this page? List the details they need, the evidence you can provide and the next useful action. Remove content that does not help them decide or proceed.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5" name="Picture 15" descr="Page plan with Membership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Membership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HEADLINE_1"/>
          <w:alias w:val="P3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1"/>
          <w:alias w:val="P3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2"/>
          <w:alias w:val="P3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3"/>
          <w:alias w:val="P3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Key sections visitor questions and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1"/>
          <w:alias w:val="P3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2"/>
          <w:alias w:val="P3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3"/>
          <w:alias w:val="P3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4"/>
          <w:alias w:val="P3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5"/>
          <w:alias w:val="P3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1"/>
          <w:alias w:val="P3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2"/>
          <w:alias w:val="P3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1"/>
          <w:alias w:val="P3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2"/>
          <w:alias w:val="P3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1"/>
          <w:alias w:val="P3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2"/>
          <w:alias w:val="P3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6" name="Picture 16" descr="Page plan with Resources and gallery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Resources and gallery</w:t>
      </w:r>
    </w:p>
    <w:p>
      <w:pPr>
        <w:pStyle w:val="Heading1"/>
      </w:pPr>
      <w:r>
        <w:t>The job of this page</w:t>
      </w:r>
    </w:p>
    <w:p>
      <w:r>
        <w:rPr>
          <w:b w:val="0"/>
        </w:rPr>
        <w:t>Share useful public resources, project or event highlights, newsletters, and appropriate member contributions.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resources-gallery.png" descr="Privacy-cropped excerpt from the retained fictional demonstration; not a new Builder capture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Sky Astronomy Club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Learn from shared resources</w:t>
      </w:r>
    </w:p>
    <w:p>
      <w:r>
        <w:rPr>
          <w:b w:val="0"/>
        </w:rPr>
        <w:t>Browse observation notes, useful links and permission-cleared photographs. Captions explain what was observed and when. Check any external guidance before relying on it for an outing.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Which examples best support this page? Explain the context, your contribution and the permissions or credits needed. Label illustrative work and distinguish it from genuine completed projects or customer results.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7" name="Picture 17" descr="Page plan with Resources and gallery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Resources and gallery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HEADLINE_1"/>
          <w:alias w:val="P4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1"/>
          <w:alias w:val="P4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2"/>
          <w:alias w:val="P4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3"/>
          <w:alias w:val="P4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Examples captions context and evidence to include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1"/>
          <w:alias w:val="P4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2"/>
          <w:alias w:val="P4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3"/>
          <w:alias w:val="P4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4"/>
          <w:alias w:val="P4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5"/>
          <w:alias w:val="P4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1"/>
          <w:alias w:val="P4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2"/>
          <w:alias w:val="P4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1"/>
          <w:alias w:val="P4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2"/>
          <w:alias w:val="P4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1"/>
          <w:alias w:val="P4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2"/>
          <w:alias w:val="P4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8" name="Picture 18" descr="Page plan with Leadership and contact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Leadership and contact</w:t>
      </w:r>
    </w:p>
    <w:p>
      <w:pPr>
        <w:pStyle w:val="Heading1"/>
      </w:pPr>
      <w:r>
        <w:t>The job of this page</w:t>
      </w:r>
    </w:p>
    <w:p>
      <w:r>
        <w:rPr>
          <w:b w:val="0"/>
        </w:rPr>
        <w:t>Identify current officers, governance, committees, partner groups, and role-based contact information.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leadership-contact.pn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Sky Astronomy Club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Contact the club team</w:t>
      </w:r>
    </w:p>
    <w:p>
      <w:r>
        <w:rPr>
          <w:b w:val="0"/>
        </w:rPr>
        <w:t>Ask about membership, an event or a volunteer role using the relevant contact. Keep your message brief and include a reply address. Do not publish members' private contact details without permission.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must someone provide, and what happens after they send it? Separate a request from a confirmed booking, order or place. Decide what information should stay out of a public form.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9" name="Picture 19" descr="Page plan with Leadership and contact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Leadership and contact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HEADLINE_1"/>
          <w:alias w:val="P5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1"/>
          <w:alias w:val="P5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2"/>
          <w:alias w:val="P5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3"/>
          <w:alias w:val="P5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to request and how you will reply or confirm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1"/>
          <w:alias w:val="P5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2"/>
          <w:alias w:val="P5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3"/>
          <w:alias w:val="P5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4"/>
          <w:alias w:val="P5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5"/>
          <w:alias w:val="P5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1"/>
          <w:alias w:val="P5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2"/>
          <w:alias w:val="P5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1"/>
          <w:alias w:val="P5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2"/>
          <w:alias w:val="P5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1"/>
          <w:alias w:val="P5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2"/>
          <w:alias w:val="P5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00"/>
      </w:pPr>
      <w:r>
        <w:rPr>
          <w:b/>
          <w:color w:val="08736F"/>
          <w:sz w:val="18"/>
        </w:rPr>
        <w:t>WORKSHOP CLOSE</w:t>
      </w:r>
    </w:p>
    <w:p>
      <w:pPr>
        <w:pStyle w:val="Title"/>
      </w:pPr>
      <w:r>
        <w:rPr>
          <w:color w:val="000000"/>
          <w:sz w:val="44"/>
        </w:rPr>
        <w:t>Review and next steps</w:t>
      </w:r>
    </w:p>
    <w:p>
      <w:r>
        <w:rPr>
          <w:b w:val="0"/>
        </w:rPr>
        <w:t>Ask a partner to read your draft as a first-time visitor. Can they explain what you offer, who it is for and the next step without extra help?</w:t>
      </w:r>
    </w:p>
    <w:p>
      <w:pPr>
        <w:pStyle w:val="Heading1"/>
      </w:pPr>
      <w:r>
        <w:t>Before you publish</w:t>
      </w:r>
    </w:p>
    <w:p>
      <w:r>
        <w:rPr>
          <w:b w:val="0"/>
          <w:sz w:val="20"/>
        </w:rPr>
        <w:t>[ ] Every page has a clear purpose and a useful next step.</w:t>
      </w:r>
    </w:p>
    <w:p>
      <w:r>
        <w:rPr>
          <w:b w:val="0"/>
          <w:sz w:val="20"/>
        </w:rPr>
        <w:t>[ ] Headlines are specific and the wording sounds like your business.</w:t>
      </w:r>
    </w:p>
    <w:p>
      <w:r>
        <w:rPr>
          <w:b w:val="0"/>
          <w:sz w:val="20"/>
        </w:rPr>
        <w:t>[ ] Names, service areas, prices, dates and policies have been checked.</w:t>
      </w:r>
    </w:p>
    <w:p>
      <w:r>
        <w:rPr>
          <w:b w:val="0"/>
          <w:sz w:val="20"/>
        </w:rPr>
        <w:t>[ ] Credentials, testimonials and results are genuine and permission-cleared.</w:t>
      </w:r>
    </w:p>
    <w:p>
      <w:r>
        <w:rPr>
          <w:b w:val="0"/>
          <w:sz w:val="20"/>
        </w:rPr>
        <w:t>[ ] Photos support the text, do not repeat needlessly and have appropriate permissions.</w:t>
      </w:r>
    </w:p>
    <w:p>
      <w:r>
        <w:rPr>
          <w:b w:val="0"/>
          <w:sz w:val="20"/>
        </w:rPr>
        <w:t>[ ] Forms ask only for necessary information and explain what happens next.</w:t>
      </w:r>
    </w:p>
    <w:p>
      <w:r>
        <w:rPr>
          <w:b w:val="0"/>
          <w:sz w:val="20"/>
        </w:rPr>
        <w:t>[ ] Links, downloads and the main visitor task work on a phone.</w:t>
      </w:r>
    </w:p>
    <w:p>
      <w:pPr>
        <w:keepNext/>
        <w:spacing w:before="140" w:after="20"/>
      </w:pPr>
      <w:r>
        <w:rPr>
          <w:b/>
          <w:sz w:val="22"/>
        </w:rPr>
        <w:t>The most useful feedback from your workshop partner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1"/>
          <w:alias w:val="END_FEEDBACK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2"/>
          <w:alias w:val="END_FEEDBACK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First change to make and who will do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1"/>
          <w:alias w:val="END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2"/>
          <w:alias w:val="END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or photographs still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1"/>
          <w:alias w:val="END_MISSING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2"/>
          <w:alias w:val="END_MISSING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Target review date and who will approve the final content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DATE_1"/>
          <w:alias w:val="END_DATE_1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b w:val="0"/>
          <w:sz w:val="18"/>
        </w:rPr>
        <w:t>Keep sensitive customer, patient, employee and payment information out of this workbook. Completing it does not publish a website or connect to Website Builder.</w:t>
      </w:r>
    </w:p>
    <w:p>
      <w:r>
        <w:br w:type="page"/>
      </w:r>
    </w:p>
    <w:p>
      <w:r>
        <w:rPr>
          <w:b/>
          <w:color w:val="08736F"/>
          <w:sz w:val="18"/>
        </w:rPr>
        <w:t>BUILD WITH SAASTECH SERVERS</w:t>
      </w:r>
    </w:p>
    <w:p>
      <w:pPr>
        <w:pStyle w:val="Title"/>
      </w:pPr>
      <w:r>
        <w:t>Put your draft into Website Builder</w:t>
      </w:r>
    </w:p>
    <w:p>
      <w:r>
        <w:t>Use the content you have written to build your own site. Keep the clubs &amp; special-interest groups demo as a reference, and replace its company name, images and claims with your verified business information.</w:t>
      </w:r>
    </w:p>
    <w:p>
      <w:pPr>
        <w:pStyle w:val="Heading1"/>
      </w:pPr>
      <w:r>
        <w:t>Explore the builder</w:t>
      </w:r>
    </w:p>
    <w:p>
      <w:r>
        <w:t>See the editor, compare available plans and decide which features your business needs. Confirm current pricing and terms before purchasing.</w:t>
      </w:r>
    </w:p>
    <w:p>
      <w:hyperlink r:id="rId17">
        <w:r>
          <w:rPr>
            <w:color w:val="08736F"/>
            <w:u w:val="single"/>
            <w:sz w:val="22"/>
          </w:rPr>
          <w:t>Website Builder overview</w:t>
        </w:r>
      </w:hyperlink>
    </w:p>
    <w:p>
      <w:pPr>
        <w:pStyle w:val="Heading1"/>
      </w:pPr>
      <w:r>
        <w:t>Create your account</w:t>
      </w:r>
    </w:p>
    <w:p>
      <w:r>
        <w:t>Set up your SaaSTech Servers customer account using your own details. Creating an account is separate from purchasing a Website Builder plan.</w:t>
      </w:r>
    </w:p>
    <w:p>
      <w:hyperlink r:id="rId20">
        <w:r>
          <w:rPr>
            <w:color w:val="08736F"/>
            <w:u w:val="single"/>
            <w:sz w:val="22"/>
          </w:rPr>
          <w:t>Create your SaaSTech account</w:t>
        </w:r>
      </w:hyperlink>
    </w:p>
    <w:p>
      <w:pPr>
        <w:pStyle w:val="Heading1"/>
      </w:pPr>
      <w:r>
        <w:t>Choose your plan</w:t>
      </w:r>
    </w:p>
    <w:p>
      <w:r>
        <w:t>Open the secure shop to review the plan, subscription term and final total. Use the account connected to your purchase when you open your service.</w:t>
      </w:r>
    </w:p>
    <w:p>
      <w:hyperlink r:id="rId21">
        <w:r>
          <w:rPr>
            <w:color w:val="08736F"/>
            <w:u w:val="single"/>
            <w:sz w:val="22"/>
          </w:rPr>
          <w:t>View Website Builder plans</w:t>
        </w:r>
      </w:hyperlink>
    </w:p>
    <w:p>
      <w:pPr>
        <w:pStyle w:val="Heading1"/>
      </w:pPr>
      <w:r>
        <w:t>Build and check your pages</w:t>
      </w:r>
    </w:p>
    <w:p>
      <w:r>
        <w:t>Add the pages from this workbook. Transfer your approved wording, upload permission-cleared photos and review each page on desktop and mobile before publishing.</w:t>
      </w:r>
    </w:p>
    <w:p>
      <w:hyperlink r:id="rId17">
        <w:r>
          <w:rPr>
            <w:color w:val="08736F"/>
            <w:u w:val="single"/>
            <w:sz w:val="22"/>
          </w:rPr>
          <w:t>Return to the Website Builder guide</w:t>
        </w:r>
      </w:hyperlink>
    </w:p>
    <w:p>
      <w:pPr>
        <w:pStyle w:val="Heading1"/>
      </w:pPr>
      <w:r>
        <w:t>Using a printed workbook</w:t>
      </w:r>
    </w:p>
    <w:p>
      <w:r>
        <w:t>Type these short addresses into your browser. The account guide includes the Create My Account button.</w:t>
      </w:r>
    </w:p>
    <w:p>
      <w:hyperlink r:id="rId17">
        <w:r>
          <w:rPr>
            <w:color w:val="08736F"/>
            <w:u w:val="single"/>
            <w:sz w:val="20"/>
          </w:rPr>
          <w:t>www.saastech.net/products/website-builder</w:t>
        </w:r>
      </w:hyperlink>
    </w:p>
    <w:p>
      <w:hyperlink r:id="rId22">
        <w:r>
          <w:rPr>
            <w:color w:val="08736F"/>
            <w:u w:val="single"/>
            <w:sz w:val="20"/>
          </w:rPr>
          <w:t>www.saastech.net/create-account</w:t>
        </w:r>
      </w:hyperlink>
    </w:p>
    <w:p>
      <w:pPr>
        <w:spacing w:before="200"/>
      </w:pPr>
      <w:r>
        <w:rPr>
          <w:sz w:val="18"/>
        </w:rPr>
        <w:t>This workbook does not create an account, purchase a plan or publish your website. Keep passwords, payment details and confidential customer information out of your draft.</w:t>
      </w:r>
    </w:p>
    <w:sectPr w:rsidR="00FC693F" w:rsidRPr="0006063C" w:rsidSect="00034616">
      <w:footerReference w:type="default" r:id="rId9"/>
      <w:headerReference w:type="default" r:id="rId18"/>
      <w:footerReference w:type="first" r:id="rId19"/>
      <w:pgSz w:w="12240" w:h="15840"/>
      <w:pgMar w:top="936" w:right="1080" w:bottom="936" w:left="1080" w:header="317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Clubs &amp; Special-Interest Groups website workbook</w:t>
      </w:r>
    </w:hyperlink>
    <w:r>
      <w:rPr>
        <w:sz w:val="16"/>
      </w:rPr>
      <w:t xml:space="preserve">   |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Clubs &amp; Special-Interest Groups website workbook</w:t>
      </w:r>
    </w:hyperlink>
    <w:r>
      <w:rPr>
        <w:sz w:val="16"/>
      </w:rPr>
      <w:t xml:space="preserve">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8736F"/>
        <w:sz w:val="18"/>
      </w:rPr>
      <w:t>SaaSTech Servers</w:t>
    </w:r>
    <w:r>
      <w:rPr>
        <w:color w:val="000000"/>
        <w:sz w:val="16"/>
      </w:rPr>
      <w:t xml:space="preserve">   /   CLUBS &amp; SPECIAL-INTEREST GROUPS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-privacy.png"/><Relationship Id="rId12" Type="http://schemas.openxmlformats.org/officeDocument/2006/relationships/image" Target="media/image3-privacy.png"/><Relationship Id="rId13" Type="http://schemas.openxmlformats.org/officeDocument/2006/relationships/image" Target="media/image4-privacy.png"/><Relationship Id="rId14" Type="http://schemas.openxmlformats.org/officeDocument/2006/relationships/image" Target="media/image5-privacy.png"/><Relationship Id="rId15" Type="http://schemas.openxmlformats.org/officeDocument/2006/relationships/image" Target="media/image6-privacy.png"/><Relationship Id="rId16" Type="http://schemas.openxmlformats.org/officeDocument/2006/relationships/image" Target="media/image7.png"/><Relationship Id="rId17" Type="http://schemas.openxmlformats.org/officeDocument/2006/relationships/hyperlink" Target="https://www.saastech.net/products/website-builder" TargetMode="External"/><Relationship Id="rId18" Type="http://schemas.openxmlformats.org/officeDocument/2006/relationships/header" Target="header1.xml"/><Relationship Id="rId19" Type="http://schemas.openxmlformats.org/officeDocument/2006/relationships/footer" Target="footer2.xml"/><Relationship Id="rId20" Type="http://schemas.openxmlformats.org/officeDocument/2006/relationships/hyperlink" Target="https://sso.secureserver.net/account/create?app=account&amp;path=%2F&amp;plid=115853&amp;prog_id=initech&amp;realm=idp" TargetMode="External"/><Relationship Id="rId21" Type="http://schemas.openxmlformats.org/officeDocument/2006/relationships/hyperlink" Target="https://shop.saastech.net/products/website-builder" TargetMode="External"/><Relationship Id="rId22" Type="http://schemas.openxmlformats.org/officeDocument/2006/relationships/hyperlink" Target="https://www.saastech.net/create-account" TargetMode="External"/><Relationship Id="rId23" Type="http://schemas.openxmlformats.org/officeDocument/2006/relationships/image" Target="media/image8.png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png"/><Relationship Id="rId28" Type="http://schemas.openxmlformats.org/officeDocument/2006/relationships/image" Target="media/image13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clubs-interest-groups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clubs-interest-grou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Clubs &amp; Special-Interest Groups Website Workbook</dc:title>
  <dc:subject>SaaSTech Servers website planning workshop for Clubs &amp; Special-Interest Groups</dc:subject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