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8" name="Picture 8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Chambers of Commerce</w:t>
        <w:br/>
        <w:t>Website workbook</w:t>
      </w:r>
    </w:p>
    <w:p>
      <w:pPr>
        <w:spacing w:after="360"/>
      </w:pPr>
      <w:r>
        <w:t>Plan a clear website for chambers of commerce.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9" name="Picture 9" descr="Recommended website pages: Member value, Business directory, Events and programs, Advocacy and resources, Join or renew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Five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Prairie Junction Chamber of Commerce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CHAMBERS OF COMMERCE</w:t>
      </w:r>
    </w:p>
    <w:p>
      <w:pPr>
        <w:pStyle w:val="Title"/>
      </w:pPr>
      <w:r>
        <w:t>Your website brief</w:t>
      </w:r>
    </w:p>
    <w:p>
      <w:r>
        <w:t>A SaaSTech Servers workshop for chambers of commerce. Plan your website, learn from the Prairie Junction Chamber of Commerce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0" name="Picture 10" descr="Page plan with Member valu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Member value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concrete benefits, who membership serves, pricing, and the first useful action after joining.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member-value.jp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Junction Chamber of Commerce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Membership that supports local connections</w:t>
      </w:r>
    </w:p>
    <w:p>
      <w:r>
        <w:rPr>
          <w:b w:val="0"/>
        </w:rPr>
        <w:t>Explore the directory, events and business resources before choosing membership. Ask which benefits fit your organization and how to take part. Confirm current fees and inclusions before joining.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Member valu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Member value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Business directo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Business directory</w:t>
      </w:r>
    </w:p>
    <w:p>
      <w:pPr>
        <w:pStyle w:val="Heading1"/>
      </w:pPr>
      <w:r>
        <w:t>The job of this page</w:t>
      </w:r>
    </w:p>
    <w:p>
      <w:r>
        <w:rPr>
          <w:b w:val="0"/>
        </w:rPr>
        <w:t>Help visitors find current members by category, community, or service with accurate contact information.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business-directory-distinct.jp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Junction Chamber of Commerce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color w:val="08736F"/>
          <w:sz w:val="24"/>
        </w:rPr>
        <w:t>FIND A PRAIRIE JUNCTION MEMBER</w:t>
      </w:r>
    </w:p>
    <w:p>
      <w:r>
        <w:rPr>
          <w:b w:val="0"/>
        </w:rPr>
        <w:t>Search local expertise by category and start with a business already invested in the region.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Business directo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Business directory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Events and program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Events and programs</w:t>
      </w:r>
    </w:p>
    <w:p>
      <w:pPr>
        <w:pStyle w:val="Heading1"/>
      </w:pPr>
      <w:r>
        <w:t>The job of this page</w:t>
      </w:r>
    </w:p>
    <w:p>
      <w:r>
        <w:rPr>
          <w:b w:val="0"/>
        </w:rPr>
        <w:t>Publish dates, audience, location, accessibility, price, capacity, sponsors, and registration details.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events-programs-distinct.jp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Junction Chamber of Commerce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color w:val="08736F"/>
          <w:sz w:val="24"/>
        </w:rPr>
        <w:t>EVENTS AND BUSINESS PROGRAMS</w:t>
      </w:r>
    </w:p>
    <w:p>
      <w:r>
        <w:rPr>
          <w:b w:val="0"/>
        </w:rPr>
        <w:t>Make useful connections, learn something practical, and take part in the conversations shaping local business.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dates and locations need to stay current? Decide who will update changes and where visitors should check before travelling. Separate archived information and illustrative schedules from current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Events and program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Events and programs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Dates locations update process and participation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Advocacy and resourc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Advocacy and resources</w:t>
      </w:r>
    </w:p>
    <w:p>
      <w:pPr>
        <w:pStyle w:val="Heading1"/>
      </w:pPr>
      <w:r>
        <w:t>The job of this page</w:t>
      </w:r>
    </w:p>
    <w:p>
      <w:r>
        <w:rPr>
          <w:b w:val="0"/>
        </w:rPr>
        <w:t>Show current priorities, submissions, programs, business tools, and partner resources with dates and context.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advocacy-resources-distinct.jp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Junction Chamber of Commerce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color w:val="08736F"/>
          <w:sz w:val="24"/>
        </w:rPr>
        <w:t>A CLEAR BUSINESS VOICE FOR PRAIRIE JUNCTION</w:t>
      </w:r>
    </w:p>
    <w:p>
      <w:r>
        <w:rPr>
          <w:b w:val="0"/>
        </w:rPr>
        <w:t>Follow the issues we are working on, understand the chamber's position, and share what your business is experiencing.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Advocacy and resourc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Advocacy and resources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Join or renew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Join or renew</w:t>
      </w:r>
    </w:p>
    <w:p>
      <w:pPr>
        <w:pStyle w:val="Heading1"/>
      </w:pPr>
      <w:r>
        <w:t>The job of this page</w:t>
      </w:r>
    </w:p>
    <w:p>
      <w:r>
        <w:rPr>
          <w:b w:val="0"/>
        </w:rPr>
        <w:t>Present membership levels, eligibility, terms, payment options, and what happens after submission.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join-renew-distinct.jp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Junction Chamber of Commerce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color w:val="08736F"/>
          <w:sz w:val="24"/>
        </w:rPr>
        <w:t>JOIN OR RENEW WITH CONFIDENCE</w:t>
      </w:r>
    </w:p>
    <w:p>
      <w:r>
        <w:rPr>
          <w:b w:val="0"/>
        </w:rPr>
        <w:t>Choose the membership path that fits your organization, understand what is included, and know what happens after you submit.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Join or renew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Join or renew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chambers of commerce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7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0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1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7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7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2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8"/>
      <w:footerReference w:type="first" r:id="rId19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Chambers of Commerce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Chambers of Commerce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CHAMBERS OF COMMERCE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.png"/><Relationship Id="rId17" Type="http://schemas.openxmlformats.org/officeDocument/2006/relationships/hyperlink" Target="https://www.saastech.net/products/website-builder" TargetMode="External"/><Relationship Id="rId18" Type="http://schemas.openxmlformats.org/officeDocument/2006/relationships/header" Target="header1.xml"/><Relationship Id="rId19" Type="http://schemas.openxmlformats.org/officeDocument/2006/relationships/footer" Target="footer2.xml"/><Relationship Id="rId20" Type="http://schemas.openxmlformats.org/officeDocument/2006/relationships/hyperlink" Target="https://sso.secureserver.net/account/create?app=account&amp;path=%2F&amp;plid=115853&amp;prog_id=initech&amp;realm=idp" TargetMode="External"/><Relationship Id="rId21" Type="http://schemas.openxmlformats.org/officeDocument/2006/relationships/hyperlink" Target="https://shop.saastech.net/products/website-builder" TargetMode="External"/><Relationship Id="rId22" Type="http://schemas.openxmlformats.org/officeDocument/2006/relationships/hyperlink" Target="https://www.saastech.net/create-account" TargetMode="External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chamber-of-commerce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chamber-of-comme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Chambers of Commerce Website Workbook</dc:title>
  <dc:subject>SaaSTech Servers website planning workshop for Chambers of Commerce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