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Caterers &amp; Food Trucks</w:t>
        <w:br/>
        <w:t>Website workbook</w:t>
      </w:r>
    </w:p>
    <w:p>
      <w:pPr>
        <w:spacing w:after="360"/>
      </w:pPr>
      <w:r>
        <w:t>Plan a clear website for caterers &amp; food trucks.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Menu &amp; Service Styles, Catering, Truck Schedule &amp; Locations, About, Safety &amp; Proof, Request a Quote or Ord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Ember Catering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CATERERS &amp; FOOD TRUCKS</w:t>
      </w:r>
    </w:p>
    <w:p>
      <w:pPr>
        <w:pStyle w:val="Title"/>
      </w:pPr>
      <w:r>
        <w:t>Your website brief</w:t>
      </w:r>
    </w:p>
    <w:p>
      <w:r>
        <w:t>A SaaSTech Servers workshop for caterers &amp; food trucks. Plan your website, learn from the Prairie Ember Catering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State whether the business offers catering, public food-truck stops, or both. Lead with the service area, the strongest customer action, representative food imagery, and direct paths to the menu, schedule, and event enquiry.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Good food. Warm gatherings. Prairie spirit.</w:t>
      </w:r>
    </w:p>
    <w:p>
      <w:r>
        <w:rPr>
          <w:b w:val="0"/>
        </w:rPr>
        <w:t>Catering and food-truck service for Saskatchewan gatherings. Explore menu ideas and tell us what you are planning.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Menu &amp; Service Styl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Menu Service Styles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current items, packages, serving formats, price guidance, dietary information, and availability boundaries.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menu-service-style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 menu that fits your gathering</w:t>
      </w:r>
    </w:p>
    <w:p>
      <w:r>
        <w:rPr>
          <w:b w:val="0"/>
        </w:rPr>
        <w:t>These sample ideas are a starting point, not a fixed menu. Final dishes, portions, availability and pricing belong in your written quote.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Menu &amp; Service Styl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Menu Service Styles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Cater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Catering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event types, guest ranges, minimums, staffing, rentals, setup, travel, lead times, deposits, and the quote process.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atering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food around your event</w:t>
      </w:r>
    </w:p>
    <w:p>
      <w:r>
        <w:rPr>
          <w:b w:val="0"/>
        </w:rPr>
        <w:t>Share the date, venue, approximate guest count and occasion. Include your preferred service style and any timing constraints so the plan fits the rest of the event.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Cater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Catering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Truck Schedule &amp; Loca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Truck Schedule Locations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dated public stops, events, service area, weather changes, and the best live-update channel.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truck-schedule-location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the next stop</w:t>
      </w:r>
    </w:p>
    <w:p>
      <w:r>
        <w:rPr>
          <w:b w:val="0"/>
        </w:rPr>
        <w:t>Check the confirmed date, location and service window before travelling. Weather, sold-out items and event changes may affect service. A private catering booking is not a public truck stop.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Truck Schedule &amp; Loca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Truck Schedule Locations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bout, Safety &amp; Proof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 Safety Proof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Share the food story, team, permits or inspection information that can be verified, event examples, and reviews.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bout-safety-proof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Hospitality starts with clear communication</w:t>
      </w:r>
    </w:p>
    <w:p>
      <w:r>
        <w:rPr>
          <w:b w:val="0"/>
        </w:rPr>
        <w:t>Ask about the permits, ingredient information and food-handling arrangements relevant to your event. Request current information rather than relying on an undated badge or an illustrative photograph.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About, Safety &amp; Proof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 Safety Proof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Request a Quote or Ord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Request a Quote or Order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Collect date, venue, location, guest count, service type, timing, menu interests, dietary needs, facilities, and contact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request-quote-order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Ember Catering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Tell us about your gathering</w:t>
      </w:r>
    </w:p>
    <w:p>
      <w:r>
        <w:rPr>
          <w:b w:val="0"/>
        </w:rPr>
        <w:t>Include the date, venue, guest count, service style and dietary requirements. Mention available facilities and access. Availability, scope and pricing must be agreed before a booking is accepted.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Request a Quote or Ord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Request a Quote or Order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caterers &amp; food trucks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Caterers &amp; Food Trucks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Caterers &amp; Food Trucks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CATERERS &amp; FOOD TRUCKS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atering-food-truck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atering-food-truc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Caterers &amp; Food Trucks Website Workbook</dc:title>
  <dc:subject>SaaSTech Servers website planning workshop for Caterers &amp; Food Trucks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