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Beekeepers &amp; Honey Producers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Captured demo edition. Study the unpublished six-page example. The gallery pairs desktop with mobile and includes Editor Highlights, Themes and Paint settings.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Cloverline Honey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100380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ekeepers-honey-producer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003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honey or a wholesale enquiry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See the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Meet the producer behind your next jar.</w:t>
      </w:r>
    </w:p>
    <w:p>
      <w:r>
        <w:t>Explore the producer’s story and the honey formats available to discuss.</w:t>
      </w:r>
    </w:p>
    <w:p>
      <w:r>
        <w:t>Seasonal availability, exact product information and collection or wholesale arrangements are confirmed directly before an order is accepted.</w:t>
      </w:r>
    </w:p>
    <w:p>
      <w:r>
        <w:t>Suggested button: Ask about honey. Link to Product Enquiries.</w:t>
      </w:r>
    </w:p>
    <w:p>
      <w:pPr>
        <w:pStyle w:val="Heading2"/>
      </w:pPr>
      <w:r>
        <w:t>Website advice</w:t>
      </w:r>
    </w:p>
    <w:p>
      <w:r>
        <w:t>Present honey product categories, producer stories and separate retail, wholesale and farm-visit enquiries with verified seasonal details.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Honey Jars &amp; Product Information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See the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Honey Jars &amp; Product Information</w:t>
      </w:r>
    </w:p>
    <w:p>
      <w:r>
        <w:t>Ask about the current jar formats and the product information on the actual label.</w:t>
      </w:r>
    </w:p>
    <w:p>
      <w:r>
        <w:t>Colour and appearance may vary between offered products, so confirm the selection you are ordering rather than relying on a demonstration photograph.</w:t>
      </w:r>
    </w:p>
    <w:p>
      <w:r>
        <w:t>Suggested button: Ask about honey. Link to Product Enquiries.</w:t>
      </w:r>
    </w:p>
    <w:p>
      <w:pPr>
        <w:pStyle w:val="Heading2"/>
      </w:pPr>
      <w:r>
        <w:t>Website advice</w:t>
      </w:r>
    </w:p>
    <w:p>
      <w:r>
        <w:t>Present verified jar formats and batch-specific descriptions without unsubstantiated floral or origin claims.</w:t>
      </w:r>
    </w:p>
    <w:p>
      <w:r>
        <w:br w:type="page"/>
      </w:r>
    </w:p>
    <w:p>
      <w:pPr>
        <w:pStyle w:val="Title"/>
      </w:pPr>
      <w:r>
        <w:t>Your draft: Honey Jars &amp; Product Information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Our Producer &amp; Seasonal Work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See the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Our Producer &amp; Seasonal Work</w:t>
      </w:r>
    </w:p>
    <w:p>
      <w:r>
        <w:t>Learn where the producer works and how the business organizes its seasonal sales.</w:t>
      </w:r>
    </w:p>
    <w:p>
      <w:r>
        <w:t>Stories and photographs should reflect the actual operation, with any origin or production descriptions checked before publication.</w:t>
      </w:r>
    </w:p>
    <w:p>
      <w:r>
        <w:t>Suggested button: Ask about honey. Link to Product Enquiries.</w:t>
      </w:r>
    </w:p>
    <w:p>
      <w:pPr>
        <w:pStyle w:val="Heading2"/>
      </w:pPr>
      <w:r>
        <w:t>Website advice</w:t>
      </w:r>
    </w:p>
    <w:p>
      <w:r>
        <w:t>Provide a verified producer biography and permission-cleared landscape imagery without instructional hive content.</w:t>
      </w:r>
    </w:p>
    <w:p>
      <w:r>
        <w:br w:type="page"/>
      </w:r>
    </w:p>
    <w:p>
      <w:pPr>
        <w:pStyle w:val="Title"/>
      </w:pPr>
      <w:r>
        <w:t>Your draft: Our Producer &amp; Seasonal Work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Wholesale &amp; Retail Partners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See the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Wholesale &amp; Retail Partners</w:t>
      </w:r>
    </w:p>
    <w:p>
      <w:r>
        <w:t>Retailers can ask about available pack formats, minimum-order arrangements and current supply windows.</w:t>
      </w:r>
    </w:p>
    <w:p>
      <w:r>
        <w:t>The producer reviews the proposed quantity and fulfilment details before sending any trade offer.</w:t>
      </w:r>
    </w:p>
    <w:p>
      <w:r>
        <w:t>Suggested button: Ask about honey. Link to Product Enquiries.</w:t>
      </w:r>
    </w:p>
    <w:p>
      <w:pPr>
        <w:pStyle w:val="Heading2"/>
      </w:pPr>
      <w:r>
        <w:t>Website advice</w:t>
      </w:r>
    </w:p>
    <w:p>
      <w:r>
        <w:t>Give trade buyers pack-format and order-cycle questions, separate from consumer purchases.</w:t>
      </w:r>
    </w:p>
    <w:p>
      <w:r>
        <w:br w:type="page"/>
      </w:r>
    </w:p>
    <w:p>
      <w:pPr>
        <w:pStyle w:val="Title"/>
      </w:pPr>
      <w:r>
        <w:t>Your draft: Wholesale &amp; Retail Partners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Seasonal Sales &amp; Visits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See the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Seasonal Sales &amp; Visits</w:t>
      </w:r>
    </w:p>
    <w:p>
      <w:r>
        <w:t>Check the producer’s confirmed sales and collection arrangements before travelling.</w:t>
      </w:r>
    </w:p>
    <w:p>
      <w:r>
        <w:t>Farm visits, if offered, require a separate conversation about the approved visitor arrangements; a purchase enquiry is not a visit booking.</w:t>
      </w:r>
    </w:p>
    <w:p>
      <w:r>
        <w:t>Suggested button: Ask about honey. Link to Product Enquiries.</w:t>
      </w:r>
    </w:p>
    <w:p>
      <w:pPr>
        <w:pStyle w:val="Heading2"/>
      </w:pPr>
      <w:r>
        <w:t>Website advice</w:t>
      </w:r>
    </w:p>
    <w:p>
      <w:r>
        <w:t>Distinguish confirmed sales locations from farm visits and avoid implying unrestricted apiary access.</w:t>
      </w:r>
    </w:p>
    <w:p>
      <w:r>
        <w:br w:type="page"/>
      </w:r>
    </w:p>
    <w:p>
      <w:pPr>
        <w:pStyle w:val="Title"/>
      </w:pPr>
      <w:r>
        <w:t>Your draft: Seasonal Sales &amp; Visits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Product Enquiries &amp; Orders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52637"/>
            <wp:docPr id="9" name="Picture 9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52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See the gallery for the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Product Enquiries &amp; Orders</w:t>
      </w:r>
    </w:p>
    <w:p>
      <w:r>
        <w:t>Tell the producer whether you are enquiring for yourself or a retail business and which format interests you.</w:t>
      </w:r>
    </w:p>
    <w:p>
      <w:r>
        <w:t>The reply confirms product availability and ordering arrangements; no payment or reservation occurs through this demonstration form.</w:t>
      </w:r>
    </w:p>
    <w:p>
      <w:r>
        <w:t>Suggested button: Ask about honey. Link to Product Enquiries.</w:t>
      </w:r>
    </w:p>
    <w:p>
      <w:pPr>
        <w:pStyle w:val="Heading2"/>
      </w:pPr>
      <w:r>
        <w:t>Website advice</w:t>
      </w:r>
    </w:p>
    <w:p>
      <w:r>
        <w:t>The demo form has Name, required Email, jar format or retail interest, and a general product or wholesale question. Phone and attachments are off; the recipient is blank. No submission or delivery test was performed. An enquiry does not accept an order or book a visit. Keep private documents, health information and payment details out. Confirm delivery and consent before a real launch.</w:t>
      </w:r>
    </w:p>
    <w:p>
      <w:r>
        <w:br w:type="page"/>
      </w:r>
    </w:p>
    <w:p>
      <w:pPr>
        <w:pStyle w:val="Title"/>
      </w:pPr>
      <w:r>
        <w:t>Your draft: Product Enquiries &amp; Orders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captured journey on desktop and phone. The fictional demo remains unpublished. Verify the producer, label information, availability, form recipient and confirmation process before a real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Verify origin, floral descriptions, product labels, quantities and visit arrangements. No therapeutic, nutritional, organic or certification claims without evidence; no beekeeping, sting treatment or food-handling instructions. A product enquiry is not an accepted order.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Beekeepers &amp; Honey Producers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Relationship Id="rId21" Type="http://schemas.openxmlformats.org/officeDocument/2006/relationships/image" Target="media/image9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beekeepers-honey-produc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Beekeepers &amp; Honey Producers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