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Bakeries &amp; Custom Cakes</w:t>
        <w:br/>
        <w:t>Website workbook</w:t>
      </w:r>
    </w:p>
    <w:p>
      <w:pPr>
        <w:spacing w:after="360"/>
      </w:pPr>
      <w:r>
        <w:t>Plan a clear website for bakeries &amp; custom cakes.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, Daily Bakes, Custom Cakes, Our Bakery, Pickup &amp; FAQs, Order Enquir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Crumb Bakery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BAKERIES &amp; CUSTOM CAKES</w:t>
      </w:r>
    </w:p>
    <w:p>
      <w:pPr>
        <w:pStyle w:val="Title"/>
      </w:pPr>
      <w:r>
        <w:t>Your website brief</w:t>
      </w:r>
    </w:p>
    <w:p>
      <w:r>
        <w:t>A SaaSTech Servers workshop for bakeries &amp; custom cakes. Plan your website, learn from the Prairie Crumb Bakery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bakery with a baker-led hero, a short description of the baking and one order-enquiry action.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jp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Crumb Bakery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Everyday bakes. Something worth celebrating.</w:t>
      </w:r>
    </w:p>
    <w:p>
      <w:r>
        <w:rPr>
          <w:b w:val="0"/>
        </w:rPr>
        <w:t>Explore breads, pastries and celebration cakes. Tell us what you have in mind and we will discuss the details.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Daily Bak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Daily Bakes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Group breads, pastries and small treats. Explain sample selection, changing availability, portion sizes and where confirmed prices are shown.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daily-bakes.jp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Crumb Bakery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Bakes for every kind of day</w:t>
      </w:r>
    </w:p>
    <w:p>
      <w:r>
        <w:rPr>
          <w:b w:val="0"/>
        </w:rPr>
        <w:t>From a loaf for the table to pastries for a coffee break, browse the ideas below and ask about the current selection. Products, quantities and collection details are confirmed by enquiry.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Daily Bak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Daily Bakes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Custom Cak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Custom Cakes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cake styles, servings, flavour choices and the consultation process. Ask customers to enquire about their date rather than promising capacity.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custom-cakes.jp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Crumb Bakery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Tell us what you are celebrating</w:t>
      </w:r>
    </w:p>
    <w:p>
      <w:r>
        <w:rPr>
          <w:b w:val="0"/>
        </w:rPr>
        <w:t>Share your occasion, preferred collection date, serving count and design ideas. We will discuss flavours, ingredients, price and availability before an order is accepted. An enquiry does not reserve a date.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Custom Cak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Custom Cakes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Our Bake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Our Bakery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people and approach with distinct portraits or working photographs. Publish only genuine background, sourcing and business claims.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our-bakery.jp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Crumb Bakery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From dough to your table</w:t>
      </w:r>
    </w:p>
    <w:p>
      <w:r>
        <w:rPr>
          <w:b w:val="0"/>
        </w:rPr>
        <w:t>Explore our everyday breads and celebration-cake ideas. Ask about ingredients, serving sizes and collection arrangements before confirming an order. The photographs in this example illustrate the bakery concept.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Our Bake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Our Bakery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Pickup &amp; FAQ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Pickup FAQs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ordering deadlines, collection arrangements, storage guidance and the actual cancellation process. Direct ingredient and allergen questions to the bakery; do not promise an allergen-free kitchen.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pickup-faqs.jp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Crumb Bakery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your pickup</w:t>
      </w:r>
    </w:p>
    <w:p>
      <w:r>
        <w:rPr>
          <w:b w:val="0"/>
        </w:rPr>
        <w:t>Agree a collection time before travelling. Ask about ingredients and any change or cancellation terms before confirming. Follow the bakery's guidance for carrying and storing your particular order.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should someone know before arriving or proceeding? Clarify preparation, access and the right contact route. Verify policies and avoid promising urgent help or specialist advice the website cannot provide.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Pickup &amp; FAQ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Pickup FAQs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Preparation access policies and practical questions to answer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Order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Order Enquiry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Ask for contact details, product interest, quantity or servings, preferred collection date and a short brief. Explain that availability, design, price and collection time must be confirmed.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order-enquiry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Crumb Bakery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Share your next celebration</w:t>
      </w:r>
    </w:p>
    <w:p>
      <w:r>
        <w:rPr>
          <w:b w:val="0"/>
        </w:rPr>
        <w:t>A celebration cake starts with a conversation. Tell us your occasion, serving size and preferred date, then discuss flavours, design and collection before confirming.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Order Enqui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Order Enquiry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bakeries &amp; custom cakes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Bakeries &amp; Custom Cakes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Bakeries &amp; Custom Cakes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BAKERIES &amp; CUSTOM CAKES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bakery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bak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Bakeries &amp; Custom Cakes Website Workbook</dc:title>
  <dc:subject>SaaSTech Servers website planning workshop for Bakeries &amp; Custom Cakes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