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media/image2.png" ContentType="image/jpeg"/>
  <Override PartName="/word/media/image3.png" ContentType="image/jpeg"/>
  <Override PartName="/word/media/image4.png" ContentType="image/jpeg"/>
  <Override PartName="/word/media/image5.png" ContentType="image/jpeg"/>
  <Override PartName="/word/media/image6.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80"/>
      </w:pPr>
      <w:r>
        <w:drawing>
          <wp:inline xmlns:a="http://schemas.openxmlformats.org/drawingml/2006/main" xmlns:pic="http://schemas.openxmlformats.org/drawingml/2006/picture">
            <wp:extent cx="2286000" cy="747059"/>
            <wp:docPr id="9" name="Picture 9" descr="SaaSTech Servers logo"/>
            <wp:cNvGraphicFramePr>
              <a:graphicFrameLocks noChangeAspect="1"/>
            </wp:cNvGraphicFramePr>
            <a:graphic>
              <a:graphicData uri="http://schemas.openxmlformats.org/drawingml/2006/picture">
                <pic:pic>
                  <pic:nvPicPr>
                    <pic:cNvPr id="0" name="image.png"/>
                    <pic:cNvPicPr/>
                  </pic:nvPicPr>
                  <pic:blipFill>
                    <a:blip r:embed="rId17"/>
                    <a:stretch>
                      <a:fillRect/>
                    </a:stretch>
                  </pic:blipFill>
                  <pic:spPr>
                    <a:xfrm>
                      <a:off x="0" y="0"/>
                      <a:ext cx="2286000" cy="747059"/>
                    </a:xfrm>
                    <a:prstGeom prst="rect"/>
                  </pic:spPr>
                </pic:pic>
              </a:graphicData>
            </a:graphic>
          </wp:inline>
        </w:drawing>
      </w:r>
    </w:p>
    <w:p>
      <w:r>
        <w:rPr>
          <w:b/>
          <w:color w:val="08736F"/>
          <w:sz w:val="20"/>
        </w:rPr>
        <w:t>WEBSITE PLANNING WORKSHOP</w:t>
      </w:r>
    </w:p>
    <w:p>
      <w:pPr>
        <w:pStyle w:val="Title"/>
        <w:spacing w:after="360"/>
      </w:pPr>
      <w:r>
        <w:rPr>
          <w:sz w:val="60"/>
        </w:rPr>
        <w:t>Mechanics &amp; Auto Repair Shops</w:t>
        <w:br/>
        <w:t>Website workbook</w:t>
      </w:r>
    </w:p>
    <w:p>
      <w:pPr>
        <w:spacing w:after="360"/>
      </w:pPr>
      <w:r>
        <w:t>Plan a clear website for mechanics &amp; auto repair shops. Explore a worked example, shape your own message and prepare to build with SaaSTech Servers.</w:t>
      </w:r>
    </w:p>
    <w:p>
      <w:pPr>
        <w:spacing w:after="320"/>
      </w:pPr>
      <w:r>
        <w:drawing>
          <wp:inline xmlns:a="http://schemas.openxmlformats.org/drawingml/2006/main" xmlns:pic="http://schemas.openxmlformats.org/drawingml/2006/picture">
            <wp:extent cx="6400800" cy="2667000"/>
            <wp:docPr id="10" name="Picture 10" descr="Recommended website pages: Home, Services, Maintenance, Diagnostics, About the Shop, Request Service"/>
            <wp:cNvGraphicFramePr>
              <a:graphicFrameLocks noChangeAspect="1"/>
            </wp:cNvGraphicFramePr>
            <a:graphic>
              <a:graphicData uri="http://schemas.openxmlformats.org/drawingml/2006/picture">
                <pic:pic>
                  <pic:nvPicPr>
                    <pic:cNvPr id="0" name="page-map.png"/>
                    <pic:cNvPicPr/>
                  </pic:nvPicPr>
                  <pic:blipFill>
                    <a:blip r:embed="rId24"/>
                    <a:stretch>
                      <a:fillRect/>
                    </a:stretch>
                  </pic:blipFill>
                  <pic:spPr>
                    <a:xfrm>
                      <a:off x="0" y="0"/>
                      <a:ext cx="6400800" cy="2667000"/>
                    </a:xfrm>
                    <a:prstGeom prst="rect"/>
                  </pic:spPr>
                </pic:pic>
              </a:graphicData>
            </a:graphic>
          </wp:inline>
        </w:drawing>
      </w:r>
    </w:p>
    <w:p>
      <w:pPr>
        <w:pStyle w:val="Heading1"/>
      </w:pPr>
      <w:r>
        <w:t>Inside this workbook</w:t>
      </w:r>
    </w:p>
    <w:p>
      <w:r>
        <w:t>Six page examples • Practical writing exercises • A launch review</w:t>
      </w:r>
    </w:p>
    <w:p>
      <w:r>
        <w:t>Use it in a workshop or at your own pace. Write by hand or complete the response fields in Word. The final page links to Website Builder, plans and account signup.</w:t>
      </w:r>
    </w:p>
    <w:p>
      <w:pPr>
        <w:spacing w:before="320"/>
      </w:pPr>
      <w:r>
        <w:rPr>
          <w:color w:val="08736F"/>
          <w:sz w:val="20"/>
        </w:rPr>
        <w:t>Example business Prairie Gear Auto Care</w:t>
      </w:r>
    </w:p>
    <w:p>
      <w:r>
        <w:br w:type="page"/>
      </w:r>
    </w:p>
    <w:p>
      <w:pPr>
        <w:spacing w:after="0" w:line="20" w:lineRule="exact"/>
      </w:pPr>
    </w:p>
    <w:p>
      <w:pPr>
        <w:spacing w:after="100"/>
      </w:pPr>
      <w:r>
        <w:rPr>
          <w:b/>
          <w:color w:val="08736F"/>
          <w:sz w:val="18"/>
        </w:rPr>
        <w:t>MECHANICS &amp; AUTO REPAIR SHOPS</w:t>
      </w:r>
    </w:p>
    <w:p>
      <w:pPr>
        <w:pStyle w:val="Title"/>
      </w:pPr>
      <w:r>
        <w:t>Your website brief</w:t>
      </w:r>
    </w:p>
    <w:p>
      <w:r>
        <w:t>A SaaSTech Servers workshop for mechanics &amp; auto repair shops. Plan your website, learn from the Prairie Gear Auto Care example and draft content for your own business.</w:t>
      </w:r>
    </w:p>
    <w:p>
      <w:r>
        <w:rPr>
          <w:b w:val="0"/>
          <w:sz w:val="20"/>
        </w:rPr>
        <w:t>Each page has a reference sheet followed by a writing sheet. Demo excerpts are labelled separately from new sample wording, which may differ from the screenshot. Click a blank response line to type; longer answers may add pages. Replace fictional details and verify every claim before publishing.</w:t>
      </w:r>
    </w:p>
    <w:p>
      <w:pPr>
        <w:keepNext/>
        <w:spacing w:before="140" w:after="20"/>
      </w:pPr>
      <w:r>
        <w:rPr>
          <w:b/>
          <w:sz w:val="22"/>
        </w:rPr>
        <w:t>Your business or organization and workshop date</w:t>
      </w:r>
    </w:p>
    <w:p>
      <w:pPr>
        <w:spacing w:after="0" w:line="440" w:lineRule="exact"/>
        <w:pBdr>
          <w:bottom w:val="single" w:sz="3" w:color="CED3D8"/>
        </w:pBdr>
      </w:pPr>
      <w:sdt>
        <w:sdtPr>
          <w:tag w:val="START_NAME_1"/>
          <w:alias w:val="START_NAME_1"/>
          <w:text/>
        </w:sdtPr>
        <w:sdtContent>
          <w:r>
            <w:t> </w:t>
          </w:r>
        </w:sdtContent>
      </w:sdt>
    </w:p>
    <w:p>
      <w:pPr>
        <w:keepNext/>
        <w:spacing w:before="140" w:after="20"/>
      </w:pPr>
      <w:r>
        <w:rPr>
          <w:b/>
          <w:sz w:val="22"/>
        </w:rPr>
        <w:t>Who should visit your site and what do they need</w:t>
      </w:r>
    </w:p>
    <w:p>
      <w:pPr>
        <w:spacing w:after="0" w:line="440" w:lineRule="exact"/>
        <w:pBdr>
          <w:bottom w:val="single" w:sz="3" w:color="CED3D8"/>
        </w:pBdr>
      </w:pPr>
      <w:sdt>
        <w:sdtPr>
          <w:tag w:val="START_VISITOR_1"/>
          <w:alias w:val="START_VISITOR_1"/>
          <w:text/>
        </w:sdtPr>
        <w:sdtContent>
          <w:r>
            <w:t> </w:t>
          </w:r>
        </w:sdtContent>
      </w:sdt>
    </w:p>
    <w:p>
      <w:pPr>
        <w:spacing w:after="0" w:line="440" w:lineRule="exact"/>
        <w:pBdr>
          <w:bottom w:val="single" w:sz="3" w:color="CED3D8"/>
        </w:pBdr>
      </w:pPr>
      <w:sdt>
        <w:sdtPr>
          <w:tag w:val="START_VISITOR_2"/>
          <w:alias w:val="START_VISITOR_2"/>
          <w:text/>
        </w:sdtPr>
        <w:sdtContent>
          <w:r>
            <w:t> </w:t>
          </w:r>
        </w:sdtContent>
      </w:sdt>
    </w:p>
    <w:p>
      <w:pPr>
        <w:keepNext/>
        <w:spacing w:before="140" w:after="20"/>
      </w:pPr>
      <w:r>
        <w:rPr>
          <w:b/>
          <w:sz w:val="22"/>
        </w:rPr>
        <w:t>The main action you want a visitor to take</w:t>
      </w:r>
    </w:p>
    <w:p>
      <w:pPr>
        <w:spacing w:after="0" w:line="440" w:lineRule="exact"/>
        <w:pBdr>
          <w:bottom w:val="single" w:sz="3" w:color="CED3D8"/>
        </w:pBdr>
      </w:pPr>
      <w:sdt>
        <w:sdtPr>
          <w:tag w:val="START_ACTION_1"/>
          <w:alias w:val="START_ACTION_1"/>
          <w:text/>
        </w:sdtPr>
        <w:sdtContent>
          <w:r>
            <w:t> </w:t>
          </w:r>
        </w:sdtContent>
      </w:sdt>
    </w:p>
    <w:p>
      <w:pPr>
        <w:spacing w:after="0" w:line="440" w:lineRule="exact"/>
        <w:pBdr>
          <w:bottom w:val="single" w:sz="3" w:color="CED3D8"/>
        </w:pBdr>
      </w:pPr>
      <w:sdt>
        <w:sdtPr>
          <w:tag w:val="START_ACTION_2"/>
          <w:alias w:val="START_ACTION_2"/>
          <w:text/>
        </w:sdtPr>
        <w:sdtContent>
          <w:r>
            <w:t> </w:t>
          </w:r>
        </w:sdtContent>
      </w:sdt>
    </w:p>
    <w:p>
      <w:pPr>
        <w:keepNext/>
        <w:spacing w:before="140" w:after="20"/>
      </w:pPr>
      <w:r>
        <w:rPr>
          <w:b/>
          <w:sz w:val="22"/>
        </w:rPr>
        <w:t>What you offer and where or how you provide it</w:t>
      </w:r>
    </w:p>
    <w:p>
      <w:pPr>
        <w:spacing w:after="0" w:line="440" w:lineRule="exact"/>
        <w:pBdr>
          <w:bottom w:val="single" w:sz="3" w:color="CED3D8"/>
        </w:pBdr>
      </w:pPr>
      <w:sdt>
        <w:sdtPr>
          <w:tag w:val="START_OFFER_1"/>
          <w:alias w:val="START_OFFER_1"/>
          <w:text/>
        </w:sdtPr>
        <w:sdtContent>
          <w:r>
            <w:t> </w:t>
          </w:r>
        </w:sdtContent>
      </w:sdt>
    </w:p>
    <w:p>
      <w:pPr>
        <w:spacing w:after="0" w:line="440" w:lineRule="exact"/>
        <w:pBdr>
          <w:bottom w:val="single" w:sz="3" w:color="CED3D8"/>
        </w:pBdr>
      </w:pPr>
      <w:sdt>
        <w:sdtPr>
          <w:tag w:val="START_OFFER_2"/>
          <w:alias w:val="START_OFFER_2"/>
          <w:text/>
        </w:sdtPr>
        <w:sdtContent>
          <w:r>
            <w:t> </w:t>
          </w:r>
        </w:sdtContent>
      </w:sdt>
    </w:p>
    <w:p>
      <w:pPr>
        <w:keepNext/>
        <w:spacing w:before="140" w:after="20"/>
      </w:pPr>
      <w:r>
        <w:rPr>
          <w:b/>
          <w:sz w:val="22"/>
        </w:rPr>
        <w:t>Facts photos and permissions to gather before publishing</w:t>
      </w:r>
    </w:p>
    <w:p>
      <w:pPr>
        <w:spacing w:after="0" w:line="440" w:lineRule="exact"/>
        <w:pBdr>
          <w:bottom w:val="single" w:sz="3" w:color="CED3D8"/>
        </w:pBdr>
      </w:pPr>
      <w:sdt>
        <w:sdtPr>
          <w:tag w:val="START_PROOF_1"/>
          <w:alias w:val="START_PROOF_1"/>
          <w:text/>
        </w:sdtPr>
        <w:sdtContent>
          <w:r>
            <w:t> </w:t>
          </w:r>
        </w:sdtContent>
      </w:sdt>
    </w:p>
    <w:p>
      <w:pPr>
        <w:spacing w:after="0" w:line="440" w:lineRule="exact"/>
        <w:pBdr>
          <w:bottom w:val="single" w:sz="3" w:color="CED3D8"/>
        </w:pBdr>
      </w:pPr>
      <w:sdt>
        <w:sdtPr>
          <w:tag w:val="START_PROOF_2"/>
          <w:alias w:val="START_PROOF_2"/>
          <w:text/>
        </w:sdtPr>
        <w:sdtContent>
          <w:r>
            <w:t> </w:t>
          </w:r>
        </w:sdtContent>
      </w:sdt>
    </w:p>
    <w:p>
      <w:pPr>
        <w:spacing w:before="160"/>
      </w:pPr>
      <w:r>
        <w:rPr>
          <w:sz w:val="20"/>
        </w:rPr>
        <w:t>Workshop rhythm: review the example, write your draft and exchange feedback. Use the final review to choose your next changes. Website Builder and account links are on the last page.</w:t>
      </w:r>
    </w:p>
    <w:p>
      <w:r>
        <w:br w:type="page"/>
      </w:r>
    </w:p>
    <w:p>
      <w:pPr>
        <w:spacing w:after="160"/>
      </w:pPr>
      <w:r>
        <w:drawing>
          <wp:inline xmlns:a="http://schemas.openxmlformats.org/drawingml/2006/main" xmlns:pic="http://schemas.openxmlformats.org/drawingml/2006/picture">
            <wp:extent cx="6400800" cy="746760"/>
            <wp:docPr id="11" name="Picture 11"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Home</w:t>
      </w:r>
    </w:p>
    <w:p>
      <w:pPr>
        <w:pStyle w:val="Heading1"/>
      </w:pPr>
      <w:r>
        <w:t>The job of this page</w:t>
      </w:r>
    </w:p>
    <w:p>
      <w:r>
        <w:rPr>
          <w:b w:val="0"/>
        </w:rPr>
        <w:t>Introduce the shop, actual location, vehicles accepted and one clear service-request action. Show a mechanic and the real working environment.</w:t>
      </w:r>
    </w:p>
    <w:p>
      <w:pPr>
        <w:spacing w:after="100"/>
      </w:pPr>
      <w:r>
        <w:drawing>
          <wp:inline xmlns:a="http://schemas.openxmlformats.org/drawingml/2006/main" xmlns:pic="http://schemas.openxmlformats.org/drawingml/2006/picture">
            <wp:extent cx="4695022" cy="3198996"/>
            <wp:docPr id="2" name="Picture 2"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1-home.png" descr="Privacy-cropped excerpt from the retained fictional demonstration; not a new Builder capture."/>
                    <pic:cNvPicPr/>
                  </pic:nvPicPr>
                  <pic:blipFill>
                    <a:blip r:embed="rId11"/>
                    <a:stretch>
                      <a:fillRect/>
                    </a:stretch>
                  </pic:blipFill>
                  <pic:spPr>
                    <a:xfrm>
                      <a:off x="0" y="0"/>
                      <a:ext cx="4695022" cy="3198996"/>
                    </a:xfrm>
                    <a:prstGeom prst="rect"/>
                  </pic:spPr>
                </pic:pic>
              </a:graphicData>
            </a:graphic>
          </wp:inline>
        </w:drawing>
      </w:r>
    </w:p>
    <w:p>
      <w:r>
        <w:rPr>
          <w:sz w:val="18"/>
        </w:rPr>
        <w:t xml:space="preserve">Prairie Gear Auto Care example  |  </w:t>
      </w:r>
      <w:hyperlink r:id="rId18">
        <w:r>
          <w:rPr>
            <w:color w:val="08736F"/>
            <w:u w:val="single"/>
            <w:sz w:val="18"/>
          </w:rPr>
          <w:t>Explore SaaSTech Website Builder</w:t>
        </w:r>
      </w:hyperlink>
    </w:p>
    <w:p>
      <w:pPr>
        <w:pStyle w:val="Heading1"/>
      </w:pPr>
      <w:r>
        <w:t>Sample wording to adapt</w:t>
      </w:r>
    </w:p>
    <w:p>
      <w:r>
        <w:rPr>
          <w:b/>
          <w:sz w:val="24"/>
        </w:rPr>
        <w:t>A clear next step for your vehicle</w:t>
      </w:r>
    </w:p>
    <w:p>
      <w:r>
        <w:rPr>
          <w:b w:val="0"/>
        </w:rPr>
        <w:t>Explore maintenance, repair and diagnostic enquiries. Tell us about your vehicle and the change you have noticed. The shop will discuss assessment and an estimate before any work is agreed.</w:t>
      </w:r>
    </w:p>
    <w:p>
      <w:pPr>
        <w:pStyle w:val="Heading1"/>
      </w:pPr>
      <w:r>
        <w:t>Pause and plan</w:t>
      </w:r>
    </w:p>
    <w:p>
      <w:r>
        <w:rPr>
          <w:b w:val="0"/>
          <w:sz w:val="20"/>
        </w:rPr>
        <w:t>Could a first-time visitor explain what you do and who it is for after one glance? Choose one main action and the strongest truthful detail that gives them confidence to continue.</w:t>
      </w:r>
    </w:p>
    <w:p>
      <w:r>
        <w:br w:type="page"/>
      </w:r>
    </w:p>
    <w:p>
      <w:pPr>
        <w:spacing w:after="160"/>
      </w:pPr>
      <w:r>
        <w:drawing>
          <wp:inline xmlns:a="http://schemas.openxmlformats.org/drawingml/2006/main" xmlns:pic="http://schemas.openxmlformats.org/drawingml/2006/picture">
            <wp:extent cx="6400800" cy="746760"/>
            <wp:docPr id="12" name="Picture 12" descr="Page plan with Home selected"/>
            <wp:cNvGraphicFramePr>
              <a:graphicFrameLocks noChangeAspect="1"/>
            </wp:cNvGraphicFramePr>
            <a:graphic>
              <a:graphicData uri="http://schemas.openxmlformats.org/drawingml/2006/picture">
                <pic:pic>
                  <pic:nvPicPr>
                    <pic:cNvPr id="0" name="progress-0.png"/>
                    <pic:cNvPicPr/>
                  </pic:nvPicPr>
                  <pic:blipFill>
                    <a:blip r:embed="rId25"/>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Home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1_HEADLINE_1"/>
          <w:alias w:val="P1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1_INTRO_1"/>
          <w:alias w:val="P1_INTRO_1"/>
          <w:text/>
        </w:sdtPr>
        <w:sdtContent>
          <w:r>
            <w:t> </w:t>
          </w:r>
        </w:sdtContent>
      </w:sdt>
    </w:p>
    <w:p>
      <w:pPr>
        <w:spacing w:after="0" w:line="440" w:lineRule="exact"/>
        <w:pBdr>
          <w:bottom w:val="single" w:sz="3" w:color="CED3D8"/>
        </w:pBdr>
      </w:pPr>
      <w:sdt>
        <w:sdtPr>
          <w:tag w:val="P1_INTRO_2"/>
          <w:alias w:val="P1_INTRO_2"/>
          <w:text/>
        </w:sdtPr>
        <w:sdtContent>
          <w:r>
            <w:t> </w:t>
          </w:r>
        </w:sdtContent>
      </w:sdt>
    </w:p>
    <w:p>
      <w:pPr>
        <w:spacing w:after="0" w:line="440" w:lineRule="exact"/>
        <w:pBdr>
          <w:bottom w:val="single" w:sz="3" w:color="CED3D8"/>
        </w:pBdr>
      </w:pPr>
      <w:sdt>
        <w:sdtPr>
          <w:tag w:val="P1_INTRO_3"/>
          <w:alias w:val="P1_INTRO_3"/>
          <w:text/>
        </w:sdtPr>
        <w:sdtContent>
          <w:r>
            <w:t> </w:t>
          </w:r>
        </w:sdtContent>
      </w:sdt>
    </w:p>
    <w:p>
      <w:pPr>
        <w:keepNext/>
        <w:spacing w:before="140" w:after="20"/>
      </w:pPr>
      <w:r>
        <w:rPr>
          <w:b/>
          <w:sz w:val="22"/>
        </w:rPr>
        <w:t>Your offer audience location and most useful supporting details</w:t>
      </w:r>
    </w:p>
    <w:p>
      <w:pPr>
        <w:spacing w:after="0" w:line="440" w:lineRule="exact"/>
        <w:pBdr>
          <w:bottom w:val="single" w:sz="3" w:color="CED3D8"/>
        </w:pBdr>
      </w:pPr>
      <w:sdt>
        <w:sdtPr>
          <w:tag w:val="P1_DETAILS_1"/>
          <w:alias w:val="P1_DETAILS_1"/>
          <w:text/>
        </w:sdtPr>
        <w:sdtContent>
          <w:r>
            <w:t> </w:t>
          </w:r>
        </w:sdtContent>
      </w:sdt>
    </w:p>
    <w:p>
      <w:pPr>
        <w:spacing w:after="0" w:line="440" w:lineRule="exact"/>
        <w:pBdr>
          <w:bottom w:val="single" w:sz="3" w:color="CED3D8"/>
        </w:pBdr>
      </w:pPr>
      <w:sdt>
        <w:sdtPr>
          <w:tag w:val="P1_DETAILS_2"/>
          <w:alias w:val="P1_DETAILS_2"/>
          <w:text/>
        </w:sdtPr>
        <w:sdtContent>
          <w:r>
            <w:t> </w:t>
          </w:r>
        </w:sdtContent>
      </w:sdt>
    </w:p>
    <w:p>
      <w:pPr>
        <w:spacing w:after="0" w:line="440" w:lineRule="exact"/>
        <w:pBdr>
          <w:bottom w:val="single" w:sz="3" w:color="CED3D8"/>
        </w:pBdr>
      </w:pPr>
      <w:sdt>
        <w:sdtPr>
          <w:tag w:val="P1_DETAILS_3"/>
          <w:alias w:val="P1_DETAILS_3"/>
          <w:text/>
        </w:sdtPr>
        <w:sdtContent>
          <w:r>
            <w:t> </w:t>
          </w:r>
        </w:sdtContent>
      </w:sdt>
    </w:p>
    <w:p>
      <w:pPr>
        <w:spacing w:after="0" w:line="440" w:lineRule="exact"/>
        <w:pBdr>
          <w:bottom w:val="single" w:sz="3" w:color="CED3D8"/>
        </w:pBdr>
      </w:pPr>
      <w:sdt>
        <w:sdtPr>
          <w:tag w:val="P1_DETAILS_4"/>
          <w:alias w:val="P1_DETAILS_4"/>
          <w:text/>
        </w:sdtPr>
        <w:sdtContent>
          <w:r>
            <w:t> </w:t>
          </w:r>
        </w:sdtContent>
      </w:sdt>
    </w:p>
    <w:p>
      <w:pPr>
        <w:spacing w:after="0" w:line="440" w:lineRule="exact"/>
        <w:pBdr>
          <w:bottom w:val="single" w:sz="3" w:color="CED3D8"/>
        </w:pBdr>
      </w:pPr>
      <w:sdt>
        <w:sdtPr>
          <w:tag w:val="P1_DETAILS_5"/>
          <w:alias w:val="P1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1_ACTION_1"/>
          <w:alias w:val="P1_ACTION_1"/>
          <w:text/>
        </w:sdtPr>
        <w:sdtContent>
          <w:r>
            <w:t> </w:t>
          </w:r>
        </w:sdtContent>
      </w:sdt>
    </w:p>
    <w:p>
      <w:pPr>
        <w:spacing w:after="0" w:line="440" w:lineRule="exact"/>
        <w:pBdr>
          <w:bottom w:val="single" w:sz="3" w:color="CED3D8"/>
        </w:pBdr>
      </w:pPr>
      <w:sdt>
        <w:sdtPr>
          <w:tag w:val="P1_ACTION_2"/>
          <w:alias w:val="P1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1_PHOTO_1"/>
          <w:alias w:val="P1_PHOTO_1"/>
          <w:text/>
        </w:sdtPr>
        <w:sdtContent>
          <w:r>
            <w:t> </w:t>
          </w:r>
        </w:sdtContent>
      </w:sdt>
    </w:p>
    <w:p>
      <w:pPr>
        <w:spacing w:after="0" w:line="440" w:lineRule="exact"/>
        <w:pBdr>
          <w:bottom w:val="single" w:sz="3" w:color="CED3D8"/>
        </w:pBdr>
      </w:pPr>
      <w:sdt>
        <w:sdtPr>
          <w:tag w:val="P1_PHOTO_2"/>
          <w:alias w:val="P1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1_VERIFY_1"/>
          <w:alias w:val="P1_VERIFY_1"/>
          <w:text/>
        </w:sdtPr>
        <w:sdtContent>
          <w:r>
            <w:t> </w:t>
          </w:r>
        </w:sdtContent>
      </w:sdt>
    </w:p>
    <w:p>
      <w:pPr>
        <w:spacing w:after="0" w:line="440" w:lineRule="exact"/>
        <w:pBdr>
          <w:bottom w:val="single" w:sz="3" w:color="CED3D8"/>
        </w:pBdr>
      </w:pPr>
      <w:sdt>
        <w:sdtPr>
          <w:tag w:val="P1_VERIFY_2"/>
          <w:alias w:val="P1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3" name="Picture 13"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Services</w:t>
      </w:r>
    </w:p>
    <w:p>
      <w:pPr>
        <w:pStyle w:val="Heading1"/>
      </w:pPr>
      <w:r>
        <w:t>The job of this page</w:t>
      </w:r>
    </w:p>
    <w:p>
      <w:r>
        <w:rPr>
          <w:b w:val="0"/>
        </w:rPr>
        <w:t>Group the work actually offered, such as brakes, tires, steering and suspension. Explain that inspection comes before a firm repair recommendation or estimate.</w:t>
      </w:r>
    </w:p>
    <w:p>
      <w:pPr>
        <w:spacing w:after="100"/>
      </w:pPr>
      <w:r>
        <w:drawing>
          <wp:inline xmlns:a="http://schemas.openxmlformats.org/drawingml/2006/main" xmlns:pic="http://schemas.openxmlformats.org/drawingml/2006/picture">
            <wp:extent cx="4695022" cy="3198996"/>
            <wp:docPr id="3" name="Picture 3"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2-services.png" descr="Privacy-cropped excerpt from the retained fictional demonstration; not a new Builder capture."/>
                    <pic:cNvPicPr/>
                  </pic:nvPicPr>
                  <pic:blipFill>
                    <a:blip r:embed="rId12"/>
                    <a:stretch>
                      <a:fillRect/>
                    </a:stretch>
                  </pic:blipFill>
                  <pic:spPr>
                    <a:xfrm>
                      <a:off x="0" y="0"/>
                      <a:ext cx="4695022" cy="3198996"/>
                    </a:xfrm>
                    <a:prstGeom prst="rect"/>
                  </pic:spPr>
                </pic:pic>
              </a:graphicData>
            </a:graphic>
          </wp:inline>
        </w:drawing>
      </w:r>
    </w:p>
    <w:p>
      <w:r>
        <w:rPr>
          <w:sz w:val="18"/>
        </w:rPr>
        <w:t xml:space="preserve">Prairie Gear Auto Care example  |  </w:t>
      </w:r>
      <w:hyperlink r:id="rId18">
        <w:r>
          <w:rPr>
            <w:color w:val="08736F"/>
            <w:u w:val="single"/>
            <w:sz w:val="18"/>
          </w:rPr>
          <w:t>Explore SaaSTech Website Builder</w:t>
        </w:r>
      </w:hyperlink>
    </w:p>
    <w:p>
      <w:pPr>
        <w:pStyle w:val="Heading1"/>
      </w:pPr>
      <w:r>
        <w:t>Sample wording to adapt</w:t>
      </w:r>
    </w:p>
    <w:p>
      <w:r>
        <w:rPr>
          <w:b/>
          <w:sz w:val="24"/>
        </w:rPr>
        <w:t>Vehicle service explained clearly</w:t>
      </w:r>
    </w:p>
    <w:p>
      <w:r>
        <w:rPr>
          <w:b w:val="0"/>
        </w:rPr>
        <w:t>Tell us the vehicle model, mileage and work or concern you want assessed. We will discuss the findings and estimate before any additional work is agreed. A service enquiry is not repair authorization.</w:t>
      </w:r>
    </w:p>
    <w:p>
      <w:pPr>
        <w:pStyle w:val="Heading1"/>
      </w:pPr>
      <w:r>
        <w:t>Pause and plan</w:t>
      </w:r>
    </w:p>
    <w:p>
      <w:r>
        <w:rPr>
          <w:b w:val="0"/>
          <w:sz w:val="20"/>
        </w:rPr>
        <w:t>Who is each option for, what does it include and where are its limits? Describe the information needed to check fit. Make the next step clear without promising an outcome before assessment.</w:t>
      </w:r>
    </w:p>
    <w:p>
      <w:r>
        <w:br w:type="page"/>
      </w:r>
    </w:p>
    <w:p>
      <w:pPr>
        <w:spacing w:after="160"/>
      </w:pPr>
      <w:r>
        <w:drawing>
          <wp:inline xmlns:a="http://schemas.openxmlformats.org/drawingml/2006/main" xmlns:pic="http://schemas.openxmlformats.org/drawingml/2006/picture">
            <wp:extent cx="6400800" cy="746760"/>
            <wp:docPr id="14" name="Picture 14" descr="Page plan with Services selected"/>
            <wp:cNvGraphicFramePr>
              <a:graphicFrameLocks noChangeAspect="1"/>
            </wp:cNvGraphicFramePr>
            <a:graphic>
              <a:graphicData uri="http://schemas.openxmlformats.org/drawingml/2006/picture">
                <pic:pic>
                  <pic:nvPicPr>
                    <pic:cNvPr id="0" name="progress-1.png"/>
                    <pic:cNvPicPr/>
                  </pic:nvPicPr>
                  <pic:blipFill>
                    <a:blip r:embed="rId26"/>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Services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2_HEADLINE_1"/>
          <w:alias w:val="P2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2_INTRO_1"/>
          <w:alias w:val="P2_INTRO_1"/>
          <w:text/>
        </w:sdtPr>
        <w:sdtContent>
          <w:r>
            <w:t> </w:t>
          </w:r>
        </w:sdtContent>
      </w:sdt>
    </w:p>
    <w:p>
      <w:pPr>
        <w:spacing w:after="0" w:line="440" w:lineRule="exact"/>
        <w:pBdr>
          <w:bottom w:val="single" w:sz="3" w:color="CED3D8"/>
        </w:pBdr>
      </w:pPr>
      <w:sdt>
        <w:sdtPr>
          <w:tag w:val="P2_INTRO_2"/>
          <w:alias w:val="P2_INTRO_2"/>
          <w:text/>
        </w:sdtPr>
        <w:sdtContent>
          <w:r>
            <w:t> </w:t>
          </w:r>
        </w:sdtContent>
      </w:sdt>
    </w:p>
    <w:p>
      <w:pPr>
        <w:spacing w:after="0" w:line="440" w:lineRule="exact"/>
        <w:pBdr>
          <w:bottom w:val="single" w:sz="3" w:color="CED3D8"/>
        </w:pBdr>
      </w:pPr>
      <w:sdt>
        <w:sdtPr>
          <w:tag w:val="P2_INTRO_3"/>
          <w:alias w:val="P2_INTRO_3"/>
          <w:text/>
        </w:sdtPr>
        <w:sdtContent>
          <w:r>
            <w:t> </w:t>
          </w:r>
        </w:sdtContent>
      </w:sdt>
    </w:p>
    <w:p>
      <w:pPr>
        <w:keepNext/>
        <w:spacing w:before="140" w:after="20"/>
      </w:pPr>
      <w:r>
        <w:rPr>
          <w:b/>
          <w:sz w:val="22"/>
        </w:rPr>
        <w:t>Service options who they suit and what each includes</w:t>
      </w:r>
    </w:p>
    <w:p>
      <w:pPr>
        <w:spacing w:after="0" w:line="440" w:lineRule="exact"/>
        <w:pBdr>
          <w:bottom w:val="single" w:sz="3" w:color="CED3D8"/>
        </w:pBdr>
      </w:pPr>
      <w:sdt>
        <w:sdtPr>
          <w:tag w:val="P2_DETAILS_1"/>
          <w:alias w:val="P2_DETAILS_1"/>
          <w:text/>
        </w:sdtPr>
        <w:sdtContent>
          <w:r>
            <w:t> </w:t>
          </w:r>
        </w:sdtContent>
      </w:sdt>
    </w:p>
    <w:p>
      <w:pPr>
        <w:spacing w:after="0" w:line="440" w:lineRule="exact"/>
        <w:pBdr>
          <w:bottom w:val="single" w:sz="3" w:color="CED3D8"/>
        </w:pBdr>
      </w:pPr>
      <w:sdt>
        <w:sdtPr>
          <w:tag w:val="P2_DETAILS_2"/>
          <w:alias w:val="P2_DETAILS_2"/>
          <w:text/>
        </w:sdtPr>
        <w:sdtContent>
          <w:r>
            <w:t> </w:t>
          </w:r>
        </w:sdtContent>
      </w:sdt>
    </w:p>
    <w:p>
      <w:pPr>
        <w:spacing w:after="0" w:line="440" w:lineRule="exact"/>
        <w:pBdr>
          <w:bottom w:val="single" w:sz="3" w:color="CED3D8"/>
        </w:pBdr>
      </w:pPr>
      <w:sdt>
        <w:sdtPr>
          <w:tag w:val="P2_DETAILS_3"/>
          <w:alias w:val="P2_DETAILS_3"/>
          <w:text/>
        </w:sdtPr>
        <w:sdtContent>
          <w:r>
            <w:t> </w:t>
          </w:r>
        </w:sdtContent>
      </w:sdt>
    </w:p>
    <w:p>
      <w:pPr>
        <w:spacing w:after="0" w:line="440" w:lineRule="exact"/>
        <w:pBdr>
          <w:bottom w:val="single" w:sz="3" w:color="CED3D8"/>
        </w:pBdr>
      </w:pPr>
      <w:sdt>
        <w:sdtPr>
          <w:tag w:val="P2_DETAILS_4"/>
          <w:alias w:val="P2_DETAILS_4"/>
          <w:text/>
        </w:sdtPr>
        <w:sdtContent>
          <w:r>
            <w:t> </w:t>
          </w:r>
        </w:sdtContent>
      </w:sdt>
    </w:p>
    <w:p>
      <w:pPr>
        <w:spacing w:after="0" w:line="440" w:lineRule="exact"/>
        <w:pBdr>
          <w:bottom w:val="single" w:sz="3" w:color="CED3D8"/>
        </w:pBdr>
      </w:pPr>
      <w:sdt>
        <w:sdtPr>
          <w:tag w:val="P2_DETAILS_5"/>
          <w:alias w:val="P2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2_ACTION_1"/>
          <w:alias w:val="P2_ACTION_1"/>
          <w:text/>
        </w:sdtPr>
        <w:sdtContent>
          <w:r>
            <w:t> </w:t>
          </w:r>
        </w:sdtContent>
      </w:sdt>
    </w:p>
    <w:p>
      <w:pPr>
        <w:spacing w:after="0" w:line="440" w:lineRule="exact"/>
        <w:pBdr>
          <w:bottom w:val="single" w:sz="3" w:color="CED3D8"/>
        </w:pBdr>
      </w:pPr>
      <w:sdt>
        <w:sdtPr>
          <w:tag w:val="P2_ACTION_2"/>
          <w:alias w:val="P2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2_PHOTO_1"/>
          <w:alias w:val="P2_PHOTO_1"/>
          <w:text/>
        </w:sdtPr>
        <w:sdtContent>
          <w:r>
            <w:t> </w:t>
          </w:r>
        </w:sdtContent>
      </w:sdt>
    </w:p>
    <w:p>
      <w:pPr>
        <w:spacing w:after="0" w:line="440" w:lineRule="exact"/>
        <w:pBdr>
          <w:bottom w:val="single" w:sz="3" w:color="CED3D8"/>
        </w:pBdr>
      </w:pPr>
      <w:sdt>
        <w:sdtPr>
          <w:tag w:val="P2_PHOTO_2"/>
          <w:alias w:val="P2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2_VERIFY_1"/>
          <w:alias w:val="P2_VERIFY_1"/>
          <w:text/>
        </w:sdtPr>
        <w:sdtContent>
          <w:r>
            <w:t> </w:t>
          </w:r>
        </w:sdtContent>
      </w:sdt>
    </w:p>
    <w:p>
      <w:pPr>
        <w:spacing w:after="0" w:line="440" w:lineRule="exact"/>
        <w:pBdr>
          <w:bottom w:val="single" w:sz="3" w:color="CED3D8"/>
        </w:pBdr>
      </w:pPr>
      <w:sdt>
        <w:sdtPr>
          <w:tag w:val="P2_VERIFY_2"/>
          <w:alias w:val="P2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5" name="Picture 15" descr="Page plan with Maintenance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Maintenance</w:t>
      </w:r>
    </w:p>
    <w:p>
      <w:pPr>
        <w:pStyle w:val="Heading1"/>
      </w:pPr>
      <w:r>
        <w:t>The job of this page</w:t>
      </w:r>
    </w:p>
    <w:p>
      <w:r>
        <w:rPr>
          <w:b w:val="0"/>
        </w:rPr>
        <w:t>Explain routine oil and filter service, seasonal checks and maintenance planning. Refer drivers to their vehicle's service schedule instead of universal mileage promises.</w:t>
      </w:r>
    </w:p>
    <w:p>
      <w:pPr>
        <w:spacing w:after="100"/>
      </w:pPr>
      <w:r>
        <w:drawing>
          <wp:inline xmlns:a="http://schemas.openxmlformats.org/drawingml/2006/main" xmlns:pic="http://schemas.openxmlformats.org/drawingml/2006/picture">
            <wp:extent cx="4695022" cy="3198996"/>
            <wp:docPr id="4" name="Picture 4"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3-maintenance.png" descr="Privacy-cropped excerpt from the retained fictional demonstration; not a new Builder capture."/>
                    <pic:cNvPicPr/>
                  </pic:nvPicPr>
                  <pic:blipFill>
                    <a:blip r:embed="rId13"/>
                    <a:stretch>
                      <a:fillRect/>
                    </a:stretch>
                  </pic:blipFill>
                  <pic:spPr>
                    <a:xfrm>
                      <a:off x="0" y="0"/>
                      <a:ext cx="4695022" cy="3198996"/>
                    </a:xfrm>
                    <a:prstGeom prst="rect"/>
                  </pic:spPr>
                </pic:pic>
              </a:graphicData>
            </a:graphic>
          </wp:inline>
        </w:drawing>
      </w:r>
    </w:p>
    <w:p>
      <w:r>
        <w:rPr>
          <w:sz w:val="18"/>
        </w:rPr>
        <w:t xml:space="preserve">Prairie Gear Auto Care example  |  </w:t>
      </w:r>
      <w:hyperlink r:id="rId18">
        <w:r>
          <w:rPr>
            <w:color w:val="08736F"/>
            <w:u w:val="single"/>
            <w:sz w:val="18"/>
          </w:rPr>
          <w:t>Explore SaaSTech Website Builder</w:t>
        </w:r>
      </w:hyperlink>
    </w:p>
    <w:p>
      <w:pPr>
        <w:pStyle w:val="Heading1"/>
      </w:pPr>
      <w:r>
        <w:t>Sample wording to adapt</w:t>
      </w:r>
    </w:p>
    <w:p>
      <w:r>
        <w:rPr>
          <w:b/>
          <w:sz w:val="24"/>
        </w:rPr>
        <w:t>Maintenance that fits your vehicle</w:t>
      </w:r>
    </w:p>
    <w:p>
      <w:r>
        <w:rPr>
          <w:b w:val="0"/>
        </w:rPr>
        <w:t>Bring the service history and describe how you use the vehicle. Ask the shop which items need attention now and what can be planned for a later visit. Confirm the scope and estimate first.</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6" name="Picture 16" descr="Page plan with Maintenance selected"/>
            <wp:cNvGraphicFramePr>
              <a:graphicFrameLocks noChangeAspect="1"/>
            </wp:cNvGraphicFramePr>
            <a:graphic>
              <a:graphicData uri="http://schemas.openxmlformats.org/drawingml/2006/picture">
                <pic:pic>
                  <pic:nvPicPr>
                    <pic:cNvPr id="0" name="progress-2.png"/>
                    <pic:cNvPicPr/>
                  </pic:nvPicPr>
                  <pic:blipFill>
                    <a:blip r:embed="rId27"/>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Maintenance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3_HEADLINE_1"/>
          <w:alias w:val="P3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3_INTRO_1"/>
          <w:alias w:val="P3_INTRO_1"/>
          <w:text/>
        </w:sdtPr>
        <w:sdtContent>
          <w:r>
            <w:t> </w:t>
          </w:r>
        </w:sdtContent>
      </w:sdt>
    </w:p>
    <w:p>
      <w:pPr>
        <w:spacing w:after="0" w:line="440" w:lineRule="exact"/>
        <w:pBdr>
          <w:bottom w:val="single" w:sz="3" w:color="CED3D8"/>
        </w:pBdr>
      </w:pPr>
      <w:sdt>
        <w:sdtPr>
          <w:tag w:val="P3_INTRO_2"/>
          <w:alias w:val="P3_INTRO_2"/>
          <w:text/>
        </w:sdtPr>
        <w:sdtContent>
          <w:r>
            <w:t> </w:t>
          </w:r>
        </w:sdtContent>
      </w:sdt>
    </w:p>
    <w:p>
      <w:pPr>
        <w:spacing w:after="0" w:line="440" w:lineRule="exact"/>
        <w:pBdr>
          <w:bottom w:val="single" w:sz="3" w:color="CED3D8"/>
        </w:pBdr>
      </w:pPr>
      <w:sdt>
        <w:sdtPr>
          <w:tag w:val="P3_INTRO_3"/>
          <w:alias w:val="P3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3_DETAILS_1"/>
          <w:alias w:val="P3_DETAILS_1"/>
          <w:text/>
        </w:sdtPr>
        <w:sdtContent>
          <w:r>
            <w:t> </w:t>
          </w:r>
        </w:sdtContent>
      </w:sdt>
    </w:p>
    <w:p>
      <w:pPr>
        <w:spacing w:after="0" w:line="440" w:lineRule="exact"/>
        <w:pBdr>
          <w:bottom w:val="single" w:sz="3" w:color="CED3D8"/>
        </w:pBdr>
      </w:pPr>
      <w:sdt>
        <w:sdtPr>
          <w:tag w:val="P3_DETAILS_2"/>
          <w:alias w:val="P3_DETAILS_2"/>
          <w:text/>
        </w:sdtPr>
        <w:sdtContent>
          <w:r>
            <w:t> </w:t>
          </w:r>
        </w:sdtContent>
      </w:sdt>
    </w:p>
    <w:p>
      <w:pPr>
        <w:spacing w:after="0" w:line="440" w:lineRule="exact"/>
        <w:pBdr>
          <w:bottom w:val="single" w:sz="3" w:color="CED3D8"/>
        </w:pBdr>
      </w:pPr>
      <w:sdt>
        <w:sdtPr>
          <w:tag w:val="P3_DETAILS_3"/>
          <w:alias w:val="P3_DETAILS_3"/>
          <w:text/>
        </w:sdtPr>
        <w:sdtContent>
          <w:r>
            <w:t> </w:t>
          </w:r>
        </w:sdtContent>
      </w:sdt>
    </w:p>
    <w:p>
      <w:pPr>
        <w:spacing w:after="0" w:line="440" w:lineRule="exact"/>
        <w:pBdr>
          <w:bottom w:val="single" w:sz="3" w:color="CED3D8"/>
        </w:pBdr>
      </w:pPr>
      <w:sdt>
        <w:sdtPr>
          <w:tag w:val="P3_DETAILS_4"/>
          <w:alias w:val="P3_DETAILS_4"/>
          <w:text/>
        </w:sdtPr>
        <w:sdtContent>
          <w:r>
            <w:t> </w:t>
          </w:r>
        </w:sdtContent>
      </w:sdt>
    </w:p>
    <w:p>
      <w:pPr>
        <w:spacing w:after="0" w:line="440" w:lineRule="exact"/>
        <w:pBdr>
          <w:bottom w:val="single" w:sz="3" w:color="CED3D8"/>
        </w:pBdr>
      </w:pPr>
      <w:sdt>
        <w:sdtPr>
          <w:tag w:val="P3_DETAILS_5"/>
          <w:alias w:val="P3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3_ACTION_1"/>
          <w:alias w:val="P3_ACTION_1"/>
          <w:text/>
        </w:sdtPr>
        <w:sdtContent>
          <w:r>
            <w:t> </w:t>
          </w:r>
        </w:sdtContent>
      </w:sdt>
    </w:p>
    <w:p>
      <w:pPr>
        <w:spacing w:after="0" w:line="440" w:lineRule="exact"/>
        <w:pBdr>
          <w:bottom w:val="single" w:sz="3" w:color="CED3D8"/>
        </w:pBdr>
      </w:pPr>
      <w:sdt>
        <w:sdtPr>
          <w:tag w:val="P3_ACTION_2"/>
          <w:alias w:val="P3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3_PHOTO_1"/>
          <w:alias w:val="P3_PHOTO_1"/>
          <w:text/>
        </w:sdtPr>
        <w:sdtContent>
          <w:r>
            <w:t> </w:t>
          </w:r>
        </w:sdtContent>
      </w:sdt>
    </w:p>
    <w:p>
      <w:pPr>
        <w:spacing w:after="0" w:line="440" w:lineRule="exact"/>
        <w:pBdr>
          <w:bottom w:val="single" w:sz="3" w:color="CED3D8"/>
        </w:pBdr>
      </w:pPr>
      <w:sdt>
        <w:sdtPr>
          <w:tag w:val="P3_PHOTO_2"/>
          <w:alias w:val="P3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3_VERIFY_1"/>
          <w:alias w:val="P3_VERIFY_1"/>
          <w:text/>
        </w:sdtPr>
        <w:sdtContent>
          <w:r>
            <w:t> </w:t>
          </w:r>
        </w:sdtContent>
      </w:sdt>
    </w:p>
    <w:p>
      <w:pPr>
        <w:spacing w:after="0" w:line="440" w:lineRule="exact"/>
        <w:pBdr>
          <w:bottom w:val="single" w:sz="3" w:color="CED3D8"/>
        </w:pBdr>
      </w:pPr>
      <w:sdt>
        <w:sdtPr>
          <w:tag w:val="P3_VERIFY_2"/>
          <w:alias w:val="P3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7" name="Picture 17" descr="Page plan with Diagnostic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Diagnostics</w:t>
      </w:r>
    </w:p>
    <w:p>
      <w:pPr>
        <w:pStyle w:val="Heading1"/>
      </w:pPr>
      <w:r>
        <w:t>The job of this page</w:t>
      </w:r>
    </w:p>
    <w:p>
      <w:r>
        <w:rPr>
          <w:b w:val="0"/>
        </w:rPr>
        <w:t>Help drivers describe warning lights, noises and when symptoms occur. Explain the assessment process without diagnosing a vehicle through website copy.</w:t>
      </w:r>
    </w:p>
    <w:p>
      <w:pPr>
        <w:spacing w:after="100"/>
      </w:pPr>
      <w:r>
        <w:drawing>
          <wp:inline xmlns:a="http://schemas.openxmlformats.org/drawingml/2006/main" xmlns:pic="http://schemas.openxmlformats.org/drawingml/2006/picture">
            <wp:extent cx="4695022" cy="3198996"/>
            <wp:docPr id="5" name="Picture 5"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4-diagnostics.png" descr="Privacy-cropped excerpt from the retained fictional demonstration; not a new Builder capture."/>
                    <pic:cNvPicPr/>
                  </pic:nvPicPr>
                  <pic:blipFill>
                    <a:blip r:embed="rId14"/>
                    <a:stretch>
                      <a:fillRect/>
                    </a:stretch>
                  </pic:blipFill>
                  <pic:spPr>
                    <a:xfrm>
                      <a:off x="0" y="0"/>
                      <a:ext cx="4695022" cy="3198996"/>
                    </a:xfrm>
                    <a:prstGeom prst="rect"/>
                  </pic:spPr>
                </pic:pic>
              </a:graphicData>
            </a:graphic>
          </wp:inline>
        </w:drawing>
      </w:r>
    </w:p>
    <w:p>
      <w:r>
        <w:rPr>
          <w:sz w:val="18"/>
        </w:rPr>
        <w:t xml:space="preserve">Prairie Gear Auto Care example  |  </w:t>
      </w:r>
      <w:hyperlink r:id="rId18">
        <w:r>
          <w:rPr>
            <w:color w:val="08736F"/>
            <w:u w:val="single"/>
            <w:sz w:val="18"/>
          </w:rPr>
          <w:t>Explore SaaSTech Website Builder</w:t>
        </w:r>
      </w:hyperlink>
    </w:p>
    <w:p>
      <w:pPr>
        <w:pStyle w:val="Heading1"/>
      </w:pPr>
      <w:r>
        <w:t>Demo text example</w:t>
      </w:r>
    </w:p>
    <w:p>
      <w:r>
        <w:rPr>
          <w:b/>
          <w:sz w:val="24"/>
        </w:rPr>
        <w:t>Understand the concern before the repair</w:t>
      </w:r>
    </w:p>
    <w:p>
      <w:r>
        <w:rPr>
          <w:b w:val="0"/>
        </w:rPr>
        <w:t>Tell us what changed</w:t>
      </w:r>
    </w:p>
    <w:p>
      <w:pPr>
        <w:pStyle w:val="Heading1"/>
      </w:pPr>
      <w:r>
        <w:t>Pause and plan</w:t>
      </w:r>
    </w:p>
    <w:p>
      <w:r>
        <w:rPr>
          <w:b w:val="0"/>
          <w:sz w:val="20"/>
        </w:rPr>
        <w:t>What question brings a visitor to this page? List the details they need, the evidence you can provide and the next useful action. Remove content that does not help them decide or proceed.</w:t>
      </w:r>
    </w:p>
    <w:p>
      <w:r>
        <w:br w:type="page"/>
      </w:r>
    </w:p>
    <w:p>
      <w:pPr>
        <w:spacing w:after="160"/>
      </w:pPr>
      <w:r>
        <w:drawing>
          <wp:inline xmlns:a="http://schemas.openxmlformats.org/drawingml/2006/main" xmlns:pic="http://schemas.openxmlformats.org/drawingml/2006/picture">
            <wp:extent cx="6400800" cy="746760"/>
            <wp:docPr id="18" name="Picture 18" descr="Page plan with Diagnostics selected"/>
            <wp:cNvGraphicFramePr>
              <a:graphicFrameLocks noChangeAspect="1"/>
            </wp:cNvGraphicFramePr>
            <a:graphic>
              <a:graphicData uri="http://schemas.openxmlformats.org/drawingml/2006/picture">
                <pic:pic>
                  <pic:nvPicPr>
                    <pic:cNvPr id="0" name="progress-3.png"/>
                    <pic:cNvPicPr/>
                  </pic:nvPicPr>
                  <pic:blipFill>
                    <a:blip r:embed="rId28"/>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Diagnostics</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4_HEADLINE_1"/>
          <w:alias w:val="P4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4_INTRO_1"/>
          <w:alias w:val="P4_INTRO_1"/>
          <w:text/>
        </w:sdtPr>
        <w:sdtContent>
          <w:r>
            <w:t> </w:t>
          </w:r>
        </w:sdtContent>
      </w:sdt>
    </w:p>
    <w:p>
      <w:pPr>
        <w:spacing w:after="0" w:line="440" w:lineRule="exact"/>
        <w:pBdr>
          <w:bottom w:val="single" w:sz="3" w:color="CED3D8"/>
        </w:pBdr>
      </w:pPr>
      <w:sdt>
        <w:sdtPr>
          <w:tag w:val="P4_INTRO_2"/>
          <w:alias w:val="P4_INTRO_2"/>
          <w:text/>
        </w:sdtPr>
        <w:sdtContent>
          <w:r>
            <w:t> </w:t>
          </w:r>
        </w:sdtContent>
      </w:sdt>
    </w:p>
    <w:p>
      <w:pPr>
        <w:spacing w:after="0" w:line="440" w:lineRule="exact"/>
        <w:pBdr>
          <w:bottom w:val="single" w:sz="3" w:color="CED3D8"/>
        </w:pBdr>
      </w:pPr>
      <w:sdt>
        <w:sdtPr>
          <w:tag w:val="P4_INTRO_3"/>
          <w:alias w:val="P4_INTRO_3"/>
          <w:text/>
        </w:sdtPr>
        <w:sdtContent>
          <w:r>
            <w:t> </w:t>
          </w:r>
        </w:sdtContent>
      </w:sdt>
    </w:p>
    <w:p>
      <w:pPr>
        <w:keepNext/>
        <w:spacing w:before="140" w:after="20"/>
      </w:pPr>
      <w:r>
        <w:rPr>
          <w:b/>
          <w:sz w:val="22"/>
        </w:rPr>
        <w:t>Key sections visitor questions and supporting details</w:t>
      </w:r>
    </w:p>
    <w:p>
      <w:pPr>
        <w:spacing w:after="0" w:line="440" w:lineRule="exact"/>
        <w:pBdr>
          <w:bottom w:val="single" w:sz="3" w:color="CED3D8"/>
        </w:pBdr>
      </w:pPr>
      <w:sdt>
        <w:sdtPr>
          <w:tag w:val="P4_DETAILS_1"/>
          <w:alias w:val="P4_DETAILS_1"/>
          <w:text/>
        </w:sdtPr>
        <w:sdtContent>
          <w:r>
            <w:t> </w:t>
          </w:r>
        </w:sdtContent>
      </w:sdt>
    </w:p>
    <w:p>
      <w:pPr>
        <w:spacing w:after="0" w:line="440" w:lineRule="exact"/>
        <w:pBdr>
          <w:bottom w:val="single" w:sz="3" w:color="CED3D8"/>
        </w:pBdr>
      </w:pPr>
      <w:sdt>
        <w:sdtPr>
          <w:tag w:val="P4_DETAILS_2"/>
          <w:alias w:val="P4_DETAILS_2"/>
          <w:text/>
        </w:sdtPr>
        <w:sdtContent>
          <w:r>
            <w:t> </w:t>
          </w:r>
        </w:sdtContent>
      </w:sdt>
    </w:p>
    <w:p>
      <w:pPr>
        <w:spacing w:after="0" w:line="440" w:lineRule="exact"/>
        <w:pBdr>
          <w:bottom w:val="single" w:sz="3" w:color="CED3D8"/>
        </w:pBdr>
      </w:pPr>
      <w:sdt>
        <w:sdtPr>
          <w:tag w:val="P4_DETAILS_3"/>
          <w:alias w:val="P4_DETAILS_3"/>
          <w:text/>
        </w:sdtPr>
        <w:sdtContent>
          <w:r>
            <w:t> </w:t>
          </w:r>
        </w:sdtContent>
      </w:sdt>
    </w:p>
    <w:p>
      <w:pPr>
        <w:spacing w:after="0" w:line="440" w:lineRule="exact"/>
        <w:pBdr>
          <w:bottom w:val="single" w:sz="3" w:color="CED3D8"/>
        </w:pBdr>
      </w:pPr>
      <w:sdt>
        <w:sdtPr>
          <w:tag w:val="P4_DETAILS_4"/>
          <w:alias w:val="P4_DETAILS_4"/>
          <w:text/>
        </w:sdtPr>
        <w:sdtContent>
          <w:r>
            <w:t> </w:t>
          </w:r>
        </w:sdtContent>
      </w:sdt>
    </w:p>
    <w:p>
      <w:pPr>
        <w:spacing w:after="0" w:line="440" w:lineRule="exact"/>
        <w:pBdr>
          <w:bottom w:val="single" w:sz="3" w:color="CED3D8"/>
        </w:pBdr>
      </w:pPr>
      <w:sdt>
        <w:sdtPr>
          <w:tag w:val="P4_DETAILS_5"/>
          <w:alias w:val="P4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4_ACTION_1"/>
          <w:alias w:val="P4_ACTION_1"/>
          <w:text/>
        </w:sdtPr>
        <w:sdtContent>
          <w:r>
            <w:t> </w:t>
          </w:r>
        </w:sdtContent>
      </w:sdt>
    </w:p>
    <w:p>
      <w:pPr>
        <w:spacing w:after="0" w:line="440" w:lineRule="exact"/>
        <w:pBdr>
          <w:bottom w:val="single" w:sz="3" w:color="CED3D8"/>
        </w:pBdr>
      </w:pPr>
      <w:sdt>
        <w:sdtPr>
          <w:tag w:val="P4_ACTION_2"/>
          <w:alias w:val="P4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4_PHOTO_1"/>
          <w:alias w:val="P4_PHOTO_1"/>
          <w:text/>
        </w:sdtPr>
        <w:sdtContent>
          <w:r>
            <w:t> </w:t>
          </w:r>
        </w:sdtContent>
      </w:sdt>
    </w:p>
    <w:p>
      <w:pPr>
        <w:spacing w:after="0" w:line="440" w:lineRule="exact"/>
        <w:pBdr>
          <w:bottom w:val="single" w:sz="3" w:color="CED3D8"/>
        </w:pBdr>
      </w:pPr>
      <w:sdt>
        <w:sdtPr>
          <w:tag w:val="P4_PHOTO_2"/>
          <w:alias w:val="P4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4_VERIFY_1"/>
          <w:alias w:val="P4_VERIFY_1"/>
          <w:text/>
        </w:sdtPr>
        <w:sdtContent>
          <w:r>
            <w:t> </w:t>
          </w:r>
        </w:sdtContent>
      </w:sdt>
    </w:p>
    <w:p>
      <w:pPr>
        <w:spacing w:after="0" w:line="440" w:lineRule="exact"/>
        <w:pBdr>
          <w:bottom w:val="single" w:sz="3" w:color="CED3D8"/>
        </w:pBdr>
      </w:pPr>
      <w:sdt>
        <w:sdtPr>
          <w:tag w:val="P4_VERIFY_2"/>
          <w:alias w:val="P4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19" name="Picture 19" descr="Page plan with About the Shop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About the Shop</w:t>
      </w:r>
    </w:p>
    <w:p>
      <w:pPr>
        <w:pStyle w:val="Heading1"/>
      </w:pPr>
      <w:r>
        <w:t>The job of this page</w:t>
      </w:r>
    </w:p>
    <w:p>
      <w:r>
        <w:rPr>
          <w:b w:val="0"/>
        </w:rPr>
        <w:t>Introduce the team, service approach, verified qualifications, opening hours and access details. Use real proof rather than invented certifications or reviews.</w:t>
      </w:r>
    </w:p>
    <w:p>
      <w:pPr>
        <w:spacing w:after="100"/>
      </w:pPr>
      <w:r>
        <w:drawing>
          <wp:inline xmlns:a="http://schemas.openxmlformats.org/drawingml/2006/main" xmlns:pic="http://schemas.openxmlformats.org/drawingml/2006/picture">
            <wp:extent cx="4695022" cy="3198996"/>
            <wp:docPr id="6" name="Picture 6"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5-about.png" descr="Privacy-cropped excerpt from the retained fictional demonstration; not a new Builder capture."/>
                    <pic:cNvPicPr/>
                  </pic:nvPicPr>
                  <pic:blipFill>
                    <a:blip r:embed="rId15"/>
                    <a:stretch>
                      <a:fillRect/>
                    </a:stretch>
                  </pic:blipFill>
                  <pic:spPr>
                    <a:xfrm>
                      <a:off x="0" y="0"/>
                      <a:ext cx="4695022" cy="3198996"/>
                    </a:xfrm>
                    <a:prstGeom prst="rect"/>
                  </pic:spPr>
                </pic:pic>
              </a:graphicData>
            </a:graphic>
          </wp:inline>
        </w:drawing>
      </w:r>
    </w:p>
    <w:p>
      <w:r>
        <w:rPr>
          <w:sz w:val="18"/>
        </w:rPr>
        <w:t xml:space="preserve">Prairie Gear Auto Care example  |  </w:t>
      </w:r>
      <w:hyperlink r:id="rId18">
        <w:r>
          <w:rPr>
            <w:color w:val="08736F"/>
            <w:u w:val="single"/>
            <w:sz w:val="18"/>
          </w:rPr>
          <w:t>Explore SaaSTech Website Builder</w:t>
        </w:r>
      </w:hyperlink>
    </w:p>
    <w:p>
      <w:pPr>
        <w:pStyle w:val="Heading1"/>
      </w:pPr>
      <w:r>
        <w:t>Sample wording to adapt</w:t>
      </w:r>
    </w:p>
    <w:p>
      <w:r>
        <w:rPr>
          <w:b/>
          <w:sz w:val="24"/>
        </w:rPr>
        <w:t>Get to know the shop</w:t>
      </w:r>
    </w:p>
    <w:p>
      <w:r>
        <w:rPr>
          <w:b w:val="0"/>
        </w:rPr>
        <w:t>Learn how the team explains findings, agrees estimates and keeps you informed. Ask about verified qualifications and the work the shop undertakes. This example does not claim real certifications or customer reviews.</w:t>
      </w:r>
    </w:p>
    <w:p>
      <w:pPr>
        <w:pStyle w:val="Heading1"/>
      </w:pPr>
      <w:r>
        <w:t>Pause and plan</w:t>
      </w:r>
    </w:p>
    <w:p>
      <w:r>
        <w:rPr>
          <w:b w:val="0"/>
          <w:sz w:val="20"/>
        </w:rPr>
        <w:t>Which names, roles and qualifications can you verify? What would help a visitor feel comfortable contacting you? Obtain permission for portraits and describe actual experience without unsupported claims.</w:t>
      </w:r>
    </w:p>
    <w:p>
      <w:r>
        <w:br w:type="page"/>
      </w:r>
    </w:p>
    <w:p>
      <w:pPr>
        <w:spacing w:after="160"/>
      </w:pPr>
      <w:r>
        <w:drawing>
          <wp:inline xmlns:a="http://schemas.openxmlformats.org/drawingml/2006/main" xmlns:pic="http://schemas.openxmlformats.org/drawingml/2006/picture">
            <wp:extent cx="6400800" cy="746760"/>
            <wp:docPr id="20" name="Picture 20" descr="Page plan with About the Shop selected"/>
            <wp:cNvGraphicFramePr>
              <a:graphicFrameLocks noChangeAspect="1"/>
            </wp:cNvGraphicFramePr>
            <a:graphic>
              <a:graphicData uri="http://schemas.openxmlformats.org/drawingml/2006/picture">
                <pic:pic>
                  <pic:nvPicPr>
                    <pic:cNvPr id="0" name="progress-4.png"/>
                    <pic:cNvPicPr/>
                  </pic:nvPicPr>
                  <pic:blipFill>
                    <a:blip r:embed="rId29"/>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About the Shop</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5_HEADLINE_1"/>
          <w:alias w:val="P5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5_INTRO_1"/>
          <w:alias w:val="P5_INTRO_1"/>
          <w:text/>
        </w:sdtPr>
        <w:sdtContent>
          <w:r>
            <w:t> </w:t>
          </w:r>
        </w:sdtContent>
      </w:sdt>
    </w:p>
    <w:p>
      <w:pPr>
        <w:spacing w:after="0" w:line="440" w:lineRule="exact"/>
        <w:pBdr>
          <w:bottom w:val="single" w:sz="3" w:color="CED3D8"/>
        </w:pBdr>
      </w:pPr>
      <w:sdt>
        <w:sdtPr>
          <w:tag w:val="P5_INTRO_2"/>
          <w:alias w:val="P5_INTRO_2"/>
          <w:text/>
        </w:sdtPr>
        <w:sdtContent>
          <w:r>
            <w:t> </w:t>
          </w:r>
        </w:sdtContent>
      </w:sdt>
    </w:p>
    <w:p>
      <w:pPr>
        <w:spacing w:after="0" w:line="440" w:lineRule="exact"/>
        <w:pBdr>
          <w:bottom w:val="single" w:sz="3" w:color="CED3D8"/>
        </w:pBdr>
      </w:pPr>
      <w:sdt>
        <w:sdtPr>
          <w:tag w:val="P5_INTRO_3"/>
          <w:alias w:val="P5_INTRO_3"/>
          <w:text/>
        </w:sdtPr>
        <w:sdtContent>
          <w:r>
            <w:t> </w:t>
          </w:r>
        </w:sdtContent>
      </w:sdt>
    </w:p>
    <w:p>
      <w:pPr>
        <w:keepNext/>
        <w:spacing w:before="140" w:after="20"/>
      </w:pPr>
      <w:r>
        <w:rPr>
          <w:b/>
          <w:sz w:val="22"/>
        </w:rPr>
        <w:t>People roles approach and verified credentials to introduce</w:t>
      </w:r>
    </w:p>
    <w:p>
      <w:pPr>
        <w:spacing w:after="0" w:line="440" w:lineRule="exact"/>
        <w:pBdr>
          <w:bottom w:val="single" w:sz="3" w:color="CED3D8"/>
        </w:pBdr>
      </w:pPr>
      <w:sdt>
        <w:sdtPr>
          <w:tag w:val="P5_DETAILS_1"/>
          <w:alias w:val="P5_DETAILS_1"/>
          <w:text/>
        </w:sdtPr>
        <w:sdtContent>
          <w:r>
            <w:t> </w:t>
          </w:r>
        </w:sdtContent>
      </w:sdt>
    </w:p>
    <w:p>
      <w:pPr>
        <w:spacing w:after="0" w:line="440" w:lineRule="exact"/>
        <w:pBdr>
          <w:bottom w:val="single" w:sz="3" w:color="CED3D8"/>
        </w:pBdr>
      </w:pPr>
      <w:sdt>
        <w:sdtPr>
          <w:tag w:val="P5_DETAILS_2"/>
          <w:alias w:val="P5_DETAILS_2"/>
          <w:text/>
        </w:sdtPr>
        <w:sdtContent>
          <w:r>
            <w:t> </w:t>
          </w:r>
        </w:sdtContent>
      </w:sdt>
    </w:p>
    <w:p>
      <w:pPr>
        <w:spacing w:after="0" w:line="440" w:lineRule="exact"/>
        <w:pBdr>
          <w:bottom w:val="single" w:sz="3" w:color="CED3D8"/>
        </w:pBdr>
      </w:pPr>
      <w:sdt>
        <w:sdtPr>
          <w:tag w:val="P5_DETAILS_3"/>
          <w:alias w:val="P5_DETAILS_3"/>
          <w:text/>
        </w:sdtPr>
        <w:sdtContent>
          <w:r>
            <w:t> </w:t>
          </w:r>
        </w:sdtContent>
      </w:sdt>
    </w:p>
    <w:p>
      <w:pPr>
        <w:spacing w:after="0" w:line="440" w:lineRule="exact"/>
        <w:pBdr>
          <w:bottom w:val="single" w:sz="3" w:color="CED3D8"/>
        </w:pBdr>
      </w:pPr>
      <w:sdt>
        <w:sdtPr>
          <w:tag w:val="P5_DETAILS_4"/>
          <w:alias w:val="P5_DETAILS_4"/>
          <w:text/>
        </w:sdtPr>
        <w:sdtContent>
          <w:r>
            <w:t> </w:t>
          </w:r>
        </w:sdtContent>
      </w:sdt>
    </w:p>
    <w:p>
      <w:pPr>
        <w:spacing w:after="0" w:line="440" w:lineRule="exact"/>
        <w:pBdr>
          <w:bottom w:val="single" w:sz="3" w:color="CED3D8"/>
        </w:pBdr>
      </w:pPr>
      <w:sdt>
        <w:sdtPr>
          <w:tag w:val="P5_DETAILS_5"/>
          <w:alias w:val="P5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5_ACTION_1"/>
          <w:alias w:val="P5_ACTION_1"/>
          <w:text/>
        </w:sdtPr>
        <w:sdtContent>
          <w:r>
            <w:t> </w:t>
          </w:r>
        </w:sdtContent>
      </w:sdt>
    </w:p>
    <w:p>
      <w:pPr>
        <w:spacing w:after="0" w:line="440" w:lineRule="exact"/>
        <w:pBdr>
          <w:bottom w:val="single" w:sz="3" w:color="CED3D8"/>
        </w:pBdr>
      </w:pPr>
      <w:sdt>
        <w:sdtPr>
          <w:tag w:val="P5_ACTION_2"/>
          <w:alias w:val="P5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5_PHOTO_1"/>
          <w:alias w:val="P5_PHOTO_1"/>
          <w:text/>
        </w:sdtPr>
        <w:sdtContent>
          <w:r>
            <w:t> </w:t>
          </w:r>
        </w:sdtContent>
      </w:sdt>
    </w:p>
    <w:p>
      <w:pPr>
        <w:spacing w:after="0" w:line="440" w:lineRule="exact"/>
        <w:pBdr>
          <w:bottom w:val="single" w:sz="3" w:color="CED3D8"/>
        </w:pBdr>
      </w:pPr>
      <w:sdt>
        <w:sdtPr>
          <w:tag w:val="P5_PHOTO_2"/>
          <w:alias w:val="P5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5_VERIFY_1"/>
          <w:alias w:val="P5_VERIFY_1"/>
          <w:text/>
        </w:sdtPr>
        <w:sdtContent>
          <w:r>
            <w:t> </w:t>
          </w:r>
        </w:sdtContent>
      </w:sdt>
    </w:p>
    <w:p>
      <w:pPr>
        <w:spacing w:after="0" w:line="440" w:lineRule="exact"/>
        <w:pBdr>
          <w:bottom w:val="single" w:sz="3" w:color="CED3D8"/>
        </w:pBdr>
      </w:pPr>
      <w:sdt>
        <w:sdtPr>
          <w:tag w:val="P5_VERIFY_2"/>
          <w:alias w:val="P5_VERIFY_2"/>
          <w:text/>
        </w:sdtPr>
        <w:sdtContent>
          <w:r>
            <w:t> </w:t>
          </w:r>
        </w:sdtContent>
      </w:sdt>
    </w:p>
    <w:p>
      <w:r>
        <w:br w:type="page"/>
      </w:r>
    </w:p>
    <w:p>
      <w:pPr>
        <w:spacing w:after="160"/>
      </w:pPr>
      <w:r>
        <w:drawing>
          <wp:inline xmlns:a="http://schemas.openxmlformats.org/drawingml/2006/main" xmlns:pic="http://schemas.openxmlformats.org/drawingml/2006/picture">
            <wp:extent cx="6400800" cy="746760"/>
            <wp:docPr id="21" name="Picture 21" descr="Page plan with Request Servic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LOOK AND LEARN</w:t>
      </w:r>
    </w:p>
    <w:p>
      <w:pPr>
        <w:pStyle w:val="Title"/>
      </w:pPr>
      <w:r>
        <w:rPr>
          <w:color w:val="000000"/>
          <w:sz w:val="44"/>
        </w:rPr>
        <w:t>Request Service</w:t>
      </w:r>
    </w:p>
    <w:p>
      <w:pPr>
        <w:pStyle w:val="Heading1"/>
      </w:pPr>
      <w:r>
        <w:t>The job of this page</w:t>
      </w:r>
    </w:p>
    <w:p>
      <w:r>
        <w:rPr>
          <w:b w:val="0"/>
        </w:rPr>
        <w:t>Ask for contact details, vehicle year, make and model, approximate mileage, requested work or symptoms, preferred timing and whether the vehicle can be brought in. State that staff must confirm the appointment and estimate.</w:t>
      </w:r>
    </w:p>
    <w:p>
      <w:pPr>
        <w:spacing w:after="100"/>
      </w:pPr>
      <w:r>
        <w:drawing>
          <wp:inline xmlns:a="http://schemas.openxmlformats.org/drawingml/2006/main" xmlns:pic="http://schemas.openxmlformats.org/drawingml/2006/picture">
            <wp:extent cx="4695022" cy="3198996"/>
            <wp:docPr id="7" name="Picture 7" descr="Privacy-cropped excerpt from the retained fictional demonstration; not a new Builder capture."/>
            <wp:cNvGraphicFramePr>
              <a:graphicFrameLocks noChangeAspect="1"/>
            </wp:cNvGraphicFramePr>
            <a:graphic>
              <a:graphicData uri="http://schemas.openxmlformats.org/drawingml/2006/picture">
                <pic:pic>
                  <pic:nvPicPr>
                    <pic:cNvPr id="0" name="06-request-service.png" descr="Privacy-cropped excerpt from the retained fictional demonstration; not a new Builder capture."/>
                    <pic:cNvPicPr/>
                  </pic:nvPicPr>
                  <pic:blipFill>
                    <a:blip r:embed="rId16"/>
                    <a:stretch>
                      <a:fillRect/>
                    </a:stretch>
                  </pic:blipFill>
                  <pic:spPr>
                    <a:xfrm>
                      <a:off x="0" y="0"/>
                      <a:ext cx="4695022" cy="3198996"/>
                    </a:xfrm>
                    <a:prstGeom prst="rect"/>
                  </pic:spPr>
                </pic:pic>
              </a:graphicData>
            </a:graphic>
          </wp:inline>
        </w:drawing>
      </w:r>
    </w:p>
    <w:p>
      <w:r>
        <w:rPr>
          <w:sz w:val="18"/>
        </w:rPr>
        <w:t xml:space="preserve">Prairie Gear Auto Care example  |  </w:t>
      </w:r>
      <w:hyperlink r:id="rId18">
        <w:r>
          <w:rPr>
            <w:color w:val="08736F"/>
            <w:u w:val="single"/>
            <w:sz w:val="18"/>
          </w:rPr>
          <w:t>Explore SaaSTech Website Builder</w:t>
        </w:r>
      </w:hyperlink>
    </w:p>
    <w:p>
      <w:pPr>
        <w:pStyle w:val="Heading1"/>
      </w:pPr>
      <w:r>
        <w:t>Sample wording to adapt</w:t>
      </w:r>
    </w:p>
    <w:p>
      <w:r>
        <w:rPr>
          <w:b/>
          <w:sz w:val="24"/>
        </w:rPr>
        <w:t>Request vehicle service</w:t>
      </w:r>
    </w:p>
    <w:p>
      <w:r>
        <w:rPr>
          <w:b w:val="0"/>
        </w:rPr>
        <w:t>Include your vehicle details, the work or symptoms you have noticed and your preferred timing. The shop will confirm the assessment arrangements separately. Do not use a routine enquiry for an immediate roadside emergency.</w:t>
      </w:r>
    </w:p>
    <w:p>
      <w:pPr>
        <w:pStyle w:val="Heading1"/>
      </w:pPr>
      <w:r>
        <w:t>Pause and plan</w:t>
      </w:r>
    </w:p>
    <w:p>
      <w:r>
        <w:rPr>
          <w:b w:val="0"/>
          <w:sz w:val="20"/>
        </w:rPr>
        <w:t>What must someone provide, and what happens after they send it? Separate a request from a confirmed booking, order or place. Decide what information should stay out of a public form.</w:t>
      </w:r>
    </w:p>
    <w:p>
      <w:r>
        <w:br w:type="page"/>
      </w:r>
    </w:p>
    <w:p>
      <w:pPr>
        <w:spacing w:after="160"/>
      </w:pPr>
      <w:r>
        <w:drawing>
          <wp:inline xmlns:a="http://schemas.openxmlformats.org/drawingml/2006/main" xmlns:pic="http://schemas.openxmlformats.org/drawingml/2006/picture">
            <wp:extent cx="6400800" cy="746760"/>
            <wp:docPr id="22" name="Picture 22" descr="Page plan with Request Service selected"/>
            <wp:cNvGraphicFramePr>
              <a:graphicFrameLocks noChangeAspect="1"/>
            </wp:cNvGraphicFramePr>
            <a:graphic>
              <a:graphicData uri="http://schemas.openxmlformats.org/drawingml/2006/picture">
                <pic:pic>
                  <pic:nvPicPr>
                    <pic:cNvPr id="0" name="progress-5.png"/>
                    <pic:cNvPicPr/>
                  </pic:nvPicPr>
                  <pic:blipFill>
                    <a:blip r:embed="rId30"/>
                    <a:stretch>
                      <a:fillRect/>
                    </a:stretch>
                  </pic:blipFill>
                  <pic:spPr>
                    <a:xfrm>
                      <a:off x="0" y="0"/>
                      <a:ext cx="6400800" cy="746760"/>
                    </a:xfrm>
                    <a:prstGeom prst="rect"/>
                  </pic:spPr>
                </pic:pic>
              </a:graphicData>
            </a:graphic>
          </wp:inline>
        </w:drawing>
      </w:r>
    </w:p>
    <w:p>
      <w:pPr>
        <w:spacing w:after="100"/>
      </w:pPr>
      <w:r>
        <w:rPr>
          <w:b/>
          <w:color w:val="08736F"/>
          <w:sz w:val="18"/>
        </w:rPr>
        <w:t>WRITE YOUR PAGE</w:t>
      </w:r>
    </w:p>
    <w:p>
      <w:pPr>
        <w:pStyle w:val="Title"/>
      </w:pPr>
      <w:r>
        <w:rPr>
          <w:color w:val="000000"/>
          <w:sz w:val="44"/>
        </w:rPr>
        <w:t>Request Service</w:t>
      </w:r>
    </w:p>
    <w:p>
      <w:r>
        <w:rPr>
          <w:b w:val="0"/>
          <w:sz w:val="20"/>
        </w:rPr>
        <w:t>Write for your visitor. Be specific about what they need to know and what happens next. You can revise the wording after the workshop.</w:t>
      </w:r>
    </w:p>
    <w:p>
      <w:pPr>
        <w:keepNext/>
        <w:spacing w:before="140" w:after="20"/>
      </w:pPr>
      <w:r>
        <w:rPr>
          <w:b/>
          <w:sz w:val="22"/>
        </w:rPr>
        <w:t>Your page headline</w:t>
      </w:r>
    </w:p>
    <w:p>
      <w:pPr>
        <w:spacing w:after="0" w:line="440" w:lineRule="exact"/>
        <w:pBdr>
          <w:bottom w:val="single" w:sz="3" w:color="CED3D8"/>
        </w:pBdr>
      </w:pPr>
      <w:sdt>
        <w:sdtPr>
          <w:tag w:val="P6_HEADLINE_1"/>
          <w:alias w:val="P6_HEADLINE_1"/>
          <w:text/>
        </w:sdtPr>
        <w:sdtContent>
          <w:r>
            <w:t> </w:t>
          </w:r>
        </w:sdtContent>
      </w:sdt>
    </w:p>
    <w:p>
      <w:pPr>
        <w:keepNext/>
        <w:spacing w:before="140" w:after="20"/>
      </w:pPr>
      <w:r>
        <w:rPr>
          <w:b/>
          <w:sz w:val="22"/>
        </w:rPr>
        <w:t>Your opening paragraph</w:t>
      </w:r>
    </w:p>
    <w:p>
      <w:pPr>
        <w:spacing w:after="0" w:line="440" w:lineRule="exact"/>
        <w:pBdr>
          <w:bottom w:val="single" w:sz="3" w:color="CED3D8"/>
        </w:pBdr>
      </w:pPr>
      <w:sdt>
        <w:sdtPr>
          <w:tag w:val="P6_INTRO_1"/>
          <w:alias w:val="P6_INTRO_1"/>
          <w:text/>
        </w:sdtPr>
        <w:sdtContent>
          <w:r>
            <w:t> </w:t>
          </w:r>
        </w:sdtContent>
      </w:sdt>
    </w:p>
    <w:p>
      <w:pPr>
        <w:spacing w:after="0" w:line="440" w:lineRule="exact"/>
        <w:pBdr>
          <w:bottom w:val="single" w:sz="3" w:color="CED3D8"/>
        </w:pBdr>
      </w:pPr>
      <w:sdt>
        <w:sdtPr>
          <w:tag w:val="P6_INTRO_2"/>
          <w:alias w:val="P6_INTRO_2"/>
          <w:text/>
        </w:sdtPr>
        <w:sdtContent>
          <w:r>
            <w:t> </w:t>
          </w:r>
        </w:sdtContent>
      </w:sdt>
    </w:p>
    <w:p>
      <w:pPr>
        <w:spacing w:after="0" w:line="440" w:lineRule="exact"/>
        <w:pBdr>
          <w:bottom w:val="single" w:sz="3" w:color="CED3D8"/>
        </w:pBdr>
      </w:pPr>
      <w:sdt>
        <w:sdtPr>
          <w:tag w:val="P6_INTRO_3"/>
          <w:alias w:val="P6_INTRO_3"/>
          <w:text/>
        </w:sdtPr>
        <w:sdtContent>
          <w:r>
            <w:t> </w:t>
          </w:r>
        </w:sdtContent>
      </w:sdt>
    </w:p>
    <w:p>
      <w:pPr>
        <w:keepNext/>
        <w:spacing w:before="140" w:after="20"/>
      </w:pPr>
      <w:r>
        <w:rPr>
          <w:b/>
          <w:sz w:val="22"/>
        </w:rPr>
        <w:t>Information to request and how you will reply or confirm</w:t>
      </w:r>
    </w:p>
    <w:p>
      <w:pPr>
        <w:spacing w:after="0" w:line="440" w:lineRule="exact"/>
        <w:pBdr>
          <w:bottom w:val="single" w:sz="3" w:color="CED3D8"/>
        </w:pBdr>
      </w:pPr>
      <w:sdt>
        <w:sdtPr>
          <w:tag w:val="P6_DETAILS_1"/>
          <w:alias w:val="P6_DETAILS_1"/>
          <w:text/>
        </w:sdtPr>
        <w:sdtContent>
          <w:r>
            <w:t> </w:t>
          </w:r>
        </w:sdtContent>
      </w:sdt>
    </w:p>
    <w:p>
      <w:pPr>
        <w:spacing w:after="0" w:line="440" w:lineRule="exact"/>
        <w:pBdr>
          <w:bottom w:val="single" w:sz="3" w:color="CED3D8"/>
        </w:pBdr>
      </w:pPr>
      <w:sdt>
        <w:sdtPr>
          <w:tag w:val="P6_DETAILS_2"/>
          <w:alias w:val="P6_DETAILS_2"/>
          <w:text/>
        </w:sdtPr>
        <w:sdtContent>
          <w:r>
            <w:t> </w:t>
          </w:r>
        </w:sdtContent>
      </w:sdt>
    </w:p>
    <w:p>
      <w:pPr>
        <w:spacing w:after="0" w:line="440" w:lineRule="exact"/>
        <w:pBdr>
          <w:bottom w:val="single" w:sz="3" w:color="CED3D8"/>
        </w:pBdr>
      </w:pPr>
      <w:sdt>
        <w:sdtPr>
          <w:tag w:val="P6_DETAILS_3"/>
          <w:alias w:val="P6_DETAILS_3"/>
          <w:text/>
        </w:sdtPr>
        <w:sdtContent>
          <w:r>
            <w:t> </w:t>
          </w:r>
        </w:sdtContent>
      </w:sdt>
    </w:p>
    <w:p>
      <w:pPr>
        <w:spacing w:after="0" w:line="440" w:lineRule="exact"/>
        <w:pBdr>
          <w:bottom w:val="single" w:sz="3" w:color="CED3D8"/>
        </w:pBdr>
      </w:pPr>
      <w:sdt>
        <w:sdtPr>
          <w:tag w:val="P6_DETAILS_4"/>
          <w:alias w:val="P6_DETAILS_4"/>
          <w:text/>
        </w:sdtPr>
        <w:sdtContent>
          <w:r>
            <w:t> </w:t>
          </w:r>
        </w:sdtContent>
      </w:sdt>
    </w:p>
    <w:p>
      <w:pPr>
        <w:spacing w:after="0" w:line="440" w:lineRule="exact"/>
        <w:pBdr>
          <w:bottom w:val="single" w:sz="3" w:color="CED3D8"/>
        </w:pBdr>
      </w:pPr>
      <w:sdt>
        <w:sdtPr>
          <w:tag w:val="P6_DETAILS_5"/>
          <w:alias w:val="P6_DETAILS_5"/>
          <w:text/>
        </w:sdtPr>
        <w:sdtContent>
          <w:r>
            <w:t> </w:t>
          </w:r>
        </w:sdtContent>
      </w:sdt>
    </w:p>
    <w:p>
      <w:pPr>
        <w:keepNext/>
        <w:spacing w:before="140" w:after="20"/>
      </w:pPr>
      <w:r>
        <w:rPr>
          <w:b/>
          <w:sz w:val="22"/>
        </w:rPr>
        <w:t>Button or link wording and where it should lead</w:t>
      </w:r>
    </w:p>
    <w:p>
      <w:pPr>
        <w:spacing w:after="0" w:line="440" w:lineRule="exact"/>
        <w:pBdr>
          <w:bottom w:val="single" w:sz="3" w:color="CED3D8"/>
        </w:pBdr>
      </w:pPr>
      <w:sdt>
        <w:sdtPr>
          <w:tag w:val="P6_ACTION_1"/>
          <w:alias w:val="P6_ACTION_1"/>
          <w:text/>
        </w:sdtPr>
        <w:sdtContent>
          <w:r>
            <w:t> </w:t>
          </w:r>
        </w:sdtContent>
      </w:sdt>
    </w:p>
    <w:p>
      <w:pPr>
        <w:spacing w:after="0" w:line="440" w:lineRule="exact"/>
        <w:pBdr>
          <w:bottom w:val="single" w:sz="3" w:color="CED3D8"/>
        </w:pBdr>
      </w:pPr>
      <w:sdt>
        <w:sdtPr>
          <w:tag w:val="P6_ACTION_2"/>
          <w:alias w:val="P6_ACTION_2"/>
          <w:text/>
        </w:sdtPr>
        <w:sdtContent>
          <w:r>
            <w:t> </w:t>
          </w:r>
        </w:sdtContent>
      </w:sdt>
    </w:p>
    <w:p>
      <w:pPr>
        <w:keepNext/>
        <w:spacing w:before="140" w:after="20"/>
      </w:pPr>
      <w:r>
        <w:rPr>
          <w:b/>
          <w:sz w:val="22"/>
        </w:rPr>
        <w:t>Photo idea caption and permission or credit needed</w:t>
      </w:r>
    </w:p>
    <w:p>
      <w:pPr>
        <w:spacing w:after="0" w:line="440" w:lineRule="exact"/>
        <w:pBdr>
          <w:bottom w:val="single" w:sz="3" w:color="CED3D8"/>
        </w:pBdr>
      </w:pPr>
      <w:sdt>
        <w:sdtPr>
          <w:tag w:val="P6_PHOTO_1"/>
          <w:alias w:val="P6_PHOTO_1"/>
          <w:text/>
        </w:sdtPr>
        <w:sdtContent>
          <w:r>
            <w:t> </w:t>
          </w:r>
        </w:sdtContent>
      </w:sdt>
    </w:p>
    <w:p>
      <w:pPr>
        <w:spacing w:after="0" w:line="440" w:lineRule="exact"/>
        <w:pBdr>
          <w:bottom w:val="single" w:sz="3" w:color="CED3D8"/>
        </w:pBdr>
      </w:pPr>
      <w:sdt>
        <w:sdtPr>
          <w:tag w:val="P6_PHOTO_2"/>
          <w:alias w:val="P6_PHOTO_2"/>
          <w:text/>
        </w:sdtPr>
        <w:sdtContent>
          <w:r>
            <w:t> </w:t>
          </w:r>
        </w:sdtContent>
      </w:sdt>
    </w:p>
    <w:p>
      <w:pPr>
        <w:keepNext/>
        <w:spacing w:before="140" w:after="20"/>
      </w:pPr>
      <w:r>
        <w:rPr>
          <w:b/>
          <w:sz w:val="22"/>
        </w:rPr>
        <w:t>Facts to verify or questions to resolve</w:t>
      </w:r>
    </w:p>
    <w:p>
      <w:pPr>
        <w:spacing w:after="0" w:line="440" w:lineRule="exact"/>
        <w:pBdr>
          <w:bottom w:val="single" w:sz="3" w:color="CED3D8"/>
        </w:pBdr>
      </w:pPr>
      <w:sdt>
        <w:sdtPr>
          <w:tag w:val="P6_VERIFY_1"/>
          <w:alias w:val="P6_VERIFY_1"/>
          <w:text/>
        </w:sdtPr>
        <w:sdtContent>
          <w:r>
            <w:t> </w:t>
          </w:r>
        </w:sdtContent>
      </w:sdt>
    </w:p>
    <w:p>
      <w:pPr>
        <w:spacing w:after="0" w:line="440" w:lineRule="exact"/>
        <w:pBdr>
          <w:bottom w:val="single" w:sz="3" w:color="CED3D8"/>
        </w:pBdr>
      </w:pPr>
      <w:sdt>
        <w:sdtPr>
          <w:tag w:val="P6_VERIFY_2"/>
          <w:alias w:val="P6_VERIFY_2"/>
          <w:text/>
        </w:sdtPr>
        <w:sdtContent>
          <w:r>
            <w:t> </w:t>
          </w:r>
        </w:sdtContent>
      </w:sdt>
    </w:p>
    <w:p>
      <w:r>
        <w:br w:type="page"/>
      </w:r>
    </w:p>
    <w:p>
      <w:pPr>
        <w:spacing w:after="100"/>
      </w:pPr>
      <w:r>
        <w:rPr>
          <w:b/>
          <w:color w:val="08736F"/>
          <w:sz w:val="18"/>
        </w:rPr>
        <w:t>WORKSHOP CLOSE</w:t>
      </w:r>
    </w:p>
    <w:p>
      <w:pPr>
        <w:pStyle w:val="Title"/>
      </w:pPr>
      <w:r>
        <w:rPr>
          <w:color w:val="000000"/>
          <w:sz w:val="44"/>
        </w:rPr>
        <w:t>Review and next steps</w:t>
      </w:r>
    </w:p>
    <w:p>
      <w:r>
        <w:rPr>
          <w:b w:val="0"/>
        </w:rPr>
        <w:t>Ask a partner to read your draft as a first-time visitor. Can they explain what you offer, who it is for and the next step without extra help?</w:t>
      </w:r>
    </w:p>
    <w:p>
      <w:pPr>
        <w:pStyle w:val="Heading1"/>
      </w:pPr>
      <w:r>
        <w:t>Before you publish</w:t>
      </w:r>
    </w:p>
    <w:p>
      <w:r>
        <w:rPr>
          <w:b w:val="0"/>
          <w:sz w:val="20"/>
        </w:rPr>
        <w:t>[ ] Every page has a clear purpose and a useful next step.</w:t>
      </w:r>
    </w:p>
    <w:p>
      <w:r>
        <w:rPr>
          <w:b w:val="0"/>
          <w:sz w:val="20"/>
        </w:rPr>
        <w:t>[ ] Headlines are specific and the wording sounds like your business.</w:t>
      </w:r>
    </w:p>
    <w:p>
      <w:r>
        <w:rPr>
          <w:b w:val="0"/>
          <w:sz w:val="20"/>
        </w:rPr>
        <w:t>[ ] Names, service areas, prices, dates and policies have been checked.</w:t>
      </w:r>
    </w:p>
    <w:p>
      <w:r>
        <w:rPr>
          <w:b w:val="0"/>
          <w:sz w:val="20"/>
        </w:rPr>
        <w:t>[ ] Credentials, testimonials and results are genuine and permission-cleared.</w:t>
      </w:r>
    </w:p>
    <w:p>
      <w:r>
        <w:rPr>
          <w:b w:val="0"/>
          <w:sz w:val="20"/>
        </w:rPr>
        <w:t>[ ] Photos support the text, do not repeat needlessly and have appropriate permissions.</w:t>
      </w:r>
    </w:p>
    <w:p>
      <w:r>
        <w:rPr>
          <w:b w:val="0"/>
          <w:sz w:val="20"/>
        </w:rPr>
        <w:t>[ ] Forms ask only for necessary information and explain what happens next.</w:t>
      </w:r>
    </w:p>
    <w:p>
      <w:r>
        <w:rPr>
          <w:b w:val="0"/>
          <w:sz w:val="20"/>
        </w:rPr>
        <w:t>[ ] Links, downloads and the main visitor task work on a phone.</w:t>
      </w:r>
    </w:p>
    <w:p>
      <w:pPr>
        <w:keepNext/>
        <w:spacing w:before="140" w:after="20"/>
      </w:pPr>
      <w:r>
        <w:rPr>
          <w:b/>
          <w:sz w:val="22"/>
        </w:rPr>
        <w:t>The most useful feedback from your workshop partner</w:t>
      </w:r>
    </w:p>
    <w:p>
      <w:pPr>
        <w:spacing w:after="0" w:line="440" w:lineRule="exact"/>
        <w:pBdr>
          <w:bottom w:val="single" w:sz="3" w:color="CED3D8"/>
        </w:pBdr>
      </w:pPr>
      <w:sdt>
        <w:sdtPr>
          <w:tag w:val="END_FEEDBACK_1"/>
          <w:alias w:val="END_FEEDBACK_1"/>
          <w:text/>
        </w:sdtPr>
        <w:sdtContent>
          <w:r>
            <w:t> </w:t>
          </w:r>
        </w:sdtContent>
      </w:sdt>
    </w:p>
    <w:p>
      <w:pPr>
        <w:spacing w:after="0" w:line="440" w:lineRule="exact"/>
        <w:pBdr>
          <w:bottom w:val="single" w:sz="3" w:color="CED3D8"/>
        </w:pBdr>
      </w:pPr>
      <w:sdt>
        <w:sdtPr>
          <w:tag w:val="END_FEEDBACK_2"/>
          <w:alias w:val="END_FEEDBACK_2"/>
          <w:text/>
        </w:sdtPr>
        <w:sdtContent>
          <w:r>
            <w:t> </w:t>
          </w:r>
        </w:sdtContent>
      </w:sdt>
    </w:p>
    <w:p>
      <w:pPr>
        <w:keepNext/>
        <w:spacing w:before="140" w:after="20"/>
      </w:pPr>
      <w:r>
        <w:rPr>
          <w:b/>
          <w:sz w:val="22"/>
        </w:rPr>
        <w:t>First change to make and who will do it</w:t>
      </w:r>
    </w:p>
    <w:p>
      <w:pPr>
        <w:spacing w:after="0" w:line="440" w:lineRule="exact"/>
        <w:pBdr>
          <w:bottom w:val="single" w:sz="3" w:color="CED3D8"/>
        </w:pBdr>
      </w:pPr>
      <w:sdt>
        <w:sdtPr>
          <w:tag w:val="END_ACTION_1"/>
          <w:alias w:val="END_ACTION_1"/>
          <w:text/>
        </w:sdtPr>
        <w:sdtContent>
          <w:r>
            <w:t> </w:t>
          </w:r>
        </w:sdtContent>
      </w:sdt>
    </w:p>
    <w:p>
      <w:pPr>
        <w:spacing w:after="0" w:line="440" w:lineRule="exact"/>
        <w:pBdr>
          <w:bottom w:val="single" w:sz="3" w:color="CED3D8"/>
        </w:pBdr>
      </w:pPr>
      <w:sdt>
        <w:sdtPr>
          <w:tag w:val="END_ACTION_2"/>
          <w:alias w:val="END_ACTION_2"/>
          <w:text/>
        </w:sdtPr>
        <w:sdtContent>
          <w:r>
            <w:t> </w:t>
          </w:r>
        </w:sdtContent>
      </w:sdt>
    </w:p>
    <w:p>
      <w:pPr>
        <w:keepNext/>
        <w:spacing w:before="140" w:after="20"/>
      </w:pPr>
      <w:r>
        <w:rPr>
          <w:b/>
          <w:sz w:val="22"/>
        </w:rPr>
        <w:t>Information or photographs still needed</w:t>
      </w:r>
    </w:p>
    <w:p>
      <w:pPr>
        <w:spacing w:after="0" w:line="440" w:lineRule="exact"/>
        <w:pBdr>
          <w:bottom w:val="single" w:sz="3" w:color="CED3D8"/>
        </w:pBdr>
      </w:pPr>
      <w:sdt>
        <w:sdtPr>
          <w:tag w:val="END_MISSING_1"/>
          <w:alias w:val="END_MISSING_1"/>
          <w:text/>
        </w:sdtPr>
        <w:sdtContent>
          <w:r>
            <w:t> </w:t>
          </w:r>
        </w:sdtContent>
      </w:sdt>
    </w:p>
    <w:p>
      <w:pPr>
        <w:spacing w:after="0" w:line="440" w:lineRule="exact"/>
        <w:pBdr>
          <w:bottom w:val="single" w:sz="3" w:color="CED3D8"/>
        </w:pBdr>
      </w:pPr>
      <w:sdt>
        <w:sdtPr>
          <w:tag w:val="END_MISSING_2"/>
          <w:alias w:val="END_MISSING_2"/>
          <w:text/>
        </w:sdtPr>
        <w:sdtContent>
          <w:r>
            <w:t> </w:t>
          </w:r>
        </w:sdtContent>
      </w:sdt>
    </w:p>
    <w:p>
      <w:pPr>
        <w:keepNext/>
        <w:spacing w:before="140" w:after="20"/>
      </w:pPr>
      <w:r>
        <w:rPr>
          <w:b/>
          <w:sz w:val="22"/>
        </w:rPr>
        <w:t>Target review date and who will approve the final content</w:t>
      </w:r>
    </w:p>
    <w:p>
      <w:pPr>
        <w:spacing w:after="0" w:line="440" w:lineRule="exact"/>
        <w:pBdr>
          <w:bottom w:val="single" w:sz="3" w:color="CED3D8"/>
        </w:pBdr>
      </w:pPr>
      <w:sdt>
        <w:sdtPr>
          <w:tag w:val="END_DATE_1"/>
          <w:alias w:val="END_DATE_1"/>
          <w:text/>
        </w:sdtPr>
        <w:sdtContent>
          <w:r>
            <w:t> </w:t>
          </w:r>
        </w:sdtContent>
      </w:sdt>
    </w:p>
    <w:p>
      <w:pPr>
        <w:spacing w:before="160"/>
      </w:pPr>
      <w:r>
        <w:rPr>
          <w:b w:val="0"/>
          <w:sz w:val="18"/>
        </w:rPr>
        <w:t>Keep sensitive customer, patient, employee and payment information out of this workbook. Completing it does not publish a website or connect to Website Builder.</w:t>
      </w:r>
    </w:p>
    <w:p>
      <w:r>
        <w:br w:type="page"/>
      </w:r>
    </w:p>
    <w:p>
      <w:r>
        <w:rPr>
          <w:b/>
          <w:color w:val="08736F"/>
          <w:sz w:val="18"/>
        </w:rPr>
        <w:t>BUILD WITH SAASTECH SERVERS</w:t>
      </w:r>
    </w:p>
    <w:p>
      <w:pPr>
        <w:pStyle w:val="Title"/>
      </w:pPr>
      <w:r>
        <w:t>Put your draft into Website Builder</w:t>
      </w:r>
    </w:p>
    <w:p>
      <w:r>
        <w:t>Use the content you have written to build your own site. Keep the mechanics &amp; auto repair shops demo as a reference, and replace its company name, images and claims with your verified business information.</w:t>
      </w:r>
    </w:p>
    <w:p>
      <w:pPr>
        <w:pStyle w:val="Heading1"/>
      </w:pPr>
      <w:r>
        <w:t>Explore the builder</w:t>
      </w:r>
    </w:p>
    <w:p>
      <w:r>
        <w:t>See the editor, compare available plans and decide which features your business needs. Confirm current pricing and terms before purchasing.</w:t>
      </w:r>
    </w:p>
    <w:p>
      <w:hyperlink r:id="rId18">
        <w:r>
          <w:rPr>
            <w:color w:val="08736F"/>
            <w:u w:val="single"/>
            <w:sz w:val="22"/>
          </w:rPr>
          <w:t>Website Builder overview</w:t>
        </w:r>
      </w:hyperlink>
    </w:p>
    <w:p>
      <w:pPr>
        <w:pStyle w:val="Heading1"/>
      </w:pPr>
      <w:r>
        <w:t>Create your account</w:t>
      </w:r>
    </w:p>
    <w:p>
      <w:r>
        <w:t>Set up your SaaSTech Servers customer account using your own details. Creating an account is separate from purchasing a Website Builder plan.</w:t>
      </w:r>
    </w:p>
    <w:p>
      <w:hyperlink r:id="rId21">
        <w:r>
          <w:rPr>
            <w:color w:val="08736F"/>
            <w:u w:val="single"/>
            <w:sz w:val="22"/>
          </w:rPr>
          <w:t>Create your SaaSTech account</w:t>
        </w:r>
      </w:hyperlink>
    </w:p>
    <w:p>
      <w:pPr>
        <w:pStyle w:val="Heading1"/>
      </w:pPr>
      <w:r>
        <w:t>Choose your plan</w:t>
      </w:r>
    </w:p>
    <w:p>
      <w:r>
        <w:t>Open the secure shop to review the plan, subscription term and final total. Use the account connected to your purchase when you open your service.</w:t>
      </w:r>
    </w:p>
    <w:p>
      <w:hyperlink r:id="rId22">
        <w:r>
          <w:rPr>
            <w:color w:val="08736F"/>
            <w:u w:val="single"/>
            <w:sz w:val="22"/>
          </w:rPr>
          <w:t>View Website Builder plans</w:t>
        </w:r>
      </w:hyperlink>
    </w:p>
    <w:p>
      <w:pPr>
        <w:pStyle w:val="Heading1"/>
      </w:pPr>
      <w:r>
        <w:t>Build and check your pages</w:t>
      </w:r>
    </w:p>
    <w:p>
      <w:r>
        <w:t>Add the pages from this workbook. Transfer your approved wording, upload permission-cleared photos and review each page on desktop and mobile before publishing.</w:t>
      </w:r>
    </w:p>
    <w:p>
      <w:hyperlink r:id="rId18">
        <w:r>
          <w:rPr>
            <w:color w:val="08736F"/>
            <w:u w:val="single"/>
            <w:sz w:val="22"/>
          </w:rPr>
          <w:t>Return to the Website Builder guide</w:t>
        </w:r>
      </w:hyperlink>
    </w:p>
    <w:p>
      <w:pPr>
        <w:pStyle w:val="Heading1"/>
      </w:pPr>
      <w:r>
        <w:t>Using a printed workbook</w:t>
      </w:r>
    </w:p>
    <w:p>
      <w:r>
        <w:t>Type these short addresses into your browser. The account guide includes the Create My Account button.</w:t>
      </w:r>
    </w:p>
    <w:p>
      <w:hyperlink r:id="rId18">
        <w:r>
          <w:rPr>
            <w:color w:val="08736F"/>
            <w:u w:val="single"/>
            <w:sz w:val="20"/>
          </w:rPr>
          <w:t>www.saastech.net/products/website-builder</w:t>
        </w:r>
      </w:hyperlink>
    </w:p>
    <w:p>
      <w:hyperlink r:id="rId23">
        <w:r>
          <w:rPr>
            <w:color w:val="08736F"/>
            <w:u w:val="single"/>
            <w:sz w:val="20"/>
          </w:rPr>
          <w:t>www.saastech.net/create-account</w:t>
        </w:r>
      </w:hyperlink>
    </w:p>
    <w:p>
      <w:pPr>
        <w:spacing w:before="200"/>
      </w:pPr>
      <w:r>
        <w:rPr>
          <w:sz w:val="18"/>
        </w:rPr>
        <w:t>This workbook does not create an account, purchase a plan or publish your website. Keep passwords, payment details and confidential customer information out of your draft.</w:t>
      </w:r>
    </w:p>
    <w:sectPr w:rsidR="00FC693F" w:rsidRPr="0006063C" w:rsidSect="00034616">
      <w:footerReference w:type="default" r:id="rId9"/>
      <w:headerReference w:type="default" r:id="rId19"/>
      <w:footerReference w:type="first" r:id="rId20"/>
      <w:pgSz w:w="12240" w:h="15840"/>
      <w:pgMar w:top="936" w:right="1080" w:bottom="936" w:left="1080" w:header="317" w:footer="432"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Mechanics &amp; Auto Repair Shops website workbook</w:t>
      </w:r>
    </w:hyperlink>
    <w:r>
      <w:rPr>
        <w:sz w:val="16"/>
      </w:rPr>
      <w:t xml:space="preserve">   |   </w:t>
    </w:r>
    <w:fldSimple w:instr="PAGE"/>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hyperlink r:id="rId1">
      <w:r>
        <w:rPr>
          <w:color w:val="08736F"/>
          <w:u w:val="single"/>
          <w:sz w:val="18"/>
        </w:rPr>
        <w:t>www.saastech.net</w:t>
      </w:r>
    </w:hyperlink>
    <w:r>
      <w:rPr>
        <w:sz w:val="16"/>
      </w:rPr>
      <w:t xml:space="preserve">   |   </w:t>
    </w:r>
    <w:hyperlink r:id="rId2">
      <w:r>
        <w:rPr>
          <w:sz w:val="16"/>
        </w:rPr>
        <w:t xml:space="preserve">Mechanics &amp; Auto Repair Shops website workbook</w:t>
      </w:r>
    </w:hyperlink>
    <w:r>
      <w:rPr>
        <w:sz w:val="16"/>
      </w:rPr>
      <w:t xml:space="preserve">   |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b/>
        <w:color w:val="08736F"/>
        <w:sz w:val="18"/>
      </w:rPr>
      <w:t>SaaSTech Servers</w:t>
    </w:r>
    <w:r>
      <w:rPr>
        <w:color w:val="000000"/>
        <w:sz w:val="16"/>
      </w:rPr>
      <w:t xml:space="preserve">   /   MECHANICS &amp; AUTO REPAIR SHOPS WEBSITE WORKSHOP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4"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40" w:line="254" w:lineRule="auto"/>
      <w:outlineLvl w:val="0"/>
    </w:pPr>
    <w:rPr>
      <w:rFonts w:asciiTheme="majorHAnsi" w:eastAsiaTheme="majorEastAsia" w:hAnsiTheme="majorHAnsi" w:cstheme="majorBidi" w:ascii="Arial" w:hAnsi="Arial"/>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140" w:line="254" w:lineRule="auto"/>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80" w:line="254" w:lineRule="auto"/>
      <w:contextualSpacing/>
    </w:pPr>
    <w:rPr>
      <w:rFonts w:asciiTheme="majorHAnsi" w:eastAsiaTheme="majorEastAsia" w:hAnsiTheme="majorHAnsi" w:cstheme="majorBidi" w:ascii="Arial" w:hAnsi="Arial"/>
      <w:color w:val="000000"/>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rivacy.png"/><Relationship Id="rId12" Type="http://schemas.openxmlformats.org/officeDocument/2006/relationships/image" Target="media/image3-privacy.png"/><Relationship Id="rId13" Type="http://schemas.openxmlformats.org/officeDocument/2006/relationships/image" Target="media/image4-privacy.png"/><Relationship Id="rId14" Type="http://schemas.openxmlformats.org/officeDocument/2006/relationships/image" Target="media/image5-privacy.png"/><Relationship Id="rId15" Type="http://schemas.openxmlformats.org/officeDocument/2006/relationships/image" Target="media/image6-privacy.png"/><Relationship Id="rId16" Type="http://schemas.openxmlformats.org/officeDocument/2006/relationships/image" Target="media/image7-privacy.png"/><Relationship Id="rId17" Type="http://schemas.openxmlformats.org/officeDocument/2006/relationships/image" Target="media/image8.png"/><Relationship Id="rId18" Type="http://schemas.openxmlformats.org/officeDocument/2006/relationships/hyperlink" Target="https://www.saastech.net/products/website-builder" TargetMode="External"/><Relationship Id="rId19" Type="http://schemas.openxmlformats.org/officeDocument/2006/relationships/header" Target="header1.xml"/><Relationship Id="rId20" Type="http://schemas.openxmlformats.org/officeDocument/2006/relationships/footer" Target="footer2.xml"/><Relationship Id="rId21" Type="http://schemas.openxmlformats.org/officeDocument/2006/relationships/hyperlink" Target="https://sso.secureserver.net/account/create?app=account&amp;path=%2F&amp;plid=115853&amp;prog_id=initech&amp;realm=idp" TargetMode="External"/><Relationship Id="rId22" Type="http://schemas.openxmlformats.org/officeDocument/2006/relationships/hyperlink" Target="https://shop.saastech.net/products/website-builder" TargetMode="External"/><Relationship Id="rId23" Type="http://schemas.openxmlformats.org/officeDocument/2006/relationships/hyperlink" Target="https://www.saastech.net/create-account" TargetMode="External"/><Relationship Id="rId24" Type="http://schemas.openxmlformats.org/officeDocument/2006/relationships/image" Target="media/image9.png"/><Relationship Id="rId25" Type="http://schemas.openxmlformats.org/officeDocument/2006/relationships/image" Target="media/image10.png"/><Relationship Id="rId26" Type="http://schemas.openxmlformats.org/officeDocument/2006/relationships/image" Target="media/image11.png"/><Relationship Id="rId27" Type="http://schemas.openxmlformats.org/officeDocument/2006/relationships/image" Target="media/image12.png"/><Relationship Id="rId28" Type="http://schemas.openxmlformats.org/officeDocument/2006/relationships/image" Target="media/image13.png"/><Relationship Id="rId29" Type="http://schemas.openxmlformats.org/officeDocument/2006/relationships/image" Target="media/image14.png"/><Relationship Id="rId30" Type="http://schemas.openxmlformats.org/officeDocument/2006/relationships/image" Target="media/image15.png"/></Relationships>
</file>

<file path=word/_rels/footer1.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auto-repair"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s://www.saastech.net" TargetMode="External"/><Relationship Id="rId2" Type="http://schemas.openxmlformats.org/officeDocument/2006/relationships/hyperlink" Target="https://www.saastech.net/industry/auto-repai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Mechanics &amp; Auto Repair Shops Website Workbook</dc:title>
  <dc:subject>SaaSTech Servers website planning workshop for Mechanics &amp; Auto Repair Shops</dc:subject>
  <dc:creator>SaaSTech Servers</dc:creator>
  <cp:keywords/>
  <dc:description>generated by python-docx</dc:description>
  <cp:lastModifiedBy/>
  <cp:revision>1</cp:revision>
  <dcterms:created xsi:type="dcterms:W3CDTF">2013-12-23T23:15:00Z</dcterms:created>
  <dcterms:modified xsi:type="dcterms:W3CDTF">2013-12-23T23:15:00Z</dcterms:modified>
  <cp:category/>
</cp:coreProperties>
</file>